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Звичайна собі мить</w:t>
      </w:r>
    </w:p>
    <w:p>
      <w:r>
        <w:br/>
        <w:t xml:space="preserve"> Звичайна собі мить. Звичайна хата з комином.&lt;br /&gt;</w:t>
        <w:br/>
        <w:t>На росах і дощах настояний бузок.&lt;br /&gt;</w:t>
        <w:br/>
        <w:t>Оця реальна мить вже завтра буде спомином,&lt;br /&gt;</w:t>
        <w:br/>
        <w:t>а післязавтра — казкою казок.</w:t>
      </w:r>
    </w:p>
    <w:p>
      <w:r>
        <w:br/>
        <w:t>А через півжиття, коли ти вже здорожений,&lt;br /&gt;</w:t>
        <w:br/>
        <w:t>ця нереальна мить — як сон серед садів!&lt;br /&gt;</w:t>
        <w:br/>
        <w:t>Ця тиша, це вікно, цей погляд заворожений,&lt;br /&gt;</w:t>
        <w:br/>
        <w:t>і навіть той їжак, що в листі шарудів.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Звичайна собі мить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