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Зведениця</w:t>
      </w:r>
    </w:p>
    <w:p>
      <w:r>
        <w:br/>
        <w:t xml:space="preserve"> &lt;p&gt;Прокуратна копила має!</w:t>
      </w:r>
    </w:p>
    <w:p>
      <w:r>
        <w:br/>
        <w:t>Кіски хусткою накриває, у долонях лице мочить, гей підвалена птаха, боїться.</w:t>
      </w:r>
    </w:p>
    <w:p>
      <w:r>
        <w:br/>
        <w:t>Зведениця копила несе!</w:t>
      </w:r>
    </w:p>
    <w:p>
      <w:r>
        <w:br/>
        <w:t>Лісом іде. Трава горить, куди ступає. Дубина валиться, земля її стрясає. Сонце паде.</w:t>
      </w:r>
    </w:p>
    <w:p>
      <w:r>
        <w:br/>
        <w:t>А на гіллі зазуля кує.</w:t>
      </w:r>
    </w:p>
    <w:p>
      <w:r>
        <w:br/>
        <w:t>— Ой не куй, зазулько, не куй, не милиси! Йик перейшла-сми на панцкий хліб, то я вже не дівка, не сьмію ті надслухати. Шо ті маю гулити, шо ті буду трудити?</w:t>
      </w:r>
    </w:p>
    <w:p>
      <w:r>
        <w:br/>
        <w:t>Дала-с мені, душко, віночьок, що ми груди ссе. Аді, йкий файний віночьок! Ліси диву.тси, шо такий віночьок маю!</w:t>
      </w:r>
    </w:p>
    <w:p>
      <w:r>
        <w:br/>
        <w:t>А буду в село входити, а люди на мене ззиратиси будут. Будут за мнов у пальці свистати, будут спирати та гійкати.</w:t>
      </w:r>
    </w:p>
    <w:p>
      <w:r>
        <w:br/>
        <w:t>Та й будут питатиси у мене: "Ти де, небого, такий віньочок собі курила, де такі чічки назбирала?"</w:t>
      </w:r>
    </w:p>
    <w:p>
      <w:r>
        <w:br/>
        <w:t>А я їм буду уповідати: "Була-сми у такого пана, шо такий город має!"</w:t>
      </w:r>
    </w:p>
    <w:p>
      <w:r>
        <w:br/>
        <w:t>Або буду їм щьире казати: "Пан звйизав мені руки серед ночі та й..."</w:t>
      </w:r>
    </w:p>
    <w:p>
      <w:r>
        <w:br/>
        <w:t>Або ні: буду від людей утікати.</w:t>
      </w:r>
    </w:p>
    <w:p>
      <w:r>
        <w:br/>
        <w:t>Вітер шумить, сором до села наносить, зведениці дорогу стелить. Хмари скликає.</w:t>
      </w:r>
    </w:p>
    <w:p>
      <w:r>
        <w:br/>
        <w:t>На гіллі зазуля кує...</w:t>
      </w:r>
    </w:p>
    <w:p>
      <w:r>
        <w:br/>
        <w:t>— Таку пишну долю мені вікувала-с, таку делікатну! Грудий тримаєси, плекати 'го маю. На ввес вік!</w:t>
      </w:r>
    </w:p>
    <w:p>
      <w:r>
        <w:br/>
        <w:t>Буде мні флетівня здибати, буде си питати: "На котрім тото данци така парубія грешна, шо ті затичку дала?"</w:t>
      </w:r>
    </w:p>
    <w:p>
      <w:r>
        <w:br/>
        <w:t>А я їм буду казати: "Аби-сте си тогди поженили, йик я дівков буду! Шо-сте мні обнинали, шо-сте віна шукали". За тото їм так скажу...</w:t>
      </w:r>
    </w:p>
    <w:p>
      <w:r>
        <w:br/>
        <w:t>Але не скажу, лиш буду кльисти усіма кльи тьбами. Що з села дівку пустили, шо такі годні.</w:t>
      </w:r>
    </w:p>
    <w:p>
      <w:r>
        <w:br/>
        <w:t>А йик не буду кльисти, то буду просити: "Не бійтеси, легіники, встиду вам не зроблю, на данец си не важу".</w:t>
      </w:r>
    </w:p>
    <w:p>
      <w:r>
        <w:br/>
        <w:t>А дівчьитам буду наказувати: "Сокотітси мене, сестрички, бо-сми на перехід добра".</w:t>
      </w:r>
    </w:p>
    <w:p>
      <w:r>
        <w:br/>
        <w:t>— А-а, а-а-а!</w:t>
      </w:r>
    </w:p>
    <w:p>
      <w:r>
        <w:br/>
        <w:t>Моя дити-на!</w:t>
      </w:r>
    </w:p>
    <w:p>
      <w:r>
        <w:br/>
        <w:t>Копил бексає на все горло, бо розпусний, не має дьиді, аби сокирою загрозив, зубами заскреготав.</w:t>
      </w:r>
    </w:p>
    <w:p>
      <w:r>
        <w:br/>
        <w:t>— А-а, а-а, а!</w:t>
      </w:r>
    </w:p>
    <w:p>
      <w:r>
        <w:br/>
        <w:t>Гори землі не тримаються, увесь світ гойдається, в колисці колишеться.</w:t>
      </w:r>
    </w:p>
    <w:p>
      <w:r>
        <w:br/>
        <w:t>— Ку-ку! Ку-ку! Хе!</w:t>
      </w:r>
    </w:p>
    <w:p>
      <w:r>
        <w:br/>
        <w:t>Моє копилє!</w:t>
      </w:r>
    </w:p>
    <w:p>
      <w:r>
        <w:br/>
        <w:t>На коліна упаду, буду з дьидем, з ненев вітатиси.</w:t>
      </w:r>
    </w:p>
    <w:p>
      <w:r>
        <w:br/>
        <w:t>А ненька буде собі сивий волос вимикати, буде радуватиси: "Ото-сми си потіхи діждала, ото раз внучьку маю!"</w:t>
      </w:r>
    </w:p>
    <w:p>
      <w:r>
        <w:br/>
        <w:t>А я буду розповідати: "Казала-с мені, ненько, абих пана слухала, абих си мештерьила! А я його слухала і вдень і вночьи".</w:t>
      </w:r>
    </w:p>
    <w:p>
      <w:r>
        <w:br/>
        <w:t>А дьидик ме кричьити: "Абих ті не видів, не ввакайси в хату!"</w:t>
      </w:r>
    </w:p>
    <w:p>
      <w:r>
        <w:br/>
        <w:t>А я буду йому руким цулувати: "Я, дьидику, тілько винна, шо-сми на симбрилю у місто пішла, шо-сми служила та й вас годувала. А йик сми-си доробила, то мні пан відправив. То я до вас прийшла у гості".</w:t>
      </w:r>
    </w:p>
    <w:p>
      <w:r>
        <w:br/>
        <w:t>А потому ненька за кіски мене буде тримати, а дьидик буде за ніжки внучьку брати та й ме мні бити, душі надслухати.</w:t>
      </w:r>
    </w:p>
    <w:p>
      <w:r>
        <w:br/>
        <w:t>А я буду проситиси.</w:t>
      </w:r>
    </w:p>
    <w:p>
      <w:r>
        <w:br/>
        <w:t>А потому піду собі глібокого плеса шукати.</w:t>
      </w:r>
    </w:p>
    <w:p>
      <w:r>
        <w:br/>
        <w:t>Та й буде по всему...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Зведениця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