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Зречення святого Петра</w:t>
      </w:r>
    </w:p>
    <w:p>
      <w:r>
        <w:br/>
        <w:t xml:space="preserve"> А з хором цих проклять що Бог робити буде? —</w:t>
      </w:r>
    </w:p>
    <w:p>
      <w:r>
        <w:br/>
        <w:t>Анафеми течуть рікою в Божий стан!</w:t>
      </w:r>
    </w:p>
    <w:p>
      <w:r>
        <w:br/>
        <w:t>Він м'яса та вина обжершись, як тиран,</w:t>
      </w:r>
    </w:p>
    <w:p>
      <w:r>
        <w:br/>
        <w:t>Сном праведника спить під музику огуди,</w:t>
      </w:r>
    </w:p>
    <w:p>
      <w:r>
        <w:br/>
        <w:t>Страшні ридання жертв, засуджених до страти,</w:t>
      </w:r>
    </w:p>
    <w:p>
      <w:r>
        <w:br/>
        <w:t>Для ніжних Божих вух — симфонія п'янка.</w:t>
      </w:r>
    </w:p>
    <w:p>
      <w:r>
        <w:br/>
        <w:t>Купається в крові їх Величі рука —</w:t>
      </w:r>
    </w:p>
    <w:p>
      <w:r>
        <w:br/>
        <w:t>Жаги господніх рук і кров'ю не здолати!</w:t>
      </w:r>
    </w:p>
    <w:p>
      <w:r>
        <w:br/>
        <w:t>— Ісусе, пригадай — благав ти на колінах</w:t>
      </w:r>
    </w:p>
    <w:p>
      <w:r>
        <w:br/>
        <w:t>По щирості своїй в Маслиновім Гаю</w:t>
      </w:r>
    </w:p>
    <w:p>
      <w:r>
        <w:br/>
        <w:t>Того, хто розважавсь у тихому раю,</w:t>
      </w:r>
    </w:p>
    <w:p>
      <w:r>
        <w:br/>
        <w:t>Як цвяхи забивав злий кат у тіло сина.</w:t>
      </w:r>
    </w:p>
    <w:p>
      <w:r>
        <w:br/>
        <w:t>Коли ти відчував гидкі плювки паскудства,</w:t>
      </w:r>
    </w:p>
    <w:p>
      <w:r>
        <w:br/>
        <w:t>I варти, й натовпу, і не підняв руки;</w:t>
      </w:r>
    </w:p>
    <w:p>
      <w:r>
        <w:br/>
        <w:t>Коли безжалісно ввіткнулися голки</w:t>
      </w:r>
    </w:p>
    <w:p>
      <w:r>
        <w:br/>
        <w:t>В той череп, у якім жило велике Людство;</w:t>
      </w:r>
    </w:p>
    <w:p>
      <w:r>
        <w:br/>
        <w:t>Коли страшний тягар напівживого тіла</w:t>
      </w:r>
    </w:p>
    <w:p>
      <w:r>
        <w:br/>
        <w:t>Рвав м'язи рук твоїх, прибитих до хреста;</w:t>
      </w:r>
    </w:p>
    <w:p>
      <w:r>
        <w:br/>
        <w:t>Коли свій піт і кров у спразі ти ковтав;</w:t>
      </w:r>
    </w:p>
    <w:p>
      <w:r>
        <w:br/>
        <w:t>Коли мішенню був для звірів розлютілих,</w:t>
      </w:r>
    </w:p>
    <w:p>
      <w:r>
        <w:br/>
        <w:t>Чи ти згадав ті дні, і радісні, і світлі,</w:t>
      </w:r>
    </w:p>
    <w:p>
      <w:r>
        <w:br/>
        <w:t>Коли, щоб сповнити пророцтво Божих слів,</w:t>
      </w:r>
    </w:p>
    <w:p>
      <w:r>
        <w:br/>
        <w:t>Ти на покірливій ослиці із полів</w:t>
      </w:r>
    </w:p>
    <w:p>
      <w:r>
        <w:br/>
        <w:t>Приїхав повідать про небеса розквітлі,</w:t>
      </w:r>
    </w:p>
    <w:p>
      <w:r>
        <w:br/>
        <w:t>I в серці сповнений відваги та надії,</w:t>
      </w:r>
    </w:p>
    <w:p>
      <w:r>
        <w:br/>
        <w:t>Із храму батогом прогнав ти гендлярів?</w:t>
      </w:r>
    </w:p>
    <w:p>
      <w:r>
        <w:br/>
        <w:t>Чи сумнів злий твого сумління не роз'їв,</w:t>
      </w:r>
    </w:p>
    <w:p>
      <w:r>
        <w:br/>
        <w:t>Перш ніж ввійшов у плоть спис гострий лиходія?</w:t>
      </w:r>
    </w:p>
    <w:p>
      <w:r>
        <w:br/>
        <w:t>— Я чесно відійду у світі цім жахливім,&lt;br /&gt;</w:t>
        <w:br/>
        <w:t>Де дія — мрії тінь, хто й як би не почав,</w:t>
      </w:r>
    </w:p>
    <w:p>
      <w:r>
        <w:br/>
        <w:t>Мерзенний, сам помру од власного меча!</w:t>
      </w:r>
    </w:p>
    <w:p>
      <w:r>
        <w:br/>
        <w:t>Петро відрікся від Христа... і справедливо!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Зречення святого Петра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