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Зрадник</w:t>
      </w:r>
    </w:p>
    <w:p>
      <w:r>
        <w:br/>
        <w:t xml:space="preserve"> &lt;p&gt;I</w:t>
      </w:r>
    </w:p>
    <w:p>
      <w:r>
        <w:br/>
        <w:t>Осіння днина палає, аж на березині лист жовтіє і трубкою корчиться.</w:t>
      </w:r>
    </w:p>
    <w:p>
      <w:r>
        <w:br/>
        <w:t>Муха січе, і кервавить маржину, та спиває її сльози з великих чорних очей.</w:t>
      </w:r>
    </w:p>
    <w:p>
      <w:r>
        <w:br/>
        <w:t>Аби сльози не падали в порохи.</w:t>
      </w:r>
    </w:p>
    <w:p>
      <w:r>
        <w:br/>
        <w:t>Птаха під крильми упріває і отвореним клювомсобі собі холод робить.</w:t>
      </w:r>
    </w:p>
    <w:p>
      <w:r>
        <w:br/>
        <w:t>На царинці половик убиває жайворона.</w:t>
      </w:r>
    </w:p>
    <w:p>
      <w:r>
        <w:br/>
        <w:t>Ліс листом спиває сонце, бо сили потрібує.</w:t>
      </w:r>
    </w:p>
    <w:p>
      <w:r>
        <w:br/>
        <w:t>Аби студінь перезимувати, аби рости увесні, аби вітрові не даватися та й аби війну перебути.</w:t>
      </w:r>
    </w:p>
    <w:p>
      <w:r>
        <w:br/>
        <w:t>Бо війна корчує ліси, корчує села і озером сльози збирає, життя топить.</w:t>
      </w:r>
    </w:p>
    <w:p>
      <w:r>
        <w:br/>
        <w:t>З-під цього ліса дивиться на село Василева хата та й потерпає.</w:t>
      </w:r>
    </w:p>
    <w:p>
      <w:r>
        <w:br/>
        <w:t>Бо назад плечей її фронт вчинився.</w:t>
      </w:r>
    </w:p>
    <w:p>
      <w:r>
        <w:br/>
        <w:t>Під самим лісом, з другого боку до схід сонця.</w:t>
      </w:r>
    </w:p>
    <w:p>
      <w:r>
        <w:br/>
        <w:t>А за тими шанцями неприятель зарився в землю і надслухає.</w:t>
      </w:r>
    </w:p>
    <w:p>
      <w:r>
        <w:br/>
        <w:t>Ворожила Василеві покійничка неня, що прийде рік плідний на птаху і гаддя, — то аби син сокотився, бо то чорний гід.</w:t>
      </w:r>
    </w:p>
    <w:p>
      <w:r>
        <w:br/>
        <w:t>Село дух із себе, дух в себе.</w:t>
      </w:r>
    </w:p>
    <w:p>
      <w:r>
        <w:br/>
        <w:t>II</w:t>
      </w:r>
    </w:p>
    <w:p>
      <w:r>
        <w:br/>
        <w:t>Муха так втяла Василеву чорну корову, що корова звиріла, Виломила собі ріг, бовтаючи головою по яслах, урвала курмей і побігла лісом настрімголов через військо, через шанці одні й другі, через дріт, геть аж на Попадюківський верх.</w:t>
      </w:r>
    </w:p>
    <w:p>
      <w:r>
        <w:br/>
        <w:t>Через час став неприятель метати гранати в самі шанці противника.</w:t>
      </w:r>
    </w:p>
    <w:p>
      <w:r>
        <w:br/>
        <w:t>Комендант казиться. Скликає підстаршин і вояків та сварить за то, що не сперли чорної корови та перепустили зраду...</w:t>
      </w:r>
    </w:p>
    <w:p>
      <w:r>
        <w:br/>
        <w:t>— Чорна корова — то був знак для неприятеля! — кричить комендант, а жовнірня біситься.</w:t>
      </w:r>
    </w:p>
    <w:p>
      <w:r>
        <w:br/>
        <w:t>— Зрада, зрада!..</w:t>
      </w:r>
    </w:p>
    <w:p>
      <w:r>
        <w:br/>
        <w:t>Паде бефель: знайти зрадника і повісити.</w:t>
      </w:r>
    </w:p>
    <w:p>
      <w:r>
        <w:br/>
        <w:t>Біжить патруль просто на Василеву хату...</w:t>
      </w:r>
    </w:p>
    <w:p>
      <w:r>
        <w:br/>
        <w:t>III</w:t>
      </w:r>
    </w:p>
    <w:p>
      <w:r>
        <w:br/>
        <w:t>Гармати б'ють — горами хитають.</w:t>
      </w:r>
    </w:p>
    <w:p>
      <w:r>
        <w:br/>
        <w:t>Василь косить коло хата отаву та й вгадує, що чорнейка забігла вже десь до жіночої нені у темну стайню.</w:t>
      </w:r>
    </w:p>
    <w:p>
      <w:r>
        <w:br/>
        <w:t>Василиха сидить на отаві і плекає дитину.</w:t>
      </w:r>
    </w:p>
    <w:p>
      <w:r>
        <w:br/>
        <w:t>Василь усміхається до дитини і питається подруги,чи їх жовнір не кидається від гарматних стрілів, а Василиха плеще, і цілує дитину, та й хвалиться, що її Андрійко не страшків син, гармат не боїться.</w:t>
      </w:r>
    </w:p>
    <w:p>
      <w:r>
        <w:br/>
        <w:t>Кидає Василь косу, і гоцкає хлопця, та радіє, що таке воно тверде, таке запечене, таке волохате.</w:t>
      </w:r>
    </w:p>
    <w:p>
      <w:r>
        <w:br/>
        <w:t>— Хлопець, гей вовчє, півроку!</w:t>
      </w:r>
    </w:p>
    <w:p>
      <w:r>
        <w:br/>
        <w:t>Входить патруля.</w:t>
      </w:r>
    </w:p>
    <w:p>
      <w:r>
        <w:br/>
        <w:t>— Твоя чорна корова? — ломлють собі язик до Василя і справляють руками, як корова бігла.</w:t>
      </w:r>
    </w:p>
    <w:p>
      <w:r>
        <w:br/>
        <w:t>— Так, то моя корова, вона збицкалася, бо спека велика, муха тне, побігла в темну стайню до жіночої нені, або що?</w:t>
      </w:r>
    </w:p>
    <w:p>
      <w:r>
        <w:br/>
        <w:t>Жовніри засміялися до себе, і вмить скували руки Василеві, та й, розглянувшись, схопили його, гей зрубане дерево, і несли під явір навперед хати.</w:t>
      </w:r>
    </w:p>
    <w:p>
      <w:r>
        <w:br/>
        <w:t>Василь зразу думав, що жовніри на збитки його страшуть, і для того не боронився, лиш усміхався та допитувався їх, що вони від нього хочуть.</w:t>
      </w:r>
    </w:p>
    <w:p>
      <w:r>
        <w:br/>
        <w:t>Жовніри сміялися і показували на своїх шиях, що хочуть його повісити.</w:t>
      </w:r>
    </w:p>
    <w:p>
      <w:r>
        <w:br/>
        <w:t>Тоді Василь зумівався і жахався та цілував ненині слова.</w:t>
      </w:r>
    </w:p>
    <w:p>
      <w:r>
        <w:br/>
        <w:t>Василиха вп'яла зір у жовнірів і зойкнула несамовито. Дитина на її грудях розплакалася.</w:t>
      </w:r>
    </w:p>
    <w:p>
      <w:r>
        <w:br/>
        <w:t>Чорна, як ніч, гадка вдарила Василиху в голову.</w:t>
      </w:r>
    </w:p>
    <w:p>
      <w:r>
        <w:br/>
        <w:t>— Гей, світку мій нещасливий, ви хочете його вбити!</w:t>
      </w:r>
    </w:p>
    <w:p>
      <w:r>
        <w:br/>
        <w:t>Василь глянув на подругу і на дитину мокрими очима.</w:t>
      </w:r>
    </w:p>
    <w:p>
      <w:r>
        <w:br/>
        <w:t>Чорний туск зціпив його серце.</w:t>
      </w:r>
    </w:p>
    <w:p>
      <w:r>
        <w:br/>
        <w:t>— Дай-ко-ста, Марічко, дитину, най її приголюблю!</w:t>
      </w:r>
    </w:p>
    <w:p>
      <w:r>
        <w:br/>
        <w:t>Маріка ліворуч несла сина, а праворуч відривала мужа з-помежи жовнірів.</w:t>
      </w:r>
    </w:p>
    <w:p>
      <w:r>
        <w:br/>
        <w:t>Жовніри відтручували її, штовхаючи по соромах, а Василеві очі, як ватра розсипали іскри.</w:t>
      </w:r>
    </w:p>
    <w:p>
      <w:r>
        <w:br/>
        <w:t>— Мой, брє, не поштуркуйте челідину!</w:t>
      </w:r>
    </w:p>
    <w:p>
      <w:r>
        <w:br/>
        <w:t>Жовніри били його прикладами по голові, аж кров чюріла, а Маріка, гей вірлиця, боронила, квиліла, запаскою кров обтираючи.</w:t>
      </w:r>
    </w:p>
    <w:p>
      <w:r>
        <w:br/>
        <w:t>Жовнірів лють черленила, а Василя кров повенила.</w:t>
      </w:r>
    </w:p>
    <w:p>
      <w:r>
        <w:br/>
        <w:t>Небіжка неня йому привиділася.</w:t>
      </w:r>
    </w:p>
    <w:p>
      <w:r>
        <w:br/>
        <w:t>— Не бійтеси, нене, я з цего вийду!</w:t>
      </w:r>
    </w:p>
    <w:p>
      <w:r>
        <w:br/>
        <w:t>Неня тримала його гарячу голову в студених руках і холодила сина.</w:t>
      </w:r>
    </w:p>
    <w:p>
      <w:r>
        <w:br/>
        <w:t>Жовніри закинули курмей на явір та й зашморгнули Василеву шию...</w:t>
      </w:r>
    </w:p>
    <w:p>
      <w:r>
        <w:br/>
        <w:t>Маріка минається...</w:t>
      </w:r>
    </w:p>
    <w:p>
      <w:r>
        <w:br/>
        <w:t>Одні його підносять, другі тягнуть посторонок.</w:t>
      </w:r>
    </w:p>
    <w:p>
      <w:r>
        <w:br/>
        <w:t>Василь вже під галузею гойдається, вже лице синіє.</w:t>
      </w:r>
    </w:p>
    <w:p>
      <w:r>
        <w:br/>
        <w:t>Але галузь ломиться і з Василем паде на землю.</w:t>
      </w:r>
    </w:p>
    <w:p>
      <w:r>
        <w:br/>
        <w:t>Він схоплюється на коліна, відриває з шиї зашморг і паде лігма.</w:t>
      </w:r>
    </w:p>
    <w:p>
      <w:r>
        <w:br/>
        <w:t>Під зеленим яворовим гіллям плаче та синіє дитина.</w:t>
      </w:r>
    </w:p>
    <w:p>
      <w:r>
        <w:br/>
        <w:t>Василеві світ темніє.</w:t>
      </w:r>
    </w:p>
    <w:p>
      <w:r>
        <w:br/>
        <w:t>Отік би велика плита на нього впала і йому голову розтрощила.</w:t>
      </w:r>
    </w:p>
    <w:p>
      <w:r>
        <w:br/>
        <w:t>Отік би тверда креміниця роздавила його Марічку і його дитину.</w:t>
      </w:r>
    </w:p>
    <w:p>
      <w:r>
        <w:br/>
        <w:t>А от з-під кремінної плити видко Марійчину голову...</w:t>
      </w:r>
    </w:p>
    <w:p>
      <w:r>
        <w:br/>
        <w:t>А діточе мохнате тім'я біля неї...</w:t>
      </w:r>
    </w:p>
    <w:p>
      <w:r>
        <w:br/>
        <w:t>Воно висовується з-під плити, і діточі очі, гей дві чічці, усміхаються.</w:t>
      </w:r>
    </w:p>
    <w:p>
      <w:r>
        <w:br/>
        <w:t>— Ти жиєш, опришку мій любий?</w:t>
      </w:r>
    </w:p>
    <w:p>
      <w:r>
        <w:br/>
        <w:t>Він збирає всю силу, аби кремінну плиту з Марійчиної голови набік відкотити.</w:t>
      </w:r>
    </w:p>
    <w:p>
      <w:r>
        <w:br/>
        <w:t>— Гей, Марічко, любко!</w:t>
      </w:r>
    </w:p>
    <w:p>
      <w:r>
        <w:br/>
        <w:t>Підоймався і рвався з землі, як би лянцями прикований.</w:t>
      </w:r>
    </w:p>
    <w:p>
      <w:r>
        <w:br/>
        <w:t>Та гора на ньому розсілася, все пропало!..</w:t>
      </w:r>
    </w:p>
    <w:p>
      <w:r>
        <w:br/>
        <w:t>Глипав білком на Маріку і дитину.</w:t>
      </w:r>
    </w:p>
    <w:p>
      <w:r>
        <w:br/>
        <w:t>Пізнав Марійчину твар і заревів ревом.</w:t>
      </w:r>
    </w:p>
    <w:p>
      <w:r>
        <w:br/>
        <w:t>Маріка пробудилася з болю.</w:t>
      </w:r>
    </w:p>
    <w:p>
      <w:r>
        <w:br/>
        <w:t>Дитина усміхалася.</w:t>
      </w:r>
    </w:p>
    <w:p>
      <w:r>
        <w:br/>
        <w:t>Та усмішка підлітала, як біленька пташка, і сідала на кутиках його уст і на його лиці костеніла.</w:t>
      </w:r>
    </w:p>
    <w:p>
      <w:r>
        <w:br/>
        <w:t>Жовніри дали собі знак і обступили його лискучою крицею.</w:t>
      </w:r>
    </w:p>
    <w:p>
      <w:r>
        <w:br/>
        <w:t>Тільки голих ножів.</w:t>
      </w:r>
    </w:p>
    <w:p>
      <w:r>
        <w:br/>
        <w:t>Роздався жіночий плач, що здригав селом.</w:t>
      </w:r>
    </w:p>
    <w:p>
      <w:r>
        <w:br/>
        <w:t>— Васильку мій, куда тебе ведуть?..</w:t>
      </w:r>
    </w:p>
    <w:p>
      <w:r>
        <w:br/>
        <w:t>IV</w:t>
      </w:r>
    </w:p>
    <w:p>
      <w:r>
        <w:br/>
        <w:t>Видерли його з гнізда і провадили селом під острими багнетами.</w:t>
      </w:r>
    </w:p>
    <w:p>
      <w:r>
        <w:br/>
        <w:t>Аби при дорозі на дужчій галузі задавити, аби не урвався. Йшов кроком рівно з жовнірами і усміхався усмішкою, що замерзає і морозить життя.</w:t>
      </w:r>
    </w:p>
    <w:p>
      <w:r>
        <w:br/>
        <w:t>Отави в'яли на сонці, а військо селом холодів шукало.</w:t>
      </w:r>
    </w:p>
    <w:p>
      <w:r>
        <w:br/>
        <w:t>Село німіло.</w:t>
      </w:r>
    </w:p>
    <w:p>
      <w:r>
        <w:br/>
        <w:t>За ним ішла Маріка в рантусі білому.</w:t>
      </w:r>
    </w:p>
    <w:p>
      <w:r>
        <w:br/>
        <w:t>Ні, то не рантух — то її твар, біль біла, а на грудях великий вінок.</w:t>
      </w:r>
    </w:p>
    <w:p>
      <w:r>
        <w:br/>
        <w:t>Вона йде до шлюбу в кожусі білому, в киптарі вовнистому, в жовтих чоботях, палає на сонці позлітка.</w:t>
      </w:r>
    </w:p>
    <w:p>
      <w:r>
        <w:br/>
        <w:t>Чому її вінок упав на груди, чому?</w:t>
      </w:r>
    </w:p>
    <w:p>
      <w:r>
        <w:br/>
        <w:t>А може, то лишень тін її?</w:t>
      </w:r>
    </w:p>
    <w:p>
      <w:r>
        <w:br/>
        <w:t>Коби йшла,коби цих дружбів не скидалася!</w:t>
      </w:r>
    </w:p>
    <w:p>
      <w:r>
        <w:br/>
        <w:t>Йому ялося таких дружбів мати.</w:t>
      </w:r>
    </w:p>
    <w:p>
      <w:r>
        <w:br/>
        <w:t>Такі пави навкруг нього.</w:t>
      </w:r>
    </w:p>
    <w:p>
      <w:r>
        <w:br/>
        <w:t>А може, він її зуритився?</w:t>
      </w:r>
    </w:p>
    <w:p>
      <w:r>
        <w:br/>
        <w:t>Ні, вона деревце на грудях несе.</w:t>
      </w:r>
    </w:p>
    <w:p>
      <w:r>
        <w:br/>
        <w:t>— Марічко, а ти нащо поклала деревце в бисаги?</w:t>
      </w:r>
    </w:p>
    <w:p>
      <w:r>
        <w:br/>
        <w:t>Сміх морозив дорогу.</w:t>
      </w:r>
    </w:p>
    <w:p>
      <w:r>
        <w:br/>
        <w:t>А Марічка тулила до грудей дитину і голосила:</w:t>
      </w:r>
    </w:p>
    <w:p>
      <w:r>
        <w:br/>
        <w:t>— А куди ж я тебе виряжаю, Васильчику любий?</w:t>
      </w:r>
    </w:p>
    <w:p>
      <w:r>
        <w:br/>
        <w:t>За що берете мені газду з хати, нащо дитині дєдю відбираєте?</w:t>
      </w:r>
    </w:p>
    <w:p>
      <w:r>
        <w:br/>
        <w:t>Хто ж мені тепер талан приобріє, хто дитину приголубить?</w:t>
      </w:r>
    </w:p>
    <w:p>
      <w:r>
        <w:br/>
        <w:t>Ой ви, гори кремінисті, чіму не лупаєтеся?</w:t>
      </w:r>
    </w:p>
    <w:p>
      <w:r>
        <w:br/>
        <w:t>Ой ви, громи швидконогі, де ж ви поховалися?</w:t>
      </w:r>
    </w:p>
    <w:p>
      <w:r>
        <w:br/>
        <w:t>Ой головко моя бідна, чому не розсипаєшся?</w:t>
      </w:r>
    </w:p>
    <w:p>
      <w:r>
        <w:br/>
        <w:t>Дитина моя люба, Андрійку мій маленький, ану йди на руки дєдеві!</w:t>
      </w:r>
    </w:p>
    <w:p>
      <w:r>
        <w:br/>
        <w:t>Не пізнає тебе дєдя, небоже, аби їх так днинка не пізнавала.</w:t>
      </w:r>
    </w:p>
    <w:p>
      <w:r>
        <w:br/>
        <w:t>Таже це твій Андрійко, дитина твоя, наша надія, Васильчику, мій соколе любий!</w:t>
      </w:r>
    </w:p>
    <w:p>
      <w:r>
        <w:br/>
        <w:t>Підносив сковані руки і намагався спіймати ту білу пташку, що йому на тварі сиділа.</w:t>
      </w:r>
    </w:p>
    <w:p>
      <w:r>
        <w:br/>
        <w:t>Але та пташка перемінилася в його дитину, злопотіла крильцями і полетіла навперед нього.</w:t>
      </w:r>
    </w:p>
    <w:p>
      <w:r>
        <w:br/>
        <w:t>З білих крильців стікала кров на дорогу.</w:t>
      </w:r>
    </w:p>
    <w:p>
      <w:r>
        <w:br/>
        <w:t>Ввесь задрожав і скочив наперед, як ранений лев.</w:t>
      </w:r>
    </w:p>
    <w:p>
      <w:r>
        <w:br/>
        <w:t>Біг і скованими руками ловив дитину.</w:t>
      </w:r>
    </w:p>
    <w:p>
      <w:r>
        <w:br/>
        <w:t>Вояки розступилися в один ряд, вхопили кріси на груди і цілили просто в нього. Карабіни гримнули. Марічка зойкнула, гори то повторили, а Василь повалився насеред дороги такий усміхнений, гейби пестив свою дитину. Гейби кинув косу на косовиці і ліг на припочивок...</w:t>
      </w:r>
    </w:p>
    <w:p>
      <w:r>
        <w:br/>
        <w:t>— Чому не говориш, Васильку, чи я тобі надоїла?</w:t>
      </w:r>
    </w:p>
    <w:p>
      <w:r>
        <w:br/>
        <w:t>Чи я тобі світок загаїла?</w:t>
      </w:r>
    </w:p>
    <w:p>
      <w:r>
        <w:br/>
        <w:t>Чи, може, ти тісареви хлібець переїв?</w:t>
      </w:r>
    </w:p>
    <w:p>
      <w:r>
        <w:br/>
        <w:t>Андрійко досягнув дєдю ручками і накрив його рани пальчиками, як прутчиками цвітів.</w:t>
      </w:r>
    </w:p>
    <w:p>
      <w:r>
        <w:br/>
        <w:t>А з дєді чюріла посока і дитині ніжки красила.</w:t>
      </w:r>
    </w:p>
    <w:p>
      <w:r>
        <w:br/>
        <w:t>Най цвіт у керві бродить, най сонце в керві свій образ видить.</w:t>
      </w:r>
    </w:p>
    <w:p>
      <w:r>
        <w:br/>
        <w:t>Марійчині плачі розлетілися зозулями понад село і сіяли тривогу.</w:t>
      </w:r>
    </w:p>
    <w:p>
      <w:r>
        <w:br/>
        <w:t>Але вояцькі кулі їх доганяли і наскрізь пробивали...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Зрадник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