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Золото</w:t>
      </w:r>
    </w:p>
    <w:p>
      <w:r>
        <w:br/>
        <w:t xml:space="preserve"> Золото, золото, вславлене по світу!&lt;br /&gt;</w:t>
        <w:br/>
        <w:t>Все продаси ти, все купиш без розпиту.&lt;br /&gt;</w:t>
        <w:br/>
        <w:t>Добре тому, хто гребе тебе жменею;&lt;br /&gt;</w:t>
        <w:br/>
        <w:t>Важко без тебе — з пустою кишенею.&lt;br /&gt;</w:t>
        <w:br/>
        <w:t>Хлопцям ти втіху даєш, а на старості&lt;br /&gt;</w:t>
        <w:br/>
        <w:t>Скільки загнибід розплодиш та скнарості!&lt;br /&gt;</w:t>
        <w:br/>
        <w:t>Заради тебе, заради багатства ми&lt;br /&gt;</w:t>
        <w:br/>
        <w:t>Світ переповнили вкрай розбишацтвами;&lt;br /&gt;</w:t>
        <w:br/>
        <w:t>Заради тебе в болоті валяємось,&lt;br /&gt;</w:t>
        <w:br/>
        <w:t>Крадемо, шарпаєм, правдою граємось,&lt;br /&gt;</w:t>
        <w:br/>
        <w:t>Один другого щохвилі морочимо,&lt;br /&gt;</w:t>
        <w:br/>
        <w:t>Кров, наче воду, з братів своїх точимо.&lt;br /&gt;</w:t>
        <w:br/>
        <w:t>Чи не з тії лишень крові братерньої&lt;br /&gt;</w:t>
        <w:br/>
        <w:t>Блескіт твоєї принади химерної?&lt;br /&gt;</w:t>
        <w:br/>
        <w:t>Чи не від того так стало червоне ти?&lt;br /&gt;</w:t>
        <w:br/>
        <w:t>Мусим без тебе щоденно холонути,&lt;br /&gt;</w:t>
        <w:br/>
        <w:t>Ждучи від тебе, проклятого золота,&lt;br /&gt;</w:t>
        <w:br/>
        <w:t>Злидням кінця, що нас б’ють гірше молота.&lt;br /&gt;</w:t>
        <w:br/>
        <w:t>Слова людського не вчуєш за стонами,&lt;br /&gt;</w:t>
        <w:br/>
        <w:t>Наші благання зробились прокльонами.&lt;br /&gt;</w:t>
        <w:br/>
        <w:t>Багатирі, наче образу божому,&lt;br /&gt;</w:t>
        <w:br/>
        <w:t>Гріють поклони тобі не по розуму.&lt;br /&gt;</w:t>
        <w:br/>
        <w:t>Згинь же, брехливе, злочинств усіх джерело!&lt;br /&gt;</w:t>
        <w:br/>
        <w:t>Згинь, щоб зрадливо нас більш не химерило!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