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бумеранг</w:t>
      </w:r>
    </w:p>
    <w:p>
      <w:r>
        <w:br/>
        <w:t xml:space="preserve"> Із збірки "ЗОЛОТИЙ БУМЕРАНГ"&lt;br /&gt;</w:t>
        <w:br/>
        <w:t>(1926-1946)</w:t>
      </w:r>
    </w:p>
    <w:p>
      <w:r>
        <w:br/>
        <w:t>З КАМЕРИ СМЕРТНИКІВ</w:t>
      </w:r>
    </w:p>
    <w:p>
      <w:r>
        <w:br/>
        <w:t>З циклу: "Каїнам, хамам і провокаторам, мертвим, живим і ще не народженим, в Україні і поза Україною сущим".</w:t>
      </w:r>
    </w:p>
    <w:p>
      <w:r>
        <w:br/>
        <w:t>"Свої серця нам виривали,&lt;br /&gt;</w:t>
        <w:br/>
        <w:t>Чужі тесали нам хрести".&lt;br /&gt;</w:t>
        <w:br/>
        <w:t>О. Олесь&lt;br /&gt;</w:t>
        <w:br/>
        <w:t>І&lt;br /&gt;</w:t>
        <w:br/>
        <w:t>Б'є крильми птах глухої півночі над мурами,&lt;br /&gt;</w:t>
        <w:br/>
        <w:t>Б'є крильми птах&lt;br /&gt;</w:t>
        <w:br/>
        <w:t>Та й ловить дзьобом ґрати...&lt;br /&gt;</w:t>
        <w:br/>
        <w:t>Не жур мене, товаришу похмурий мій,—&lt;br /&gt;</w:t>
        <w:br/>
        <w:t>Нам так приречено з тобою умирати.</w:t>
      </w:r>
    </w:p>
    <w:p>
      <w:r>
        <w:br/>
        <w:t>На велелюднім торжищі між ницих і крикливих,&lt;br /&gt;</w:t>
        <w:br/>
        <w:t>За тридцять срібних продані від Каїнів і Юд,&lt;br /&gt;</w:t>
        <w:br/>
        <w:t>Ми ордени їм кров'ю покропили&lt;br /&gt;</w:t>
        <w:br/>
        <w:t>І, вже не вірячи у Божий Страшний Суд,—</w:t>
      </w:r>
    </w:p>
    <w:p>
      <w:r>
        <w:br/>
        <w:t>За мудрість і любов, за скривджених і вбогих&lt;br /&gt;</w:t>
        <w:br/>
        <w:t>Ми підем на Голгофу — ти і я —&lt;br /&gt;</w:t>
        <w:br/>
        <w:t>Під крик "Розпни! Розпни!" нікчемного й брудного&lt;br /&gt;</w:t>
        <w:br/>
        <w:t>Орденоносного хам'я.</w:t>
      </w:r>
    </w:p>
    <w:p>
      <w:r>
        <w:br/>
        <w:t>II&lt;br /&gt;</w:t>
        <w:br/>
        <w:t>О Гомо Сапієнс! — дитя похмурих паріїв!&lt;br /&gt;</w:t>
        <w:br/>
        <w:t>О Гомо Сапієнс! — "покидьків" гордий плід! —&lt;br /&gt;</w:t>
        <w:br/>
        <w:t>Прийшов єси з журби, прийшов у злидні, в чвари,&lt;br /&gt;</w:t>
        <w:br/>
        <w:t>В хлипке баюрище вселюдського базару,&lt;br /&gt;</w:t>
        <w:br/>
        <w:t>Як голяком на лід...</w:t>
      </w:r>
    </w:p>
    <w:p>
      <w:r>
        <w:br/>
        <w:t>З чийого ж домислу? З якої необхідності?&lt;br /&gt;</w:t>
        <w:br/>
        <w:t>По що і звідки? Та і хто прирік,&lt;br /&gt;</w:t>
        <w:br/>
        <w:t>Поклавши на хребет людські жалі і крик,&lt;br /&gt;</w:t>
        <w:br/>
        <w:t>Цей стовп, набряклий тугою, крізь всесвіт на обхід нести?</w:t>
      </w:r>
    </w:p>
    <w:p>
      <w:r>
        <w:br/>
        <w:t>За що покута, та і хто прирік?..&lt;br /&gt;</w:t>
        <w:br/>
        <w:t>Пощо ти взявсь нести і чого ради?&lt;br /&gt;</w:t>
        <w:br/>
        <w:t>Пощо прийшов в цей світ брехні і зради?</w:t>
      </w:r>
    </w:p>
    <w:p>
      <w:r>
        <w:br/>
        <w:t>ІІІ&lt;br /&gt;</w:t>
        <w:br/>
        <w:t>О Гомо Сапієнс! — докір мій глодом ввитий,&lt;br /&gt;</w:t>
        <w:br/>
        <w:t>Кавалок м'яз, пісок мільйоноліть! —&lt;br /&gt;</w:t>
        <w:br/>
        <w:t>Хто ж научив тебе любити і боліть?&lt;br /&gt;</w:t>
        <w:br/>
        <w:t>Хто научив за інших пломеніти?</w:t>
      </w:r>
    </w:p>
    <w:p>
      <w:r>
        <w:br/>
        <w:t>Навіщо тобі серце буряне дали?&lt;br /&gt;</w:t>
        <w:br/>
        <w:t>Навіщо к свому серцю прип'яли?&lt;br /&gt;</w:t>
        <w:br/>
        <w:t>Та й прип'яли навік! Гей, прип'яли к собі!..&lt;br /&gt;</w:t>
        <w:br/>
        <w:t>Навіщо ж ті раби?..&lt;br /&gt;</w:t>
        <w:br/>
        <w:t>Навіщо ж ті раби?..</w:t>
      </w:r>
    </w:p>
    <w:p>
      <w:r>
        <w:br/>
        <w:t>IV&lt;br /&gt;</w:t>
        <w:br/>
        <w:t>Б'є крильми птах глухої півночі над мурами,&lt;br /&gt;</w:t>
        <w:br/>
        <w:t>Б'є крильми птах&lt;br /&gt;</w:t>
        <w:br/>
        <w:t>і зазира в вікно...</w:t>
      </w:r>
    </w:p>
    <w:p>
      <w:r>
        <w:br/>
        <w:t>Заснув весь світ. І люди сплять давно...&lt;br /&gt;</w:t>
        <w:br/>
        <w:t>А Він стоїть,&lt;br /&gt;</w:t>
        <w:br/>
        <w:t>стоїть за ґратами понурими&lt;br /&gt;</w:t>
        <w:br/>
        <w:t>І дивиться в вікно,—&lt;br /&gt;</w:t>
        <w:br/>
        <w:t>У дірку та у чорну, у безвість непроглядну! —&lt;br /&gt;</w:t>
        <w:br/>
        <w:t>Ні віддиху, ні руху, лиш живчик на чолі,—&lt;br /&gt;</w:t>
        <w:br/>
        <w:t>Там десь, туди десь — за чорне простирадло,&lt;br /&gt;</w:t>
        <w:br/>
        <w:t>Думи і серце —&lt;br /&gt;</w:t>
        <w:br/>
        <w:t>бігом по землі...</w:t>
      </w:r>
    </w:p>
    <w:p>
      <w:r>
        <w:br/>
        <w:t>Очима хоробливими утік над кам'яницями,&lt;br /&gt;</w:t>
        <w:br/>
        <w:t>Бровами нерухомими крізь ніч залетів,—&lt;br /&gt;</w:t>
        <w:br/>
        <w:t>Там десь —&lt;br /&gt;</w:t>
        <w:br/>
        <w:t>туди десь —&lt;br /&gt;</w:t>
        <w:br/>
        <w:t>з свобідними птицями...&lt;br /&gt;</w:t>
        <w:br/>
        <w:t>Там десь —&lt;br /&gt;</w:t>
        <w:br/>
        <w:t>де юнь і цвітінь...</w:t>
      </w:r>
    </w:p>
    <w:p>
      <w:r>
        <w:br/>
        <w:t>Б'є крильми птах глухої півночі над мурами,&lt;br /&gt;</w:t>
        <w:br/>
        <w:t>Б'є крильми птах...&lt;br /&gt;</w:t>
        <w:br/>
        <w:t>І мотиль прилетів —&lt;br /&gt;</w:t>
        <w:br/>
        <w:t>Із тьми на світло крізь іржу прутів&lt;br /&gt;</w:t>
        <w:br/>
        <w:t>Загнався мотиль здуру.</w:t>
      </w:r>
    </w:p>
    <w:p>
      <w:r>
        <w:br/>
        <w:t>І закрутився в безнадійнім герці!&lt;br /&gt;</w:t>
        <w:br/>
        <w:t>Об дивне світло поломивши зір,&lt;br /&gt;</w:t>
        <w:br/>
        <w:t>Б'ється в розпуці, трапивши у вир,&lt;br /&gt;</w:t>
        <w:br/>
        <w:t>Б'ється шалено,&lt;br /&gt;</w:t>
        <w:br/>
        <w:t>Б'ється об пухир,&lt;br /&gt;</w:t>
        <w:br/>
        <w:t>Як об набрякле болем серце.</w:t>
      </w:r>
    </w:p>
    <w:p>
      <w:r>
        <w:br/>
        <w:t>VI&lt;br /&gt;</w:t>
        <w:br/>
        <w:t>Немає відгуку. Чигає ніч байдужа.&lt;br /&gt;</w:t>
        <w:br/>
        <w:t>Набрякле серце марно жде поради...&lt;br /&gt;</w:t>
        <w:br/>
        <w:t>Дай руку! Дай же руку мені, друже!..&lt;br /&gt;</w:t>
        <w:br/>
        <w:t>А ти любив цей світ брехні і зради.</w:t>
      </w:r>
    </w:p>
    <w:p>
      <w:r>
        <w:br/>
        <w:t>VII&lt;br /&gt;</w:t>
        <w:br/>
        <w:t>Людської ницості не виміряти мірою,&lt;br /&gt;</w:t>
        <w:br/>
        <w:t>Людської пихи — не переступить...&lt;br /&gt;</w:t>
        <w:br/>
        <w:t>За ню ж, за ню стинатися офірою!&lt;br /&gt;</w:t>
        <w:br/>
        <w:t>За ню, щоб не сміятись і не міряти...</w:t>
      </w:r>
    </w:p>
    <w:p>
      <w:r>
        <w:br/>
        <w:t>І тільки серце, станувши над прірвою,&lt;br /&gt;</w:t>
        <w:br/>
        <w:t>Замечеться в вогні пекельнім:&lt;br /&gt;</w:t>
        <w:br/>
        <w:t>"П и т ь!.."</w:t>
      </w:r>
    </w:p>
    <w:p>
      <w:r>
        <w:br/>
        <w:t>І вийде Він тоді — Твій біль глухої ночі! —&lt;br /&gt;</w:t>
        <w:br/>
        <w:t>Твоя Журба, Твоя Любов, Краса,—&lt;br /&gt;</w:t>
        <w:br/>
        <w:t>І вийде Він тоді і, взявши жало в очі,&lt;br /&gt;</w:t>
        <w:br/>
        <w:t>Ганчірку щедро в оцті намочить&lt;br /&gt;</w:t>
        <w:br/>
        <w:t>Й до губ притисне ратищем списа!..</w:t>
      </w:r>
    </w:p>
    <w:p>
      <w:r>
        <w:br/>
        <w:t>О Серце, Серце!..&lt;br /&gt;</w:t>
        <w:br/>
        <w:t>Пий!&lt;br /&gt;</w:t>
        <w:br/>
        <w:t>...Цвістиме сад. І вірою&lt;br /&gt;</w:t>
        <w:br/>
        <w:t>У мудрість і любов цвістиме далі світ...&lt;br /&gt;</w:t>
        <w:br/>
        <w:t>Людської ницості не виміряти мірою.&lt;br /&gt;</w:t>
        <w:br/>
        <w:t>Людської підлості&lt;br /&gt;</w:t>
        <w:br/>
        <w:t>та й не переступить.</w:t>
      </w:r>
    </w:p>
    <w:p>
      <w:r>
        <w:br/>
        <w:t>VIII&lt;br /&gt;</w:t>
        <w:br/>
        <w:t>Чого ж той птах&lt;br /&gt;</w:t>
        <w:br/>
        <w:t>бунтує так за мурами?&lt;br /&gt;</w:t>
        <w:br/>
        <w:t>Чого ж той птах так крилами об ґрати?!.&lt;br /&gt;</w:t>
        <w:br/>
        <w:t>Товаришу, товаришу похмурий мій,&lt;br /&gt;</w:t>
        <w:br/>
        <w:t>Ну, а як ми не хочем умирати??!</w:t>
      </w:r>
    </w:p>
    <w:p>
      <w:r>
        <w:br/>
        <w:t>І ми не вмрем!&lt;br /&gt;</w:t>
        <w:br/>
        <w:t>Нас не зітруть із рубрики!&lt;br /&gt;</w:t>
        <w:br/>
        <w:t>Ми оживем в страшнім вогні стихії.&lt;br /&gt;</w:t>
        <w:br/>
        <w:t>Ми ще каратимем&lt;br /&gt;</w:t>
        <w:br/>
        <w:t>хамів&lt;br /&gt;</w:t>
        <w:br/>
        <w:t>Мечем Республіки&lt;br /&gt;</w:t>
        <w:br/>
        <w:t>На місці лобнім&lt;br /&gt;</w:t>
        <w:br/>
        <w:t>там,&lt;br /&gt;</w:t>
        <w:br/>
        <w:t>біля Софі ї!</w:t>
      </w:r>
    </w:p>
    <w:p>
      <w:r>
        <w:br/>
        <w:t>1939, Харків, тюрма на Холодній Горі.</w:t>
      </w:r>
    </w:p>
    <w:p>
      <w:r>
        <w:br/>
        <w:t>З циклу "АРГОНАВТИ"&lt;br /&gt;</w:t>
        <w:br/>
        <w:t>(Владивосток, 1936)</w:t>
      </w:r>
    </w:p>
    <w:p>
      <w:r>
        <w:br/>
        <w:t>І</w:t>
      </w:r>
    </w:p>
    <w:p>
      <w:r>
        <w:br/>
        <w:t>Вийшли з Рогу Золотого&lt;br /&gt;</w:t>
        <w:br/>
        <w:t>Сніжно-білі кораблі&lt;br /&gt;</w:t>
        <w:br/>
        <w:t>З вантажем від серця твого&lt;br /&gt;</w:t>
        <w:br/>
        <w:t>Для далекої землі,</w:t>
      </w:r>
    </w:p>
    <w:p>
      <w:r>
        <w:br/>
        <w:t>Для далекої країни,&lt;br /&gt;</w:t>
        <w:br/>
        <w:t>Рейдом тим, що й всі рази;&lt;br /&gt;</w:t>
        <w:br/>
        <w:t>До країни — України&lt;br /&gt;</w:t>
        <w:br/>
        <w:t>Повз Корею і Янцзи.</w:t>
      </w:r>
    </w:p>
    <w:p>
      <w:r>
        <w:br/>
        <w:t>Поуз Яву одним краєм,&lt;br /&gt;</w:t>
        <w:br/>
        <w:t>Другим краєм — навмання:&lt;br /&gt;</w:t>
        <w:br/>
        <w:t>Понад соняшним Китаєм,&lt;br /&gt;</w:t>
        <w:br/>
        <w:t>Над замріяним Алтаєм,—&lt;br /&gt;</w:t>
        <w:br/>
        <w:t>Стануть там, де золотая&lt;br /&gt;</w:t>
        <w:br/>
        <w:t>Мерехтить земля...</w:t>
      </w:r>
    </w:p>
    <w:p>
      <w:r>
        <w:br/>
        <w:t>То оспівана країна,&lt;br /&gt;</w:t>
        <w:br/>
        <w:t>Дивна і проста,&lt;br /&gt;</w:t>
        <w:br/>
        <w:t>То країна — Україна —&lt;br /&gt;</w:t>
        <w:br/>
        <w:t>Смужка золота.</w:t>
      </w:r>
    </w:p>
    <w:p>
      <w:r>
        <w:br/>
        <w:t>З неї ми в світи пішли.&lt;br /&gt;</w:t>
        <w:br/>
        <w:t>Всі моря перепливли.&lt;br /&gt;</w:t>
        <w:br/>
        <w:t>Під Цейлоном сльози лили,&lt;br /&gt;</w:t>
        <w:br/>
        <w:t>В Сінгапурі воду пили,&lt;br /&gt;</w:t>
        <w:br/>
        <w:t>На Амурі з стрільби били...&lt;br /&gt;</w:t>
        <w:br/>
        <w:t>І своїх пісень гриміли&lt;br /&gt;</w:t>
        <w:br/>
        <w:t>На новій землі,&lt;br /&gt;</w:t>
        <w:br/>
        <w:t>На оцій землі.</w:t>
      </w:r>
    </w:p>
    <w:p>
      <w:r>
        <w:br/>
        <w:t>І тепер вона вже наша —&lt;br /&gt;</w:t>
        <w:br/>
        <w:t>Чужина ота!&lt;br /&gt;</w:t>
        <w:br/>
        <w:t>Це ж тепер Вітчизна наша&lt;br /&gt;</w:t>
        <w:br/>
        <w:t>Дивна і проста.</w:t>
      </w:r>
    </w:p>
    <w:p>
      <w:r>
        <w:br/>
        <w:t>Ми за неї все ‘ддали,&lt;br /&gt;</w:t>
        <w:br/>
        <w:t>Всі моря перепливли.&lt;br /&gt;</w:t>
        <w:br/>
        <w:t>Ми для неї все лишили.&lt;br /&gt;</w:t>
        <w:br/>
        <w:t>Ми за неї крівцю лили.&lt;br /&gt;</w:t>
        <w:br/>
        <w:t>Ми за неї з стрільби били&lt;br /&gt;</w:t>
        <w:br/>
        <w:t>І насипали могили,&lt;br /&gt;</w:t>
        <w:br/>
        <w:t>Більші і малі...&lt;br /&gt;</w:t>
        <w:br/>
        <w:t>І свої хрести встромили&lt;br /&gt;</w:t>
        <w:br/>
        <w:t>Край ції землі.</w:t>
      </w:r>
    </w:p>
    <w:p>
      <w:r>
        <w:br/>
        <w:t>II</w:t>
      </w:r>
    </w:p>
    <w:p>
      <w:r>
        <w:br/>
        <w:t>Хто, минаючи Корею,&lt;br /&gt;</w:t>
        <w:br/>
        <w:t>Зводить райдугу оту?&lt;br /&gt;</w:t>
        <w:br/>
        <w:t>Хто поставив над землею&lt;br /&gt;</w:t>
        <w:br/>
        <w:t>Дивну арфу золоту?</w:t>
      </w:r>
    </w:p>
    <w:p>
      <w:r>
        <w:br/>
        <w:t>А на дивну арфу тую&lt;br /&gt;</w:t>
        <w:br/>
        <w:t>Грає вітер з Уссурі...&lt;br /&gt;</w:t>
        <w:br/>
        <w:t>Хай ту пісню добре чують –&lt;br /&gt;</w:t>
        <w:br/>
        <w:t>Наслухають кобзарі...</w:t>
      </w:r>
    </w:p>
    <w:p>
      <w:r>
        <w:br/>
        <w:t>...Гей, як Тихим океаном&lt;br /&gt;</w:t>
        <w:br/>
        <w:t>Кругом світу на обмин&lt;br /&gt;</w:t>
        <w:br/>
        <w:t>Пропливали раннім-рано&lt;br /&gt;</w:t>
        <w:br/>
        <w:t>Кораблі з чужих країн.</w:t>
      </w:r>
    </w:p>
    <w:p>
      <w:r>
        <w:br/>
        <w:t>Не з країн, лише з країни –&lt;br /&gt;</w:t>
        <w:br/>
        <w:t>З чорноморських берегів —&lt;br /&gt;</w:t>
        <w:br/>
        <w:t>Десь з країни — України&lt;br /&gt;</w:t>
        <w:br/>
        <w:t>До японських упругів,</w:t>
      </w:r>
    </w:p>
    <w:p>
      <w:r>
        <w:br/>
        <w:t>Десь до дикої землі&lt;br /&gt;</w:t>
        <w:br/>
        <w:t>Чорноморці напливли.&lt;br /&gt;</w:t>
        <w:br/>
        <w:t>Налетіли, щоб забрати&lt;br /&gt;</w:t>
        <w:br/>
        <w:t>Та й далеко не нести,—&lt;br /&gt;</w:t>
        <w:br/>
        <w:t>Щоб нову Вітчизну мати...&lt;br /&gt;</w:t>
        <w:br/>
        <w:t>Щоб на ній навіки стати...&lt;br /&gt;</w:t>
        <w:br/>
        <w:t>Щоб за неї умирати —&lt;br /&gt;</w:t>
        <w:br/>
        <w:t>Умирати і цвісти...</w:t>
      </w:r>
    </w:p>
    <w:p>
      <w:r>
        <w:br/>
        <w:t>Залишилась десь країна,—&lt;br /&gt;</w:t>
        <w:br/>
        <w:t>Хто зворожить і вгада?! —&lt;br /&gt;</w:t>
        <w:br/>
        <w:t>То країна — Україна?..&lt;br /&gt;</w:t>
        <w:br/>
        <w:t>То замріяна дівчина?..&lt;br /&gt;</w:t>
        <w:br/>
        <w:t>Наречена ж то єдина —&lt;br /&gt;</w:t>
        <w:br/>
        <w:t>Вічно юна й молода?..</w:t>
      </w:r>
    </w:p>
    <w:p>
      <w:r>
        <w:br/>
        <w:t>Сниться рано, сниться пізно –&lt;br /&gt;</w:t>
        <w:br/>
        <w:t>"Де повернетесь і як?.."&lt;br /&gt;</w:t>
        <w:br/>
        <w:t>Серед штормів, серед грому,&lt;br /&gt;</w:t>
        <w:br/>
        <w:t>Серед бур нового дому&lt;br /&gt;</w:t>
        <w:br/>
        <w:t>Не поступиться нікому,&lt;br /&gt;</w:t>
        <w:br/>
        <w:t>Не забудеться ніяк...</w:t>
      </w:r>
    </w:p>
    <w:p>
      <w:r>
        <w:br/>
        <w:t>Поспішають Аргонавти&lt;br /&gt;</w:t>
        <w:br/>
        <w:t>Поуз Бірму на Босфор,&lt;br /&gt;</w:t>
        <w:br/>
        <w:t>їх обходить місяць напрост&lt;br /&gt;</w:t>
        <w:br/>
        <w:t>Десь через Улан-Батор,&lt;br /&gt;</w:t>
        <w:br/>
        <w:t>Повз Корею... Через Хіну...&lt;br /&gt;</w:t>
        <w:br/>
        <w:t>На далеку Україну&lt;br /&gt;</w:t>
        <w:br/>
        <w:t>Поспішають...&lt;br /&gt;</w:t>
        <w:br/>
        <w:t>Кожен рад —&lt;br /&gt;</w:t>
        <w:br/>
        <w:t>Подивитись на дівчину&lt;br /&gt;</w:t>
        <w:br/>
        <w:t>Та й вертатися назад.</w:t>
      </w:r>
    </w:p>
    <w:p>
      <w:r>
        <w:br/>
        <w:t>І торкає арфу вітер —&lt;br /&gt;</w:t>
        <w:br/>
        <w:t>Срібно струнами гуде,&lt;br /&gt;</w:t>
        <w:br/>
        <w:t>Як звитяжців древніх діти&lt;br /&gt;</w:t>
        <w:br/>
        <w:t>Клали голови і де,—</w:t>
      </w:r>
    </w:p>
    <w:p>
      <w:r>
        <w:br/>
        <w:t>Грає думу про пригоди,&lt;br /&gt;</w:t>
        <w:br/>
        <w:t>Про страждання в цій землі,&lt;br /&gt;</w:t>
        <w:br/>
        <w:t>Про бойовища й походи,&lt;br /&gt;</w:t>
        <w:br/>
        <w:t>Про співочий грім і вроду&lt;br /&gt;</w:t>
        <w:br/>
        <w:t>Чорноморців-соколів.</w:t>
      </w:r>
    </w:p>
    <w:p>
      <w:r>
        <w:br/>
        <w:t>Сниться рано, сниться пізно,&lt;br /&gt;</w:t>
        <w:br/>
        <w:t>Незрадлива, нічия.&lt;br /&gt;</w:t>
        <w:br/>
        <w:t>Серед штормів, серед грому,&lt;br /&gt;</w:t>
        <w:br/>
        <w:t>Серед бур нового дому&lt;br /&gt;</w:t>
        <w:br/>
        <w:t>Не відступиться нікому,&lt;br /&gt;</w:t>
        <w:br/>
        <w:t>Не забудеться ніяк.</w:t>
      </w:r>
    </w:p>
    <w:p>
      <w:r>
        <w:br/>
        <w:t>З неї ми в світи пішли.&lt;br /&gt;</w:t>
        <w:br/>
        <w:t>Всі моря перепливли.&lt;br /&gt;</w:t>
        <w:br/>
        <w:t>В серці всі її носили.&lt;br /&gt;</w:t>
        <w:br/>
        <w:t>Скрізь її пісень гриміли.&lt;br /&gt;</w:t>
        <w:br/>
        <w:t>Чужині усе 'ддали,—&lt;br /&gt;</w:t>
        <w:br/>
        <w:t>Лиш її віддать не хтіли,&lt;br /&gt;</w:t>
        <w:br/>
        <w:t>От і не 'ддали...&lt;br /&gt;</w:t>
        <w:br/>
        <w:t>І забуть не мали сили,—&lt;br /&gt;</w:t>
        <w:br/>
        <w:t>От і не змогли.</w:t>
      </w:r>
    </w:p>
    <w:p>
      <w:r>
        <w:br/>
        <w:t>1936</w:t>
      </w:r>
    </w:p>
    <w:p>
      <w:r>
        <w:br/>
        <w:t>БАЛАДА ПРО СЕРЦЕ</w:t>
      </w:r>
    </w:p>
    <w:p>
      <w:r>
        <w:br/>
        <w:t>За чорними ґратами в рабській землі,&lt;br /&gt;</w:t>
        <w:br/>
        <w:t>В тісному льоху каземату&lt;br /&gt;</w:t>
        <w:br/>
        <w:t>Із серцем великим, осліплий в імлі&lt;br /&gt;</w:t>
        <w:br/>
        <w:t>Юнак&lt;br /&gt;</w:t>
        <w:br/>
        <w:t>і заплакана мати...</w:t>
      </w:r>
    </w:p>
    <w:p>
      <w:r>
        <w:br/>
        <w:t>В вікні догорає вогонь золотий —&lt;br /&gt;</w:t>
        <w:br/>
        <w:t>Печальний акорд розставання.&lt;br /&gt;</w:t>
        <w:br/>
        <w:t>Комусь на світанку на страту іти,&lt;br /&gt;</w:t>
        <w:br/>
        <w:t>Комусь розставання останнє...</w:t>
      </w:r>
    </w:p>
    <w:p>
      <w:r>
        <w:br/>
        <w:t>Не день, і не два, і не сотню ночей&lt;br /&gt;</w:t>
        <w:br/>
        <w:t>Сидів він і ждав цеї хвилі.&lt;br /&gt;</w:t>
        <w:br/>
        <w:t>І сотні ночей серце груди пече&lt;br /&gt;</w:t>
        <w:br/>
        <w:t>Та гнівом стікає в безсиллі:</w:t>
      </w:r>
    </w:p>
    <w:p>
      <w:r>
        <w:br/>
        <w:t>За сльози батьків, за удів і сиріт,&lt;br /&gt;</w:t>
        <w:br/>
        <w:t>За тюрми страшні і табори —&lt;br /&gt;</w:t>
        <w:br/>
        <w:t>Він ладен усе, геть усе відтерпіть,&lt;br /&gt;</w:t>
        <w:br/>
        <w:t>Лиш катові череп розбить! І розбить!&lt;br /&gt;</w:t>
        <w:br/>
        <w:t>І вирвати серце в потвори...</w:t>
      </w:r>
    </w:p>
    <w:p>
      <w:r>
        <w:br/>
        <w:t>Ніч виїла очі, та все те дарма.—&lt;br /&gt;</w:t>
        <w:br/>
        <w:t>На гордеє серце управи нема.</w:t>
      </w:r>
    </w:p>
    <w:p>
      <w:r>
        <w:br/>
        <w:t>Даремно, глузуючи, деспот завзявсь&lt;br /&gt;</w:t>
        <w:br/>
        <w:t>Скорити його і зарані сміявсь:&lt;br /&gt;</w:t>
        <w:br/>
        <w:t>Поставить навколішки гордість німу!&lt;br /&gt;</w:t>
        <w:br/>
        <w:t>Примусить, мов пса, слугувати йому!&lt;br /&gt;</w:t>
        <w:br/>
        <w:t>Гай-гай!.. Ані ласка, ні підступ, ні гнів&lt;br /&gt;</w:t>
        <w:br/>
        <w:t>Ніщо!..&lt;br /&gt;</w:t>
        <w:br/>
        <w:t>Як і перше, вогонь пломенів.</w:t>
      </w:r>
    </w:p>
    <w:p>
      <w:r>
        <w:br/>
        <w:t>Ніч виїла очі і волос в пітьмі&lt;br /&gt;</w:t>
        <w:br/>
        <w:t>Посікся в страшному змаганні,&lt;br /&gt;</w:t>
        <w:br/>
        <w:t>А гордеє серце кипить і кипить! —&lt;br /&gt;</w:t>
        <w:br/>
        <w:t>Так гордий орел все чигає на мить,&lt;br /&gt;</w:t>
        <w:br/>
        <w:t>Чига... Й загибає в мовчанні.</w:t>
      </w:r>
    </w:p>
    <w:p>
      <w:r>
        <w:br/>
        <w:t>І вирішив деспот (йому ж не переч!),&lt;br /&gt;</w:t>
        <w:br/>
        <w:t>Що гордеє серце умовить лиш меч.&lt;br /&gt;</w:t>
        <w:br/>
        <w:t>Та перш ніж на страту його приректи,&lt;br /&gt;</w:t>
        <w:br/>
        <w:t>До сина він матір звелів привести.</w:t>
      </w:r>
    </w:p>
    <w:p>
      <w:r>
        <w:br/>
        <w:t>В вікні догорає вогонь золотий —&lt;br /&gt;</w:t>
        <w:br/>
        <w:t>Печальний акорд розставання.&lt;br /&gt;</w:t>
        <w:br/>
        <w:t>Комусь на світанку на страту іти,&lt;br /&gt;</w:t>
        <w:br/>
        <w:t>Комусь — розставання останнє.</w:t>
      </w:r>
    </w:p>
    <w:p>
      <w:r>
        <w:br/>
        <w:t>І стала стара юнаку докорять:&lt;br /&gt;</w:t>
        <w:br/>
        <w:t>"Пощо проміняв свою матір?&lt;br /&gt;</w:t>
        <w:br/>
        <w:t>Чого ти повстав на закон владаря?&lt;br /&gt;</w:t>
        <w:br/>
        <w:t>І що ти забув в казематі?</w:t>
      </w:r>
    </w:p>
    <w:p>
      <w:r>
        <w:br/>
        <w:t>Та, ой, не на те я родила тебе,&lt;br /&gt;</w:t>
        <w:br/>
        <w:t>Щоб з горя сивіть в самотині!&lt;br /&gt;</w:t>
        <w:br/>
        <w:t>Щоб тьмарилось небо, від сліз голубе,&lt;br /&gt;</w:t>
        <w:br/>
        <w:t>За сина,&lt;br /&gt;</w:t>
        <w:br/>
        <w:t>За "злодія" сина...</w:t>
      </w:r>
    </w:p>
    <w:p>
      <w:r>
        <w:br/>
        <w:t>Піди ж і вклонися йому до землі,&lt;br /&gt;</w:t>
        <w:br/>
        <w:t>Склади свою гордість під ноги,&lt;br /&gt;</w:t>
        <w:br/>
        <w:t>Проси і клянись, мов ті діти малі,&lt;br /&gt;</w:t>
        <w:br/>
        <w:t>Прощення проси, як у Бога.</w:t>
      </w:r>
    </w:p>
    <w:p>
      <w:r>
        <w:br/>
        <w:t>О сину, клянися на землю і хрест! —&lt;br /&gt;</w:t>
        <w:br/>
        <w:t>Простить...&lt;br /&gt;</w:t>
        <w:br/>
        <w:t>Він уміє прощати.&lt;br /&gt;</w:t>
        <w:br/>
        <w:t>І будеш ти, сину, покірний, мов пес...&lt;br /&gt;</w:t>
        <w:br/>
        <w:t>Я ж мати, мій сину!&lt;br /&gt;</w:t>
        <w:br/>
        <w:t>Я м а т и!.."</w:t>
      </w:r>
    </w:p>
    <w:p>
      <w:r>
        <w:br/>
        <w:t>Застукало серце у грудях сухих —&lt;br /&gt;</w:t>
        <w:br/>
        <w:t>Юнак покрутив головою.&lt;br /&gt;</w:t>
        <w:br/>
        <w:t>Зронив лиш сльозину з повіків сліпих&lt;br /&gt;</w:t>
        <w:br/>
        <w:t>Й не в силі зронити другої.</w:t>
      </w:r>
    </w:p>
    <w:p>
      <w:r>
        <w:br/>
        <w:t>А серце кипить! — стугонить! — стугонить:&lt;br /&gt;</w:t>
        <w:br/>
        <w:t>"Н і плаче м!..&lt;br /&gt;</w:t>
        <w:br/>
        <w:t>Ні м е ч е м!!.&lt;br /&gt;</w:t>
        <w:br/>
        <w:t>Ні мольбо ю!!!&lt;br /&gt;</w:t>
        <w:br/>
        <w:t>Лиш катові череп розбить і розбить!!!" —&lt;br /&gt;</w:t>
        <w:br/>
        <w:t>Юнак&lt;br /&gt;</w:t>
        <w:br/>
        <w:t>покрутив головою...</w:t>
      </w:r>
    </w:p>
    <w:p>
      <w:r>
        <w:br/>
        <w:t>"Так будь же ти проклятий! Нині й повік!&lt;br /&gt;</w:t>
        <w:br/>
        <w:t>Будь проклятий!!.&lt;br /&gt;</w:t>
        <w:br/>
        <w:t>В и р о д к у!.."&lt;br /&gt;</w:t>
        <w:br/>
        <w:t>"М а м о!!." —&lt;br /&gt;</w:t>
        <w:br/>
        <w:t>Та в дикій розпуці, крізь сльози і крик&lt;br /&gt;</w:t>
        <w:br/>
        <w:t>Ударила в груди руками.</w:t>
      </w:r>
    </w:p>
    <w:p>
      <w:r>
        <w:br/>
        <w:t>Ударила мати у груди й пішла.&lt;br /&gt;</w:t>
        <w:br/>
        <w:t>І канула мати, немов не була.&lt;br /&gt;</w:t>
        <w:br/>
        <w:t>Не бачила мати, як піт із чола&lt;br /&gt;</w:t>
        <w:br/>
        <w:t>Упав&lt;br /&gt;</w:t>
        <w:br/>
        <w:t>на забруднений камінь.</w:t>
      </w:r>
    </w:p>
    <w:p>
      <w:r>
        <w:br/>
        <w:t>* * *</w:t>
      </w:r>
    </w:p>
    <w:p>
      <w:r>
        <w:br/>
        <w:t>А вночі під мечем, як кричали півні,&lt;br /&gt;</w:t>
        <w:br/>
        <w:t>Щоб більше не жити ніколи,—&lt;br /&gt;</w:t>
        <w:br/>
        <w:t>Голова&lt;br /&gt;</w:t>
        <w:br/>
        <w:t>одлетіла.&lt;br /&gt;</w:t>
        <w:br/>
        <w:t>Катюга сп'янів.&lt;br /&gt;</w:t>
        <w:br/>
        <w:t>А серце забилось в шаленім вогні,&lt;br /&gt;</w:t>
        <w:br/>
        <w:t>Забахкало серце на сполох!</w:t>
      </w:r>
    </w:p>
    <w:p>
      <w:r>
        <w:br/>
        <w:t>Нікого&lt;br /&gt;</w:t>
        <w:br/>
        <w:t>ніде...&lt;br /&gt;</w:t>
        <w:br/>
        <w:t>Під мечем "палача",&lt;br /&gt;</w:t>
        <w:br/>
        <w:t>Немов пошматоване круком,&lt;br /&gt;</w:t>
        <w:br/>
        <w:t>Покраялось тіло на втіху меча,—&lt;br /&gt;</w:t>
        <w:br/>
        <w:t>Змішались докупи, щоб вічно мовчать,&lt;br /&gt;</w:t>
        <w:br/>
        <w:t>І мозок,&lt;br /&gt;</w:t>
        <w:br/>
        <w:t>І серце,&lt;br /&gt;</w:t>
        <w:br/>
        <w:t>І руки.</w:t>
      </w:r>
    </w:p>
    <w:p>
      <w:r>
        <w:br/>
        <w:t>Зложили. Й повезли. А слідом — ніхто,—&lt;br /&gt;</w:t>
        <w:br/>
        <w:t>Ні батько, ні мати, ні друг, ані хто!..&lt;br /&gt;</w:t>
        <w:br/>
        <w:t>Похмуре, німе розставання.&lt;br /&gt;</w:t>
        <w:br/>
        <w:t>Повезли, щоб скинути в чорний байрак&lt;br /&gt;</w:t>
        <w:br/>
        <w:t>Для круків, для хижих, для диких собак...&lt;br /&gt;</w:t>
        <w:br/>
        <w:t>Німе розставання останнє.</w:t>
      </w:r>
    </w:p>
    <w:p>
      <w:r>
        <w:br/>
        <w:t>І билося серце між м'яз та кісток.</w:t>
      </w:r>
    </w:p>
    <w:p>
      <w:r>
        <w:br/>
        <w:t>І випало серце в холодний пісок.</w:t>
      </w:r>
    </w:p>
    <w:p>
      <w:r>
        <w:br/>
        <w:t>* * *</w:t>
      </w:r>
    </w:p>
    <w:p>
      <w:r>
        <w:br/>
        <w:t>Полями заплакана мати ішла&lt;br /&gt;</w:t>
        <w:br/>
        <w:t>І серце —&lt;br /&gt;</w:t>
        <w:br/>
        <w:t>Загублене серце знайшла:</w:t>
      </w:r>
    </w:p>
    <w:p>
      <w:r>
        <w:br/>
        <w:t>"Ой леле, чиє ж це?!.&lt;br /&gt;</w:t>
        <w:br/>
        <w:t>Ой леле, одно..."</w:t>
      </w:r>
    </w:p>
    <w:p>
      <w:r>
        <w:br/>
        <w:t>І, взяте у руки, озвалось воно:&lt;br /&gt;</w:t>
        <w:br/>
        <w:t>"Зарий мене, мамо, на чорній ріллі!&lt;br /&gt;</w:t>
        <w:br/>
        <w:t>Зарий мене там на печальній землі,—&lt;br /&gt;</w:t>
        <w:br/>
        <w:t>Ось там, де брати, де батьки полягли...&lt;br /&gt;</w:t>
        <w:br/>
        <w:t>Ось там, де ви потом кривавим зійшли,&lt;br /&gt;</w:t>
        <w:br/>
        <w:t>Щоб ваша вогнями взялась маята...&lt;br /&gt;</w:t>
        <w:br/>
        <w:t>Зарий мене, мамо,&lt;br /&gt;</w:t>
        <w:br/>
        <w:t>Зарий мене там...&lt;br /&gt;</w:t>
        <w:br/>
        <w:t>Зарий мене там..."</w:t>
      </w:r>
    </w:p>
    <w:p>
      <w:r>
        <w:br/>
        <w:t>* * *</w:t>
      </w:r>
    </w:p>
    <w:p>
      <w:r>
        <w:br/>
        <w:t>І виросли маки на чорній ріллі.&lt;br /&gt;</w:t>
        <w:br/>
        <w:t>І плачуть над ними вночі журавлі.&lt;br /&gt;</w:t>
        <w:br/>
        <w:t>А вдень, коли маки заквітнуть вогнем,&lt;br /&gt;</w:t>
        <w:br/>
        <w:t>Вітає їх вітер і сонце ясне.&lt;br /&gt;</w:t>
        <w:br/>
        <w:t>Там клекочуть орли, летячи в небокрай.&lt;br /&gt;</w:t>
        <w:br/>
        <w:t>Там пісню м'ятежну&lt;br /&gt;</w:t>
        <w:br/>
        <w:t>Співає ратай.</w:t>
      </w:r>
    </w:p>
    <w:p>
      <w:r>
        <w:br/>
        <w:t>1927</w:t>
      </w:r>
    </w:p>
    <w:p>
      <w:r>
        <w:br/>
        <w:t>СОБАЧИЙ БЕНКЕТ</w:t>
      </w:r>
    </w:p>
    <w:p>
      <w:r>
        <w:br/>
        <w:t>Григорієві Косинці та&lt;br /&gt;</w:t>
        <w:br/>
        <w:t>всім героям-воякам&lt;br /&gt;</w:t>
        <w:br/>
        <w:t>Української Народної Республіки —&lt;br /&gt;</w:t>
        <w:br/>
        <w:t>присвячено.</w:t>
      </w:r>
    </w:p>
    <w:p>
      <w:r>
        <w:br/>
        <w:t>І</w:t>
      </w:r>
    </w:p>
    <w:p>
      <w:r>
        <w:br/>
        <w:t>Мов з висвистом набій, в зеніті рвалось сонце&lt;br /&gt;</w:t>
        <w:br/>
        <w:t>І бризкало вогнем в сколупаний граніт...&lt;br /&gt;</w:t>
        <w:br/>
        <w:t>Серед гарячих плит&lt;br /&gt;</w:t>
        <w:br/>
        <w:t>У командира піт&lt;br /&gt;</w:t>
        <w:br/>
        <w:t>Замерз, як лід, на вилізлому оці.</w:t>
      </w:r>
    </w:p>
    <w:p>
      <w:r>
        <w:br/>
        <w:t>"Вперед!.. Вперед!..— здавалось, невпопад&lt;br /&gt;</w:t>
        <w:br/>
        <w:t>Кричав без голосу: — В п е р е д!"&lt;br /&gt;</w:t>
        <w:br/>
        <w:t>І він кричав не всує:&lt;br /&gt;</w:t>
        <w:br/>
        <w:t>Там кінь метавсь, як змій, без вершника, без збруї,&lt;br /&gt;</w:t>
        <w:br/>
        <w:t>Там кінь&lt;br /&gt;</w:t>
        <w:br/>
        <w:t>На тлі забутих барикад.</w:t>
      </w:r>
    </w:p>
    <w:p>
      <w:r>
        <w:br/>
        <w:t>"Вперед! Вперед!.."&lt;br /&gt;</w:t>
        <w:br/>
        <w:t>Метався кінь і ржав.&lt;br /&gt;</w:t>
        <w:br/>
        <w:t>І бився ляск копит об занімілі мури.&lt;br /&gt;</w:t>
        <w:br/>
        <w:t>І супилися палаци понурі.&lt;br /&gt;</w:t>
        <w:br/>
        <w:t>І тіпався в льохах, у підворотнях жах.</w:t>
      </w:r>
    </w:p>
    <w:p>
      <w:r>
        <w:br/>
        <w:t>Ніде ні пса. Все чисто причаїлось&lt;br /&gt;</w:t>
        <w:br/>
        <w:t>І, завмираючи, чекало на фінал,—&lt;br /&gt;</w:t>
        <w:br/>
        <w:t>Вслухалось, як останній Буцефал —&lt;br /&gt;</w:t>
        <w:br/>
        <w:t>Новітній Буцефал гримів і ржав щосили.</w:t>
      </w:r>
    </w:p>
    <w:p>
      <w:r>
        <w:br/>
        <w:t>Та, гей, зломили міць, зломили "черні" тій,&lt;br /&gt;</w:t>
        <w:br/>
        <w:t>Що, захищаючи окровлені знамена,&lt;br /&gt;</w:t>
        <w:br/>
        <w:t>Устами репаними пристрасно й вогненно&lt;br /&gt;</w:t>
        <w:br/>
        <w:t>Кричала:&lt;br /&gt;</w:t>
        <w:br/>
        <w:t>"ВМРЕМ! УМРЕМ ТУТ, БРАТЕ МІЙ!!."</w:t>
      </w:r>
    </w:p>
    <w:p>
      <w:r>
        <w:br/>
        <w:t>І — вмерли.&lt;br /&gt;</w:t>
        <w:br/>
        <w:t>Здолано.&lt;br /&gt;</w:t>
        <w:br/>
        <w:t>Затихла канонада...&lt;br /&gt;</w:t>
        <w:br/>
        <w:t>Востаннє просвистівши в стелі голубій,&lt;br /&gt;</w:t>
        <w:br/>
        <w:t>Над містом розірвавсь набій! —&lt;br /&gt;</w:t>
        <w:br/>
        <w:t>І гордий кінь&lt;br /&gt;</w:t>
        <w:br/>
        <w:t>упав&lt;br /&gt;</w:t>
        <w:br/>
        <w:t>хребтом на барикаду.</w:t>
      </w:r>
    </w:p>
    <w:p>
      <w:r>
        <w:br/>
        <w:t>Настала тишина, задушлива без міри.&lt;br /&gt;</w:t>
        <w:br/>
        <w:t>Одні втекли точити тесаки.&lt;br /&gt;</w:t>
        <w:br/>
        <w:t>А другі десь шикуються в полки,&lt;br /&gt;</w:t>
        <w:br/>
        <w:t>Щоб із щитом ввійти у місто непокірне.</w:t>
      </w:r>
    </w:p>
    <w:p>
      <w:r>
        <w:br/>
        <w:t>І відхилялись боязко віконниці, як вії,—&lt;br /&gt;</w:t>
        <w:br/>
        <w:t>Зирнути нишком...&lt;br /&gt;</w:t>
        <w:br/>
        <w:t>"Тут — боролось дві стихії".</w:t>
      </w:r>
    </w:p>
    <w:p>
      <w:r>
        <w:br/>
        <w:t>II</w:t>
      </w:r>
    </w:p>
    <w:p>
      <w:r>
        <w:br/>
        <w:t>Над димарями сонце капле синім потом...&lt;br /&gt;</w:t>
        <w:br/>
        <w:t>Над бруком — тиша. Спека. І одчай.&lt;br /&gt;</w:t>
        <w:br/>
        <w:t>І тільки блиск забутого меча&lt;br /&gt;</w:t>
        <w:br/>
        <w:t>Ворушить тишу у вечірній позолоті.&lt;br /&gt;</w:t>
        <w:br/>
        <w:t>Згасає день&lt;br /&gt;</w:t>
        <w:br/>
        <w:t>Від поту...</w:t>
      </w:r>
    </w:p>
    <w:p>
      <w:r>
        <w:br/>
        <w:t>На перехресті вулиць — ні душі, ні звука.&lt;br /&gt;</w:t>
        <w:br/>
        <w:t>Там гордий кінь з роздертим животом&lt;br /&gt;</w:t>
        <w:br/>
        <w:t>Простяг у небо чорне копито,&lt;br /&gt;</w:t>
        <w:br/>
        <w:t>Розбите копито,&lt;br /&gt;</w:t>
        <w:br/>
        <w:t>як мускулясту руку.&lt;br /&gt;</w:t>
        <w:br/>
        <w:t>І тихо так...&lt;br /&gt;</w:t>
        <w:br/>
        <w:t>Аж раптом — пес завив!&lt;br /&gt;</w:t>
        <w:br/>
        <w:t>Підбгавши хвіст, приповз, насмілився завити...&lt;br /&gt;</w:t>
        <w:br/>
        <w:t>І назбігалось їх! туди, де кров розлито —&lt;br /&gt;</w:t>
        <w:br/>
        <w:t>На перехрестя вулиць —&lt;br /&gt;</w:t>
        <w:br/>
        <w:t>безліч псі в!!.</w:t>
      </w:r>
    </w:p>
    <w:p>
      <w:r>
        <w:br/>
        <w:t>О, скільки їх!!. Немов це їх вітчизна.&lt;br /&gt;</w:t>
        <w:br/>
        <w:t>Ще завидна почався дикий бал.—&lt;br /&gt;</w:t>
        <w:br/>
        <w:t>Герой —&lt;br /&gt;</w:t>
        <w:br/>
        <w:t>Урбанізований шакал —&lt;br /&gt;</w:t>
        <w:br/>
        <w:t>Справляє з реготом, справляє з писком тризну.</w:t>
      </w:r>
    </w:p>
    <w:p>
      <w:r>
        <w:br/>
        <w:t>Упала й темрява, а ґвалт на сто рулад&lt;br /&gt;</w:t>
        <w:br/>
        <w:t>Росте... Р о с т е!.. І не покрить його аніяким іржанням.&lt;br /&gt;</w:t>
        <w:br/>
        <w:t>Гей, коню-коню! — лицарю останній&lt;br /&gt;</w:t>
        <w:br/>
        <w:t>З розбитих барикад!</w:t>
      </w:r>
    </w:p>
    <w:p>
      <w:r>
        <w:br/>
        <w:t>Хриплять. Гризуть. Утробу й маслаки&lt;br /&gt;</w:t>
        <w:br/>
        <w:t>Деруть, мов переможці у бою хоробрім.&lt;br /&gt;</w:t>
        <w:br/>
        <w:t>Співають гімн бучний...Той гімн сяга під обрій&lt;br /&gt;</w:t>
        <w:br/>
        <w:t>І сяють морди, мов скривавлені стяжки.&lt;br /&gt;</w:t>
        <w:br/>
        <w:t>Скривавлені такі...</w:t>
      </w:r>
    </w:p>
    <w:p>
      <w:r>
        <w:br/>
        <w:t>Вищить...&lt;br /&gt;</w:t>
        <w:br/>
        <w:t>Р о с т е...&lt;br /&gt;</w:t>
        <w:br/>
        <w:t>Шумить собачий пир!&lt;br /&gt;</w:t>
        <w:br/>
        <w:t>Даремно хоче встать, не дати на поталу&lt;br /&gt;</w:t>
        <w:br/>
        <w:t>Коня любимого — нащадка Буцефала —&lt;br /&gt;</w:t>
        <w:br/>
        <w:t>Не дать!&lt;br /&gt;</w:t>
        <w:br/>
        <w:t>Не дать на цей собачий пир!!!</w:t>
      </w:r>
    </w:p>
    <w:p>
      <w:r>
        <w:br/>
        <w:t>Й не може встати&lt;br /&gt;</w:t>
        <w:br/>
        <w:t>мертвий&lt;br /&gt;</w:t>
        <w:br/>
        <w:t>командир.</w:t>
      </w:r>
    </w:p>
    <w:p>
      <w:r>
        <w:br/>
        <w:t>Київ, 1928</w:t>
      </w:r>
    </w:p>
    <w:p>
      <w:r>
        <w:br/>
        <w:t>МАТЕРІ</w:t>
      </w:r>
    </w:p>
    <w:p>
      <w:r>
        <w:br/>
        <w:t>На сонце сідають ґави...&lt;br /&gt;</w:t>
        <w:br/>
        <w:t>Вмирає вогонь золотий.</w:t>
      </w:r>
    </w:p>
    <w:p>
      <w:r>
        <w:br/>
        <w:t>Знов про те мені вечір кривавий...&lt;br /&gt;</w:t>
        <w:br/>
        <w:t>Знов про те&lt;br /&gt;</w:t>
        <w:br/>
        <w:t>на мечі і щиті:</w:t>
      </w:r>
    </w:p>
    <w:p>
      <w:r>
        <w:br/>
        <w:t>Бліда усмішка... Синь, як розлука...&lt;br /&gt;</w:t>
        <w:br/>
        <w:t>Зморшка брів&lt;br /&gt;</w:t>
        <w:br/>
        <w:t>і плече навкося...&lt;br /&gt;</w:t>
        <w:br/>
        <w:t>У мозолясту ніжну руку&lt;br /&gt;</w:t>
        <w:br/>
        <w:t>Хтось натруджене серце узяв.</w:t>
      </w:r>
    </w:p>
    <w:p>
      <w:r>
        <w:br/>
        <w:t>Тишина... Тишина... Да-а-леко!&lt;br /&gt;</w:t>
        <w:br/>
        <w:t>Як далеко, маленька моя!&lt;br /&gt;</w:t>
        <w:br/>
        <w:t>До чола,&lt;br /&gt;</w:t>
        <w:br/>
        <w:t>до серця,&lt;br /&gt;</w:t>
        <w:br/>
        <w:t>на всесвіт —&lt;br /&gt;</w:t>
        <w:br/>
        <w:t>Ці мозолі —&lt;br /&gt;</w:t>
        <w:br/>
        <w:t>тільки б я!..</w:t>
      </w:r>
    </w:p>
    <w:p>
      <w:r>
        <w:br/>
        <w:t>Ти устань на зорі без слова,&lt;br /&gt;</w:t>
        <w:br/>
        <w:t>Повернися лицем на схід,—</w:t>
      </w:r>
    </w:p>
    <w:p>
      <w:r>
        <w:br/>
        <w:t>Промінь тихий такий, пурпуровий&lt;br /&gt;</w:t>
        <w:br/>
        <w:t>На уста упаде сухі.</w:t>
      </w:r>
    </w:p>
    <w:p>
      <w:r>
        <w:br/>
        <w:t>Упаде на уста молитва,&lt;br /&gt;</w:t>
        <w:br/>
        <w:t>Упаде на уста "прощай"...&lt;br /&gt;</w:t>
        <w:br/>
        <w:t>Моя тиха, старенька, оджита,—&lt;br /&gt;</w:t>
        <w:br/>
        <w:t>Ти дивися&lt;br /&gt;</w:t>
        <w:br/>
        <w:t>і знай,</w:t>
      </w:r>
    </w:p>
    <w:p>
      <w:r>
        <w:br/>
        <w:t>Ти дивися і знай:&lt;br /&gt;</w:t>
        <w:br/>
        <w:t>да-а-леко&lt;br /&gt;</w:t>
        <w:br/>
        <w:t>На зорі стоїть син один,&lt;br /&gt;</w:t>
        <w:br/>
        <w:t>Зустрічаючи сонце і клекіт,&lt;br /&gt;</w:t>
        <w:br/>
        <w:t>Те "прощай" посилає в і н.</w:t>
      </w:r>
    </w:p>
    <w:p>
      <w:r>
        <w:br/>
        <w:t>Одболять мозолі і рани,&lt;br /&gt;</w:t>
        <w:br/>
        <w:t>Поростуть чебрецем в гаях...&lt;br /&gt;</w:t>
        <w:br/>
        <w:t>Хай згорає ж пелюстка остання.&lt;br /&gt;</w:t>
        <w:br/>
        <w:t>Перед сонцем нового світання&lt;br /&gt;</w:t>
        <w:br/>
        <w:t>Не потрібні ні "ох", ні "ах".</w:t>
      </w:r>
    </w:p>
    <w:p>
      <w:r>
        <w:br/>
        <w:t>Одкричали над сонцем ґави.&lt;br /&gt;</w:t>
        <w:br/>
        <w:t>Облетіли листки золоті...&lt;br /&gt;</w:t>
        <w:br/>
        <w:t>Про вогонь мені ранок яскравий&lt;br /&gt;</w:t>
        <w:br/>
        <w:t>Написав&lt;br /&gt;</w:t>
        <w:br/>
        <w:t>на мечі і щиті.</w:t>
      </w:r>
    </w:p>
    <w:p>
      <w:r>
        <w:br/>
        <w:t>Владивосток, 1933</w:t>
      </w:r>
    </w:p>
    <w:p>
      <w:r>
        <w:br/>
        <w:t>РІДНА МОВА</w:t>
      </w:r>
    </w:p>
    <w:p>
      <w:r>
        <w:br/>
        <w:t>Мово рідна!&lt;br /&gt;</w:t>
        <w:br/>
        <w:t>Колискова&lt;br /&gt;</w:t>
        <w:br/>
        <w:t>Материнська ніжна мово!&lt;br /&gt;</w:t>
        <w:br/>
        <w:t>Мово сили й простоти,—&lt;br /&gt;</w:t>
        <w:br/>
        <w:t>Гей, яка ж прекрасна Ти!</w:t>
      </w:r>
    </w:p>
    <w:p>
      <w:r>
        <w:br/>
        <w:t>Перше слово — крик любови,&lt;br /&gt;</w:t>
        <w:br/>
        <w:t>Сміх і радість немовляти —&lt;br /&gt;</w:t>
        <w:br/>
        <w:t>Неповторне слово "М а т и"&lt;br /&gt;</w:t>
        <w:br/>
        <w:t>Про життя найперше слово...</w:t>
      </w:r>
    </w:p>
    <w:p>
      <w:r>
        <w:br/>
        <w:t>Друге слово — гімн величний,&lt;br /&gt;</w:t>
        <w:br/>
        <w:t>Грім звитяг і клекіт орлій,—&lt;br /&gt;</w:t>
        <w:br/>
        <w:t>Звук "Вітчизни" неповторний&lt;br /&gt;</w:t>
        <w:br/>
        <w:t>І простий, і предковічний...</w:t>
      </w:r>
    </w:p>
    <w:p>
      <w:r>
        <w:br/>
        <w:t>Ну, а третє слово — "М и л а" —&lt;br /&gt;</w:t>
        <w:br/>
        <w:t>Буря крови, пісня рвійна&lt;br /&gt;</w:t>
        <w:br/>
        <w:t>І така, як пах любистку,&lt;br /&gt;</w:t>
        <w:br/>
        <w:t>І така, як мрійка мрійна...</w:t>
      </w:r>
    </w:p>
    <w:p>
      <w:r>
        <w:br/>
        <w:t>Перейшов усі світи я,&lt;br /&gt;</w:t>
        <w:br/>
        <w:t>Є прекрасних мов багато,&lt;br /&gt;</w:t>
        <w:br/>
        <w:t>Але першою, як Мати,&lt;br /&gt;</w:t>
        <w:br/>
        <w:t>Серед мов одна лиш ти є.</w:t>
      </w:r>
    </w:p>
    <w:p>
      <w:r>
        <w:br/>
        <w:t>Ти велична і проста.&lt;br /&gt;</w:t>
        <w:br/>
        <w:t>Ти стара і вічно нова.&lt;br /&gt;</w:t>
        <w:br/>
        <w:t>Ти могутня, рідна мово!&lt;br /&gt;</w:t>
        <w:br/>
        <w:t>Мово — пісня колискова.&lt;br /&gt;</w:t>
        <w:br/>
        <w:t>Мова —&lt;br /&gt;</w:t>
        <w:br/>
        <w:t>матері уста.</w:t>
      </w:r>
    </w:p>
    <w:p>
      <w:r>
        <w:br/>
        <w:t>Хабаровськ, 1937</w:t>
      </w:r>
    </w:p>
    <w:p>
      <w:r>
        <w:br/>
        <w:t>З "МИСЛИВСЬКОЇ СОНАТИ"</w:t>
      </w:r>
    </w:p>
    <w:p>
      <w:r>
        <w:br/>
        <w:t>І</w:t>
      </w:r>
    </w:p>
    <w:p>
      <w:r>
        <w:br/>
        <w:t>Як в гонг вечірній виб'є лунко зорю&lt;br /&gt;</w:t>
        <w:br/>
        <w:t>Співливий молоток веселих мулярів,&lt;br /&gt;</w:t>
        <w:br/>
        <w:t>Як сонце стане за сильветою борів,&lt;br /&gt;</w:t>
        <w:br/>
        <w:t>Хмаринку ваблячи пливти десь в синє море,&lt;br /&gt;</w:t>
        <w:br/>
        <w:t>І гаснутиме день,&lt;br /&gt;</w:t>
        <w:br/>
        <w:t>тоді — до всіх глухий,</w:t>
      </w:r>
    </w:p>
    <w:p>
      <w:r>
        <w:br/>
        <w:t>Опроставши опорки від трухи,&lt;br /&gt;</w:t>
        <w:br/>
        <w:t>В рудому фартусі приходить він — товариш&lt;br /&gt;</w:t>
        <w:br/>
        <w:t>Моєї юності, дитячих свідок літ,—&lt;br /&gt;</w:t>
        <w:br/>
        <w:t>І рукавом рясний обтерши піт&lt;br /&gt;</w:t>
        <w:br/>
        <w:t>З чола завапненого, радісно ушкварить&lt;br /&gt;</w:t>
        <w:br/>
        <w:t>Кашкетом об мій "труд" і скаже: "О с ь!"</w:t>
      </w:r>
    </w:p>
    <w:p>
      <w:r>
        <w:br/>
        <w:t>І навздогін за сонцем подамось.</w:t>
      </w:r>
    </w:p>
    <w:p>
      <w:r>
        <w:br/>
        <w:t>II</w:t>
      </w:r>
    </w:p>
    <w:p>
      <w:r>
        <w:br/>
        <w:t>Над бором сизим, над стрільчатим бором&lt;br /&gt;</w:t>
        <w:br/>
        <w:t>Втікає сонце і хмаринка теж.&lt;br /&gt;</w:t>
        <w:br/>
        <w:t>А ти зоставсь і вже не доженеш,—&lt;br /&gt;</w:t>
        <w:br/>
        <w:t>Бредеш озерами... Житами... гейби морем.</w:t>
      </w:r>
    </w:p>
    <w:p>
      <w:r>
        <w:br/>
        <w:t>І станеш десь на 'дній нозі, мов птах,&lt;br /&gt;</w:t>
        <w:br/>
        <w:t>І занімієш, стежачи в чеканні...&lt;br /&gt;</w:t>
        <w:br/>
        <w:t>Кого й чого?&lt;br /&gt;</w:t>
        <w:br/>
        <w:t>Чи ластівок останніх?&lt;br /&gt;</w:t>
        <w:br/>
        <w:t>Чи птиць нічних сильвети на смерканні?..&lt;br /&gt;</w:t>
        <w:br/>
        <w:t>Й забудеш, хто ти й що в твоїх руках.</w:t>
      </w:r>
    </w:p>
    <w:p>
      <w:r>
        <w:br/>
        <w:t>І так стоятимеш до пізньої пори,&lt;br /&gt;</w:t>
        <w:br/>
        <w:t>Мов зачарований, з очима догори.</w:t>
      </w:r>
    </w:p>
    <w:p>
      <w:r>
        <w:br/>
        <w:t>Аж поки ніч глибока не спаде.&lt;br /&gt;</w:t>
        <w:br/>
        <w:t>Аж поки, щоб тебе випроводжати,&lt;br /&gt;</w:t>
        <w:br/>
        <w:t>Не вийде місяць й зорь не приведе:&lt;br /&gt;</w:t>
        <w:br/>
        <w:t>Усі пройшли — і ластівки крилаті,&lt;br /&gt;</w:t>
        <w:br/>
        <w:t>Жуки і кроншнепи...&lt;br /&gt;</w:t>
        <w:br/>
        <w:t>й тобі пора рушати.</w:t>
      </w:r>
    </w:p>
    <w:p>
      <w:r>
        <w:br/>
        <w:t>Прибитий пил шляхів.&lt;br /&gt;</w:t>
        <w:br/>
        <w:t>Млинів німі пікети.&lt;br /&gt;</w:t>
        <w:br/>
        <w:t>Дівочий сміх над хутором і поцілунків клич.&lt;br /&gt;</w:t>
        <w:br/>
        <w:t>І нагло з радості ти вистрілиш у ніч,&lt;br /&gt;</w:t>
        <w:br/>
        <w:t>Пускаючи до зір набій, немов ракету.</w:t>
      </w:r>
    </w:p>
    <w:p>
      <w:r>
        <w:br/>
        <w:t>1931</w:t>
      </w:r>
    </w:p>
    <w:p>
      <w:r>
        <w:br/>
        <w:t>ТІНЬ</w:t>
      </w:r>
    </w:p>
    <w:p>
      <w:r>
        <w:br/>
        <w:t>Над Кодаком&lt;br /&gt;</w:t>
        <w:br/>
        <w:t>нависла ніч в задумі,&lt;br /&gt;</w:t>
        <w:br/>
        <w:t>І в клекоті води розбився срібний диск...&lt;br /&gt;</w:t>
        <w:br/>
        <w:t>То ґвалт?.. Чи крик?..&lt;br /&gt;</w:t>
        <w:br/>
        <w:t>То лиш повстання шуми.&lt;br /&gt;</w:t>
        <w:br/>
        <w:t>А на горі — перетинає луни —&lt;br /&gt;</w:t>
        <w:br/>
        <w:t>Маячить сірий палець-обеліск.</w:t>
      </w:r>
    </w:p>
    <w:p>
      <w:r>
        <w:br/>
        <w:t>Написано&lt;br /&gt;</w:t>
        <w:br/>
        <w:t>на давньому граніті,&lt;br /&gt;</w:t>
        <w:br/>
        <w:t>Написано... Лиш дата і слова.&lt;br /&gt;</w:t>
        <w:br/>
        <w:t>А серце так щемить щеням побитим —&lt;br /&gt;</w:t>
        <w:br/>
        <w:t>Чаїний крик йому — маленькі діти,&lt;br /&gt;</w:t>
        <w:br/>
        <w:t>А череп місяця — безм'яза голова.</w:t>
      </w:r>
    </w:p>
    <w:p>
      <w:r>
        <w:br/>
        <w:t>Одрубані, одсічені долоні,&lt;br /&gt;</w:t>
        <w:br/>
        <w:t>Бліді такі — сюди... сюди...—&lt;br /&gt;</w:t>
        <w:br/>
        <w:t>Пливуть і крутяться в шаленім перегоні...&lt;br /&gt;</w:t>
        <w:br/>
        <w:t>Династія расєйських фараонів&lt;br /&gt;</w:t>
        <w:br/>
        <w:t>Вельможним пальцем шикає на заколот води.</w:t>
      </w:r>
    </w:p>
    <w:p>
      <w:r>
        <w:br/>
        <w:t>Слова нікчемні! О слова руді, мідяні! —&lt;br /&gt;</w:t>
        <w:br/>
        <w:t>Оджили ви, у чому ж сила та,&lt;br /&gt;</w:t>
        <w:br/>
        <w:t>Що очі виїда і ятрить давні рани?!&lt;br /&gt;</w:t>
        <w:br/>
        <w:t>Сіренький обеліск такий поганий.&lt;br /&gt;</w:t>
        <w:br/>
        <w:t>І — серце виверта!</w:t>
      </w:r>
    </w:p>
    <w:p>
      <w:r>
        <w:br/>
        <w:t>Вінець мого терплячого народу!&lt;br /&gt;</w:t>
        <w:br/>
        <w:t>Когось отут висвячувано в "чин",&lt;br /&gt;</w:t>
        <w:br/>
        <w:t>По "чину" ж — причепили нагороду&lt;br /&gt;</w:t>
        <w:br/>
        <w:t>Гранітову&lt;br /&gt;</w:t>
        <w:br/>
        <w:t>на кряж.&lt;br /&gt;</w:t>
        <w:br/>
        <w:t>Насподі ж&lt;br /&gt;</w:t>
        <w:br/>
        <w:t>Поховано...&lt;br /&gt;</w:t>
        <w:br/>
        <w:t>Насподі не мечі.&lt;br /&gt;</w:t>
        <w:br/>
        <w:t>Не жаль мечів,— поховано століття!&lt;br /&gt;</w:t>
        <w:br/>
        <w:t>Століття канули —&lt;br /&gt;</w:t>
        <w:br/>
        <w:t>лишилися "хахли"!..&lt;br /&gt;</w:t>
        <w:br/>
        <w:t>Одні дурні ростили іншим діти —&lt;br /&gt;</w:t>
        <w:br/>
        <w:t>Прожили вік і — наче не були;</w:t>
      </w:r>
    </w:p>
    <w:p>
      <w:r>
        <w:br/>
        <w:t>Другі — за батька чина заробили&lt;br /&gt;</w:t>
        <w:br/>
        <w:t>В підлизах десь. Яка краса!!.&lt;br /&gt;</w:t>
        <w:br/>
        <w:t>Хай гнулися. Хай витерпіли силу.&lt;br /&gt;</w:t>
        <w:br/>
        <w:t>Зате ж, зате на всесвіт прогриміла&lt;br /&gt;</w:t>
        <w:br/>
        <w:t>"Малорасєйська ковбаса"!</w:t>
      </w:r>
    </w:p>
    <w:p>
      <w:r>
        <w:br/>
        <w:t>Ридає вал і піниться під кряжем.&lt;br /&gt;</w:t>
        <w:br/>
        <w:t>Яка пустеля! Ніч мовчить.&lt;br /&gt;</w:t>
        <w:br/>
        <w:t>Лиш десь... То розпачі?&lt;br /&gt;</w:t>
        <w:br/>
        <w:t>Чи то далекі мажі?&lt;br /&gt;</w:t>
        <w:br/>
        <w:t>Чи хтось силкується-силкується й не скаже?!&lt;br /&gt;</w:t>
        <w:br/>
        <w:t>Чи Ярославна&lt;br /&gt;</w:t>
        <w:br/>
        <w:t>плаче на мечі?!.&lt;br /&gt;</w:t>
        <w:br/>
        <w:t>Пройшли віки — такі віки булані...&lt;br /&gt;</w:t>
        <w:br/>
        <w:t>Обкрадені, запльовані, німі,&lt;br /&gt;</w:t>
        <w:br/>
        <w:t>Все мовчимо (лиш зойк чайок порану!) —&lt;br /&gt;</w:t>
        <w:br/>
        <w:t>Такі покірні, чемні і — самі.&lt;br /&gt;</w:t>
        <w:br/>
        <w:t>А по містах — тріщать мечі картонні.&lt;br /&gt;</w:t>
        <w:br/>
        <w:t>Який хаос!.. Хто свій? І хто чужий? —&lt;br /&gt;</w:t>
        <w:br/>
        <w:t>І всі б вести, вести "в незнані гони"...&lt;br /&gt;</w:t>
        <w:br/>
        <w:t>Чому ж мовчиш?&lt;br /&gt;</w:t>
        <w:br/>
        <w:t>Чому і досі стогнеш?!&lt;br /&gt;</w:t>
        <w:br/>
        <w:t>За ким підеш?! — Кажи.</w:t>
      </w:r>
    </w:p>
    <w:p>
      <w:r>
        <w:br/>
        <w:t>Чи, може, то — лиш забавка дитяча,&lt;br /&gt;</w:t>
        <w:br/>
        <w:t>А ти, понурий, як стихійний вал,&lt;br /&gt;</w:t>
        <w:br/>
        <w:t>Пройдеш,&lt;br /&gt;</w:t>
        <w:br/>
        <w:t>не глянеш,&lt;br /&gt;</w:t>
        <w:br/>
        <w:t>не про тебе наче,—&lt;br /&gt;</w:t>
        <w:br/>
        <w:t>І лише плюнеш щиро, замість здачі,&lt;br /&gt;</w:t>
        <w:br/>
        <w:t>В папірний карнавал.</w:t>
      </w:r>
    </w:p>
    <w:p>
      <w:r>
        <w:br/>
        <w:t>Над обрієм&lt;br /&gt;</w:t>
        <w:br/>
        <w:t>десь миготять зірниці&lt;br /&gt;</w:t>
        <w:br/>
        <w:t>І крапає роса на залізняк...&lt;br /&gt;</w:t>
        <w:br/>
        <w:t>Ой, наді мною птиці!&lt;br /&gt;</w:t>
        <w:br/>
        <w:t>Грізні птиці! —&lt;br /&gt;</w:t>
        <w:br/>
        <w:t>Широким помахом в захмарену дзвіницю&lt;br /&gt;</w:t>
        <w:br/>
        <w:t>Б'ють!!.&lt;br /&gt;</w:t>
        <w:br/>
        <w:t>і на обрії не здіймуться ніяк.&lt;br /&gt;</w:t>
        <w:br/>
        <w:t>На чорнім обрії&lt;br /&gt;</w:t>
        <w:br/>
        <w:t>не здіймуться ніяк...</w:t>
      </w:r>
    </w:p>
    <w:p>
      <w:r>
        <w:br/>
        <w:t>О Україно! Краю мій химерний!&lt;br /&gt;</w:t>
        <w:br/>
        <w:t>Країно крови, злиднів і пісень!&lt;br /&gt;</w:t>
        <w:br/>
        <w:t>Яка ти будеш, як свої нові знамена&lt;br /&gt;</w:t>
        <w:br/>
        <w:t>До краю донесеш? В який-то день?..</w:t>
      </w:r>
    </w:p>
    <w:p>
      <w:r>
        <w:br/>
        <w:t>Що слава тут, твоє минуле всяке —&lt;br /&gt;</w:t>
        <w:br/>
        <w:t>І Переяслав,&lt;br /&gt;</w:t>
        <w:br/>
        <w:t>Жовті Води&lt;br /&gt;</w:t>
        <w:br/>
        <w:t>й Чигирин? —&lt;br /&gt;</w:t>
        <w:br/>
        <w:t>Сторінки слави чи позорищ — все однако&lt;br /&gt;</w:t>
        <w:br/>
        <w:t>Сьогодні всі судили на загин.</w:t>
      </w:r>
    </w:p>
    <w:p>
      <w:r>
        <w:br/>
        <w:t>Судили всі...&lt;br /&gt;</w:t>
        <w:br/>
        <w:t>Гей, хутори злиденні!&lt;br /&gt;</w:t>
        <w:br/>
        <w:t>Понурий степе, латаний, рудий! —&lt;br /&gt;</w:t>
        <w:br/>
        <w:t>В пилу твої потріпані імена&lt;br /&gt;</w:t>
        <w:br/>
        <w:t>І слава, мов опале листя клена,&lt;br /&gt;</w:t>
        <w:br/>
        <w:t>У м'ятежі води...</w:t>
      </w:r>
    </w:p>
    <w:p>
      <w:r>
        <w:br/>
        <w:t>Дарма, дарма,— десь буде нова слава,&lt;br /&gt;</w:t>
        <w:br/>
        <w:t>І прогримиш на всесвіт! Вірю я.</w:t>
      </w:r>
    </w:p>
    <w:p>
      <w:r>
        <w:br/>
        <w:t>І їсть Тебе,&lt;br /&gt;</w:t>
        <w:br/>
        <w:t>і їсть Тебе оця іржа кривава,&lt;br /&gt;</w:t>
        <w:br/>
        <w:t>І сходить потом молодість Твоя.</w:t>
      </w:r>
    </w:p>
    <w:p>
      <w:r>
        <w:br/>
        <w:t>Дарма, дарма!..&lt;br /&gt;</w:t>
        <w:br/>
        <w:t>Таж вдарить грім шалений!&lt;br /&gt;</w:t>
        <w:br/>
        <w:t>І змиє злива цю іржу і піт.&lt;br /&gt;</w:t>
        <w:br/>
        <w:t>Під сонцем загудуть Твої знамена!&lt;br /&gt;</w:t>
        <w:br/>
        <w:t>І пройдуть легіони ще за мене&lt;br /&gt;</w:t>
        <w:br/>
        <w:t>На південь,&lt;br /&gt;</w:t>
        <w:br/>
        <w:t>північ,&lt;br /&gt;</w:t>
        <w:br/>
        <w:t>захід і на схід.</w:t>
      </w:r>
    </w:p>
    <w:p>
      <w:r>
        <w:br/>
        <w:t>Тим часом...&lt;br /&gt;</w:t>
        <w:br/>
        <w:t>Десь гризуть зумбела коні.&lt;br /&gt;</w:t>
        <w:br/>
        <w:t>Ридає вал під кряжем. Ніч мовчить.&lt;br /&gt;</w:t>
        <w:br/>
        <w:t>Мертвецьки сплять — чи причаїлись сонні&lt;br /&gt;</w:t>
        <w:br/>
        <w:t>І слухають,&lt;br /&gt;</w:t>
        <w:br/>
        <w:t>і слухають невидні легіони,&lt;br /&gt;</w:t>
        <w:br/>
        <w:t>Як Ярославна плаче на мечі.</w:t>
      </w:r>
    </w:p>
    <w:p>
      <w:r>
        <w:br/>
        <w:t>1927</w:t>
      </w:r>
    </w:p>
    <w:p>
      <w:r>
        <w:br/>
        <w:t>ЗОЛОТИЙ БУМЕРАНГ&lt;br /&gt;</w:t>
        <w:br/>
        <w:t>І&lt;br /&gt;</w:t>
        <w:br/>
        <w:t>В орбіті сонця Альма Матер&lt;br /&gt;</w:t>
        <w:br/>
        <w:t>Маршрутом зоряних фрегатів&lt;br /&gt;</w:t>
        <w:br/>
        <w:t>В етері з гуготом летить&lt;br /&gt;</w:t>
        <w:br/>
        <w:t>Крізь цілий ряд тисячоліть…&lt;br /&gt;</w:t>
        <w:br/>
        <w:t>Ані на мить,&lt;br /&gt;</w:t>
        <w:br/>
        <w:t>Ані на цаль&lt;br /&gt;</w:t>
        <w:br/>
        <w:t>Не схибивши, невтомно ходить —&lt;br /&gt;</w:t>
        <w:br/>
        <w:t>Космічний еліпсис виводить&lt;br /&gt;</w:t>
        <w:br/>
        <w:t>І разом з сонцем гне в безодні&lt;br /&gt;</w:t>
        <w:br/>
        <w:t>Непередбачену спіраль.&lt;br /&gt;</w:t>
        <w:br/>
        <w:t>З яких же воль? Якого бога?&lt;br /&gt;</w:t>
        <w:br/>
        <w:t>І з примхи дьявола якого?&lt;br /&gt;</w:t>
        <w:br/>
        <w:t>Куди й по що — без мап,&lt;br /&gt;</w:t>
        <w:br/>
        <w:t>без дат&lt;br /&gt;</w:t>
        <w:br/>
        <w:t>Параболить, летить фрегат,&lt;br /&gt;</w:t>
        <w:br/>
        <w:t>Параболить&lt;br /&gt;</w:t>
        <w:br/>
        <w:t>серед нічого?&lt;br /&gt;</w:t>
        <w:br/>
        <w:t>Куди?&lt;br /&gt;</w:t>
        <w:br/>
        <w:t>Звідкіль цей корабель —&lt;br /&gt;</w:t>
        <w:br/>
        <w:t>Мара безоднь, мара пустель?!.&lt;br /&gt;</w:t>
        <w:br/>
        <w:t>Від нефіксованої дати,&lt;br /&gt;</w:t>
        <w:br/>
        <w:t>Через мільйони літ і ер,&lt;br /&gt;</w:t>
        <w:br/>
        <w:t>Аж дотепер і відтепер&lt;br /&gt;</w:t>
        <w:br/>
        <w:t>Жене в етері Альма Матер, —&lt;br /&gt;</w:t>
        <w:br/>
        <w:t>Стримить! Жене із сонцем вдвох&lt;br /&gt;</w:t>
        <w:br/>
        <w:t>Космічним, божевільним гоном,&lt;br /&gt;</w:t>
        <w:br/>
        <w:t>За беззаконням чи законом,&lt;br /&gt;</w:t>
        <w:br/>
        <w:t>Шляхом космічних катастроф;&lt;br /&gt;</w:t>
        <w:br/>
        <w:t>В ніщо, у безвість, у ніде —&lt;br /&gt;</w:t>
        <w:br/>
        <w:t>Параболить,&lt;br /&gt;</w:t>
        <w:br/>
        <w:t>поки впаде.&lt;br /&gt;</w:t>
        <w:br/>
        <w:t>Параболить поза законом.&lt;br /&gt;</w:t>
        <w:br/>
        <w:t>Але де падати й куди?&lt;br /&gt;</w:t>
        <w:br/>
        <w:t>Нема понять "сюди" й "туди",&lt;br /&gt;</w:t>
        <w:br/>
        <w:t>Нема сторін, ні дна, ні д’горі, —&lt;br /&gt;</w:t>
        <w:br/>
        <w:t>Порожнява фантасмагорій,&lt;br /&gt;</w:t>
        <w:br/>
        <w:t>Порожнява нудна, страшна,&lt;br /&gt;</w:t>
        <w:br/>
        <w:t>Порожнява без меж, без дна,&lt;br /&gt;</w:t>
        <w:br/>
        <w:t>А в ній, в ній крах —&lt;br /&gt;</w:t>
        <w:br/>
        <w:t>лиш зустріч двох, —&lt;br /&gt;</w:t>
        <w:br/>
        <w:t>Фінал космічних катастроф.&lt;br /&gt;</w:t>
        <w:br/>
        <w:t>І гонить, гонить в безвість чвалом,&lt;br /&gt;</w:t>
        <w:br/>
        <w:t>У невідоме, на поталу,&lt;br /&gt;</w:t>
        <w:br/>
        <w:t>В ніщо, у ніч закований,&lt;br /&gt;</w:t>
        <w:br/>
        <w:t>Параболить рокований.&lt;br /&gt;</w:t>
        <w:br/>
        <w:t>Параболить к цьому фіналу&lt;br /&gt;</w:t>
        <w:br/>
        <w:t>Життям вантажен корабель —&lt;br /&gt;</w:t>
        <w:br/>
        <w:t>Мара безоднь,&lt;br /&gt;</w:t>
        <w:br/>
        <w:t>Мара пустель.&lt;br /&gt;</w:t>
        <w:br/>
        <w:t>Від нефіксованої дати&lt;br /&gt;</w:t>
        <w:br/>
        <w:t>Так вічність падає, летить,&lt;br /&gt;</w:t>
        <w:br/>
        <w:t>Через пустелі миготить&lt;br /&gt;</w:t>
        <w:br/>
        <w:t>В орбіті сонця Альма Матер.&lt;br /&gt;</w:t>
        <w:br/>
        <w:t>Вже й сонце, падати й світить&lt;br /&gt;</w:t>
        <w:br/>
        <w:t>Стомившись, стало погасати —&lt;br /&gt;</w:t>
        <w:br/>
        <w:t>В орбіті сонця Альма Матер…&lt;br /&gt;</w:t>
        <w:br/>
        <w:t>ІІ&lt;br /&gt;</w:t>
        <w:br/>
        <w:t>Холодні глетчери і шпилі,&lt;br /&gt;</w:t>
        <w:br/>
        <w:t>Материків хребти в тумані,&lt;br /&gt;</w:t>
        <w:br/>
        <w:t>Ясні свічада океанів,&lt;br /&gt;</w:t>
        <w:br/>
        <w:t>Плаци великі і малі —&lt;br /&gt;</w:t>
        <w:br/>
        <w:t>Пливуть по круглій оболонці&lt;br /&gt;</w:t>
        <w:br/>
        <w:t>І повертаються під сонцем…&lt;br /&gt;</w:t>
        <w:br/>
        <w:t>І повертаються в імлі&lt;br /&gt;</w:t>
        <w:br/>
        <w:t>Рухливі контури землі.&lt;br /&gt;</w:t>
        <w:br/>
        <w:t>ІІІ&lt;br /&gt;</w:t>
        <w:br/>
        <w:t>Так перед учнем на столі —&lt;br /&gt;</w:t>
        <w:br/>
        <w:t>Десь на Землі — її подоба,&lt;br /&gt;</w:t>
        <w:br/>
        <w:t>Продукт людського мозку, глобус —&lt;br /&gt;</w:t>
        <w:br/>
        <w:t>Портретик капосний Землі —&lt;br /&gt;</w:t>
        <w:br/>
        <w:t>Перед ясним дитячим оком&lt;br /&gt;</w:t>
        <w:br/>
        <w:t>Стає то тим, то іншим боком&lt;br /&gt;</w:t>
        <w:br/>
        <w:t>Пливе…&lt;br /&gt;</w:t>
        <w:br/>
        <w:t>Ах лихо! Чи ж пливе?&lt;br /&gt;</w:t>
        <w:br/>
        <w:t>Чи так?&lt;br /&gt;</w:t>
        <w:br/>
        <w:t>Зовсім не так, сливе .&lt;br /&gt;</w:t>
        <w:br/>
        <w:t>Невдалий твір митця-невдахи&lt;br /&gt;</w:t>
        <w:br/>
        <w:t>Напів з паперу, напів з бляхи,&lt;br /&gt;</w:t>
        <w:br/>
        <w:t>Підмазаний, щоб не рипів,&lt;br /&gt;</w:t>
        <w:br/>
        <w:t>Рипить в коростяві струпів, —&lt;br /&gt;</w:t>
        <w:br/>
        <w:t>В тенетах різних ахіней,&lt;br /&gt;</w:t>
        <w:br/>
        <w:t>В пітканні мотузів і шлей.&lt;br /&gt;</w:t>
        <w:br/>
        <w:t>Географічних смуг і ліній, —&lt;br /&gt;</w:t>
        <w:br/>
        <w:t>Як дохла вобла в ятерині&lt;br /&gt;</w:t>
        <w:br/>
        <w:t>З прогоничем у животі,&lt;br /&gt;</w:t>
        <w:br/>
        <w:t>Рахуби завдає отій&lt;br /&gt;</w:t>
        <w:br/>
        <w:t>Малій допитливій дитині.&lt;br /&gt;</w:t>
        <w:br/>
        <w:t>Лиш марно хмарить тихий зір&lt;br /&gt;</w:t>
        <w:br/>
        <w:t>Грайливих радісних озір —&lt;br /&gt;</w:t>
        <w:br/>
        <w:t>Очей дитячих синіх-синіх,&lt;br /&gt;</w:t>
        <w:br/>
        <w:t>Єдиних тут живих озір.&lt;br /&gt;</w:t>
        <w:br/>
        <w:t>По копії нулі, нулі…&lt;br /&gt;</w:t>
        <w:br/>
        <w:t>Ах, любий мрійнику з Землі!&lt;br /&gt;</w:t>
        <w:br/>
        <w:t>Покинь цю бульбу на столі!&lt;br /&gt;</w:t>
        <w:br/>
        <w:t>Облиш цю копію Землі.&lt;br /&gt;</w:t>
        <w:br/>
        <w:t>IV&lt;br /&gt;</w:t>
        <w:br/>
        <w:t>Через етер, через віки,&lt;br /&gt;</w:t>
        <w:br/>
        <w:t>Без втулки, осі і чоки ,&lt;br /&gt;</w:t>
        <w:br/>
        <w:t>Без компаса і без стерна… —&lt;br /&gt;</w:t>
        <w:br/>
        <w:t>Оце-о Мати! Це вона!&lt;br /&gt;</w:t>
        <w:br/>
        <w:t>Жене безоднями в імлі,&lt;br /&gt;</w:t>
        <w:br/>
        <w:t>Мерехкотить на чорнім тлі.&lt;br /&gt;</w:t>
        <w:br/>
        <w:t>Яснять свічада океанів,&lt;br /&gt;</w:t>
        <w:br/>
        <w:t>Мигають пасма гір в тумані,&lt;br /&gt;</w:t>
        <w:br/>
        <w:t>Материки й архіпелаги,&lt;br /&gt;</w:t>
        <w:br/>
        <w:t>І острови, і острівці&lt;br /&gt;</w:t>
        <w:br/>
        <w:t>З нічних холодних манівців&lt;br /&gt;</w:t>
        <w:br/>
        <w:t>Біжать по соняшну наснагу.&lt;br /&gt;</w:t>
        <w:br/>
        <w:t>Спішать. Пливуть,&lt;br /&gt;</w:t>
        <w:br/>
        <w:t>пройшовши тінь,&lt;br /&gt;</w:t>
        <w:br/>
        <w:t>Під зливу соняшних промінь.&lt;br /&gt;</w:t>
        <w:br/>
        <w:t>І гріє сонце їх і ллє&lt;br /&gt;</w:t>
        <w:br/>
        <w:t>Снагу через мільйони льє, —&lt;br /&gt;</w:t>
        <w:br/>
        <w:t>Свій живодайний вогнецвіт&lt;br /&gt;</w:t>
        <w:br/>
        <w:t>Без обміру і без контролю&lt;br /&gt;</w:t>
        <w:br/>
        <w:t>Потопою злива в юдолю —&lt;br /&gt;</w:t>
        <w:br/>
        <w:t>В живий, ним витворений світ, —&lt;br /&gt;</w:t>
        <w:br/>
        <w:t>Нехай буя! Нехай живе!&lt;br /&gt;</w:t>
        <w:br/>
        <w:t>Нехай лишень за ним пливе.&lt;br /&gt;</w:t>
        <w:br/>
        <w:t>І радо назирці здаля&lt;br /&gt;</w:t>
        <w:br/>
        <w:t>Не відстає, спішить Земля.&lt;br /&gt;</w:t>
        <w:br/>
        <w:t>Попід зеніт притьмом проходить,&lt;br /&gt;</w:t>
        <w:br/>
        <w:t>Під зливу кожну цаль виводить,&lt;br /&gt;</w:t>
        <w:br/>
        <w:t>Живе! — і плодить, плодить, плодить, —&lt;br /&gt;</w:t>
        <w:br/>
        <w:t>Мільйонам форм життя нове&lt;br /&gt;</w:t>
        <w:br/>
        <w:t>Дає&lt;br /&gt;</w:t>
        <w:br/>
        <w:t>Й безоднями пливе.&lt;br /&gt;</w:t>
        <w:br/>
        <w:t>Колиска. Фарма . Корабель!!.&lt;br /&gt;</w:t>
        <w:br/>
        <w:t>Мара безоднь. Мара пустель.&lt;br /&gt;</w:t>
        <w:br/>
        <w:t>V&lt;br /&gt;</w:t>
        <w:br/>
        <w:t>Благословенний світ — Едем!&lt;br /&gt;</w:t>
        <w:br/>
        <w:t>Скарбів незлічених юдоля,&lt;br /&gt;</w:t>
        <w:br/>
        <w:t>Доробок безлічі віків,&lt;br /&gt;</w:t>
        <w:br/>
        <w:t>На золотих шнурах гондола —&lt;br /&gt;</w:t>
        <w:br/>
        <w:t>Земля п’ятьох материків.&lt;br /&gt;</w:t>
        <w:br/>
        <w:t>Буяє, миготить, тріпоче,&lt;br /&gt;</w:t>
        <w:br/>
        <w:t>Через безмежну прірву ночі&lt;br /&gt;</w:t>
        <w:br/>
        <w:t>Жене, мов радости юла, —&lt;br /&gt;</w:t>
        <w:br/>
        <w:t>Стримить через усенькі сфери&lt;br /&gt;</w:t>
        <w:br/>
        <w:t>В серпанку ніжнім атмосфери…&lt;br /&gt;</w:t>
        <w:br/>
        <w:t>Дитина Сонця і Тепла.&lt;br /&gt;</w:t>
        <w:br/>
        <w:t>Колиска людськости — Земля.&lt;br /&gt;</w:t>
        <w:br/>
        <w:t>VI&lt;br /&gt;</w:t>
        <w:br/>
        <w:t>Земля без Заходу і Сходу,&lt;br /&gt;</w:t>
        <w:br/>
        <w:t>На два льодових бігуни .&lt;br /&gt;</w:t>
        <w:br/>
        <w:t>На двох суцільних брилах льоду&lt;br /&gt;</w:t>
        <w:br/>
        <w:t>Лише й немає там народу,&lt;br /&gt;</w:t>
        <w:br/>
        <w:t>Бо не бува, либонь, весни.&lt;br /&gt;</w:t>
        <w:br/>
        <w:t>Там не сягає сонця промінь.&lt;br /&gt;</w:t>
        <w:br/>
        <w:t>Там не буває злив і грому.&lt;br /&gt;</w:t>
        <w:br/>
        <w:t>Там прирекли вже так — "не жить".&lt;br /&gt;</w:t>
        <w:br/>
        <w:t>Бігун не йде, бігун стоїть.&lt;br /&gt;</w:t>
        <w:br/>
        <w:t>Між бігунами ж, між льодами,&lt;br /&gt;</w:t>
        <w:br/>
        <w:t>Між бігунами буйний цвіт.&lt;br /&gt;</w:t>
        <w:br/>
        <w:t>Між бігунами барви-плями…&lt;br /&gt;</w:t>
        <w:br/>
        <w:t>Між бігунами рух і гамір…&lt;br /&gt;</w:t>
        <w:br/>
        <w:t>Між ними казка, казка — світ!&lt;br /&gt;</w:t>
        <w:br/>
        <w:t>Світ в веселках, у гомоні,&lt;br /&gt;</w:t>
        <w:br/>
        <w:t>Світ в радіснім поломені.&lt;br /&gt;</w:t>
        <w:br/>
        <w:t>Там кожна чверть і кожна цаль&lt;br /&gt;</w:t>
        <w:br/>
        <w:t>Під зливу соняшну виходить, —&lt;br /&gt;</w:t>
        <w:br/>
        <w:t>Живе&lt;br /&gt;</w:t>
        <w:br/>
        <w:t>І плодить, плодить, плодить…&lt;br /&gt;</w:t>
        <w:br/>
        <w:t>І тче в них соняшний рискаль&lt;br /&gt;</w:t>
        <w:br/>
        <w:t>В мільйонах форм, як дивні міти,&lt;br /&gt;</w:t>
        <w:br/>
        <w:t>Життя окремішніх світів,&lt;br /&gt;</w:t>
        <w:br/>
        <w:t>Щоб кожен жив,&lt;br /&gt;</w:t>
        <w:br/>
        <w:t>Щоб кожен цвів,&lt;br /&gt;</w:t>
        <w:br/>
        <w:t>Родився сам і вмів родити.&lt;br /&gt;</w:t>
        <w:br/>
        <w:t>Благословенний світ — Едем!&lt;br /&gt;</w:t>
        <w:br/>
        <w:t>VII&lt;br /&gt;</w:t>
        <w:br/>
        <w:t>Так в буйнім патосі цвітіння,&lt;br /&gt;</w:t>
        <w:br/>
        <w:t>Покірна воля рискаля,&lt;br /&gt;</w:t>
        <w:br/>
        <w:t>Пливе й гойдається над синню&lt;br /&gt;</w:t>
        <w:br/>
        <w:t>Колиска людськости — Земля.&lt;br /&gt;</w:t>
        <w:br/>
        <w:t>Колиска безлічі народів,&lt;br /&gt;</w:t>
        <w:br/>
        <w:t>Доробок безлічі віків,&lt;br /&gt;</w:t>
        <w:br/>
        <w:t>Земля без Заходу і Сходу —&lt;br /&gt;</w:t>
        <w:br/>
        <w:t>Земля п’ятьох материків.&lt;br /&gt;</w:t>
        <w:br/>
        <w:t>Буяє. Миготить. Тріпоче.&lt;br /&gt;</w:t>
        <w:br/>
        <w:t>До млосних любощів охоча.&lt;br /&gt;</w:t>
        <w:br/>
        <w:t>У діадемі променів,&lt;br /&gt;</w:t>
        <w:br/>
        <w:t>У веселках, у гомоні,&lt;br /&gt;</w:t>
        <w:br/>
        <w:t>Серед пітьми, серед пустелі —&lt;br /&gt;</w:t>
        <w:br/>
        <w:t>Яка ж бо ти й прекрасна, леле!&lt;br /&gt;</w:t>
        <w:br/>
        <w:t>Яка ж ти й гарна оддаля,&lt;br /&gt;</w:t>
        <w:br/>
        <w:t>О, Альма-матінка Земля!&lt;br /&gt;</w:t>
        <w:br/>
        <w:t>VIII&lt;br /&gt;</w:t>
        <w:br/>
        <w:t>Земля без Заходу і Сходу,&lt;br /&gt;</w:t>
        <w:br/>
        <w:t>Без конфірмації Земля, —&lt;br /&gt;</w:t>
        <w:br/>
        <w:t>Без пашпорту в просторах ходить,&lt;br /&gt;</w:t>
        <w:br/>
        <w:t>Без атестації гуля.&lt;br /&gt;</w:t>
        <w:br/>
        <w:t>А на Землі… Гей на Землі…&lt;br /&gt;</w:t>
        <w:br/>
        <w:t>Там на Землі туман і мла.&lt;br /&gt;</w:t>
        <w:br/>
        <w:t>Там на Землі діла малі —&lt;br /&gt;</w:t>
        <w:br/>
        <w:t>Діла людські — свої діла.&lt;br /&gt;</w:t>
        <w:br/>
        <w:t>Торги… Бойовиська… Походи…&lt;br /&gt;</w:t>
        <w:br/>
        <w:t>Аж кров’ю давиться Земля!&lt;br /&gt;</w:t>
        <w:br/>
        <w:t>Земля без Заходу і Сходу,&lt;br /&gt;</w:t>
        <w:br/>
        <w:t>Без конфірмації Земля, —&lt;br /&gt;</w:t>
        <w:br/>
        <w:t>У приписи&lt;br /&gt;</w:t>
        <w:br/>
        <w:t>сповивана,&lt;br /&gt;</w:t>
        <w:br/>
        <w:t>Гранатами&lt;br /&gt;</w:t>
        <w:br/>
        <w:t>поливана,&lt;br /&gt;</w:t>
        <w:br/>
        <w:t>Засмикана,&lt;br /&gt;</w:t>
        <w:br/>
        <w:t>закивана&lt;br /&gt;</w:t>
        <w:br/>
        <w:t>Земля.&lt;br /&gt;</w:t>
        <w:br/>
        <w:t>І кожен день, і уночі&lt;br /&gt;</w:t>
        <w:br/>
        <w:t>І кожна тля — анічичирк.&lt;br /&gt;</w:t>
        <w:br/>
        <w:t>Земля без Заходу і Сходу&lt;br /&gt;</w:t>
        <w:br/>
        <w:t>Та й і без виходу Земля!&lt;br /&gt;</w:t>
        <w:br/>
        <w:t>Там без квитка, либонь, не ходять,&lt;br /&gt;</w:t>
        <w:br/>
        <w:t>Там без ключа й замка не сплять.&lt;br /&gt;</w:t>
        <w:br/>
        <w:t>І кожен день, і уночі&lt;br /&gt;</w:t>
        <w:br/>
        <w:t>І кожна тля — анічичирк.&lt;br /&gt;</w:t>
        <w:br/>
        <w:t>Без пашпорту не родиться,&lt;br /&gt;</w:t>
        <w:br/>
        <w:t>Без дозволу — не мре,&lt;br /&gt;</w:t>
        <w:br/>
        <w:t>Без кодексу — не сходиться,&lt;br /&gt;</w:t>
        <w:br/>
        <w:t>Без "права" — не бере.&lt;br /&gt;</w:t>
        <w:br/>
        <w:t>Не їсть без молитовника,&lt;br /&gt;</w:t>
        <w:br/>
        <w:t>Не любить без чиновника,&lt;br /&gt;</w:t>
        <w:br/>
        <w:t>Без палки й арештовника&lt;br /&gt;</w:t>
        <w:br/>
        <w:t>Ні мовить, ні оре.&lt;br /&gt;</w:t>
        <w:br/>
        <w:t>Не снить без конституції,&lt;br /&gt;</w:t>
        <w:br/>
        <w:t>Не д’хне без контрибуції,&lt;br /&gt;</w:t>
        <w:br/>
        <w:t>Без чиншу й екзекуції&lt;br /&gt;</w:t>
        <w:br/>
        <w:t>Ні дума, ні пере…&lt;br /&gt;</w:t>
        <w:br/>
        <w:t>Земля без Заходу і Сходу,&lt;br /&gt;</w:t>
        <w:br/>
        <w:t>Без конфірмації Земля, —&lt;br /&gt;</w:t>
        <w:br/>
        <w:t>Без пашпорту в просторах ходить,&lt;br /&gt;</w:t>
        <w:br/>
        <w:t>Без візи шейха й короля.&lt;br /&gt;</w:t>
        <w:br/>
        <w:t>А на землі… Гей на Землі…&lt;br /&gt;</w:t>
        <w:br/>
        <w:t>Там на Землі туман і мла.&lt;br /&gt;</w:t>
        <w:br/>
        <w:t>Там на Землі діла малі,&lt;br /&gt;</w:t>
        <w:br/>
        <w:t>Діла людські — свої діла:&lt;br /&gt;</w:t>
        <w:br/>
        <w:t>На "Сходи" й "Заходи" розбили,&lt;br /&gt;</w:t>
        <w:br/>
        <w:t>Переділили бігуни&lt;br /&gt;</w:t>
        <w:br/>
        <w:t>І кожну чвертку розчертили,&lt;br /&gt;</w:t>
        <w:br/>
        <w:t>Мов "пітагорові штани".&lt;br /&gt;</w:t>
        <w:br/>
        <w:t>Та все стовпи… стовпи… і лати…&lt;br /&gt;</w:t>
        <w:br/>
        <w:t>І таблички, і патрулі…&lt;br /&gt;</w:t>
        <w:br/>
        <w:t>Що стовп — то й штат, а в кожнім штаті&lt;br /&gt;</w:t>
        <w:br/>
        <w:t>Наглядачі і "королі",&lt;br /&gt;</w:t>
        <w:br/>
        <w:t>Чи раднаркоми там, магоги,&lt;br /&gt;</w:t>
        <w:br/>
        <w:t>Божки, божечки й демагоги,&lt;br /&gt;</w:t>
        <w:br/>
        <w:t>Шамани й йоги…&lt;br /&gt;</w:t>
        <w:br/>
        <w:t>Що кому!&lt;br /&gt;</w:t>
        <w:br/>
        <w:t>Несуть Талмуд. Пасуть юрму.&lt;br /&gt;</w:t>
        <w:br/>
        <w:t>Ведуть її. Вставляють стекла.&lt;br /&gt;</w:t>
        <w:br/>
        <w:t>Несуть ключі від "Раю" й "Пекла",&lt;br /&gt;</w:t>
        <w:br/>
        <w:t>Та у всіх нові! Та у всіх свої!..&lt;br /&gt;</w:t>
        <w:br/>
        <w:t>Я пізнаю Тебе по їх!&lt;br /&gt;</w:t>
        <w:br/>
        <w:t>Я пізнаю тебе по шатах —&lt;br /&gt;</w:t>
        <w:br/>
        <w:t>По глицях, по стовпах, по латах,&lt;br /&gt;</w:t>
        <w:br/>
        <w:t>По тюрмах,&lt;br /&gt;</w:t>
        <w:br/>
        <w:t>По тюремних ґратах!&lt;br /&gt;</w:t>
        <w:br/>
        <w:t>Я пізнаю тебе по штатах,&lt;br /&gt;</w:t>
        <w:br/>
        <w:t>О, Мати-Земле, Альма Матер!&lt;br /&gt;</w:t>
        <w:br/>
        <w:t>О, Земле Мати, Альма Матер!&lt;br /&gt;</w:t>
        <w:br/>
        <w:t>ІХ&lt;br /&gt;</w:t>
        <w:br/>
        <w:t>Щезає ніч. Щезає день&lt;br /&gt;</w:t>
        <w:br/>
        <w:t>В безодню, в вічність, у ніде…&lt;br /&gt;</w:t>
        <w:br/>
        <w:t>Серед пустель на чорнім тлі&lt;br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Х&lt;br /&gt;</w:t>
        <w:br/>
        <w:t>Ось край богів, жертовня Чарки —&lt;br /&gt;</w:t>
        <w:br/>
        <w:t>Вітчизна Данте і Петрарки&lt;br /&gt;</w:t>
        <w:br/>
        <w:t>У сяйво з темряви гряде&lt;br /&gt;</w:t>
        <w:br/>
        <w:t>І Елінку стару веде&lt;br /&gt;</w:t>
        <w:br/>
        <w:t>За руку —&lt;br /&gt;</w:t>
        <w:br/>
        <w:t>впитися іще&lt;br /&gt;</w:t>
        <w:br/>
        <w:t>Хмільної радости, ачей&lt;br /&gt;</w:t>
        <w:br/>
        <w:t>Не доведеться раптом вдруге…&lt;br /&gt;</w:t>
        <w:br/>
        <w:t>Країна пензля в плямах, в смугах…&lt;br /&gt;</w:t>
        <w:br/>
        <w:t>Країна мрійників-майстрів…&lt;br /&gt;</w:t>
        <w:br/>
        <w:t>Країна деспотів-царів…&lt;br /&gt;</w:t>
        <w:br/>
        <w:t>Попід зеніт притьмом проходить&lt;br /&gt;</w:t>
        <w:br/>
        <w:t>І у зеніт люфу наводить,&lt;br /&gt;</w:t>
        <w:br/>
        <w:t>І у зеніт стромля хрести,&lt;br /&gt;</w:t>
        <w:br/>
        <w:t>Стромля зіньки , стромля персти…&lt;br /&gt;</w:t>
        <w:br/>
        <w:t>Неначе просить до "Раю" —&lt;br /&gt;</w:t>
        <w:br/>
        <w:t>Ридає, ницьма лежучи,&lt;br /&gt;</w:t>
        <w:br/>
        <w:t>І хтось у ній ключі тримає —&lt;br /&gt;</w:t>
        <w:br/>
        <w:t>До "Раю" начебто ключі.&lt;br /&gt;</w:t>
        <w:br/>
        <w:t>Підносить очі і персти,&lt;br /&gt;</w:t>
        <w:br/>
        <w:t>Підносить чаші і хрести,&lt;br /&gt;</w:t>
        <w:br/>
        <w:t>Підносить руки д’гoрі, д’гoрі!..&lt;br /&gt;</w:t>
        <w:br/>
        <w:t>У власних вир фантасмагорій.&lt;br /&gt;</w:t>
        <w:br/>
        <w:t>А д’гoрі —&lt;br /&gt;</w:t>
        <w:br/>
        <w:t>тільки пустота,&lt;br /&gt;</w:t>
        <w:br/>
        <w:t>А в ній, як латка золота,&lt;br /&gt;</w:t>
        <w:br/>
        <w:t>Пливе Вона — минає зорі.&lt;br /&gt;</w:t>
        <w:br/>
        <w:t>О, край Петрарки й край Тезея!&lt;br /&gt;</w:t>
        <w:br/>
        <w:t>Край мрій, колізій, Колізея!..&lt;br /&gt;</w:t>
        <w:br/>
        <w:t>Ще Юлій Цезар і Нерон&lt;br /&gt;</w:t>
        <w:br/>
        <w:t>Навчали в нім божків любити,&lt;br /&gt;</w:t>
        <w:br/>
        <w:t>Навчали різатись і битись&lt;br /&gt;</w:t>
        <w:br/>
        <w:t>Та шанувати блиск корон.&lt;br /&gt;</w:t>
        <w:br/>
        <w:t>Відтоді всохла навіть Лета.&lt;br /&gt;</w:t>
        <w:br/>
        <w:t>Відтоді вимерли поети.&lt;br /&gt;</w:t>
        <w:br/>
        <w:t>Вона ж усе шука мети, —&lt;br /&gt;</w:t>
        <w:br/>
        <w:t>Стромля в зеніт зіньки й персти,&lt;br /&gt;</w:t>
        <w:br/>
        <w:t>Шукає "Раю" в атмосфері —&lt;br /&gt;</w:t>
        <w:br/>
        <w:t>В якійсь там сфері у етері, —&lt;br /&gt;</w:t>
        <w:br/>
        <w:t>Ридає, ницьма лежучи,&lt;br /&gt;</w:t>
        <w:br/>
        <w:t>Й тримає ковані ключі.&lt;br /&gt;</w:t>
        <w:br/>
        <w:t>Сама собі снує тенета,&lt;br /&gt;</w:t>
        <w:br/>
        <w:t>Сама собі жалобу тче,&lt;br /&gt;</w:t>
        <w:br/>
        <w:t>Замісто Тибра, прагне Лети,&lt;br /&gt;</w:t>
        <w:br/>
        <w:t>Замісто сонця…&lt;br /&gt;</w:t>
        <w:br/>
        <w:t>От іще!&lt;br /&gt;</w:t>
        <w:br/>
        <w:t>Ах, Земле — Земле! Все вотще!&lt;br /&gt;</w:t>
        <w:br/>
        <w:t>Там пустота в тій дивній сфері&lt;br /&gt;</w:t>
        <w:br/>
        <w:t>Химерних мрій Алігієрі!..&lt;br /&gt;</w:t>
        <w:br/>
        <w:t>І блідне Дантова свята,&lt;br /&gt;</w:t>
        <w:br/>
        <w:t>Зникає смужка золота.&lt;br /&gt;</w:t>
        <w:br/>
        <w:t>ХІ&lt;br /&gt;</w:t>
        <w:br/>
        <w:t>Серед пустель, на чорнім тлі,&lt;br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ХІІ&lt;br /&gt;</w:t>
        <w:br/>
        <w:t>…………………………………………………&lt;br /&gt;</w:t>
        <w:br/>
        <w:t>Безводні Азії пустелі…&lt;br /&gt;</w:t>
        <w:br/>
        <w:t>Холодні Арктики сніги…&lt;br /&gt;</w:t>
        <w:br/>
        <w:t>Земель гавайських упруги&lt;br /&gt;</w:t>
        <w:br/>
        <w:t>На бо’зна котрій паралелі…&lt;br /&gt;</w:t>
        <w:br/>
        <w:t>І чорна млость лісів тропічних,&lt;br /&gt;</w:t>
        <w:br/>
        <w:t>І субтропічних прерій синь&lt;br /&gt;</w:t>
        <w:br/>
        <w:t>По циферблату, гейби тінь,&lt;br /&gt;</w:t>
        <w:br/>
        <w:t>Проходять у мандрівці вічній, —&lt;br /&gt;</w:t>
        <w:br/>
        <w:t>Спішать в нікуди, у ніде.&lt;br /&gt;</w:t>
        <w:br/>
        <w:t>Деталь іде —&lt;br /&gt;</w:t>
        <w:br/>
        <w:t>Деталь везе.&lt;br /&gt;</w:t>
        <w:br/>
        <w:t>ХІІІ&lt;br /&gt;</w:t>
        <w:br/>
        <w:t>Месопотамія… Едем&lt;br /&gt;</w:t>
        <w:br/>
        <w:t>На тихих водах Іордану…&lt;br /&gt;</w:t>
        <w:br/>
        <w:t>Строкатий клин земель Корану…&lt;br /&gt;</w:t>
        <w:br/>
        <w:t>Обличчя Індії руде…&lt;br /&gt;</w:t>
        <w:br/>
        <w:t>І чорний жмут кряжів Паміру…&lt;br /&gt;</w:t>
        <w:br/>
        <w:t>Рівнин слов’янських сиза шкіра…&lt;br /&gt;</w:t>
        <w:br/>
        <w:t>Країна пагод… Мла Сибіру…&lt;br /&gt;</w:t>
        <w:br/>
        <w:t>І в туманах архіпелаг —&lt;br /&gt;</w:t>
        <w:br/>
        <w:t>Межи морями плями, плями&lt;br /&gt;</w:t>
        <w:br/>
        <w:t>Під смолоскипом Фудзіями…&lt;br /&gt;</w:t>
        <w:br/>
        <w:t>Строкатий Пан-Європи стяг…&lt;br /&gt;</w:t>
        <w:br/>
        <w:t>І знову ось архіпелаг —&lt;br /&gt;</w:t>
        <w:br/>
        <w:t>Вітчизни Байрона й Шекспіра.&lt;br /&gt;</w:t>
        <w:br/>
        <w:t>А над усім, як в казці, прoбі!&lt;br /&gt;</w:t>
        <w:br/>
        <w:t>Ходою велетня іде&lt;br /&gt;</w:t>
        <w:br/>
        <w:t>Вітчизни саг великий чобіт.&lt;br /&gt;</w:t>
        <w:br/>
        <w:t>XIV&lt;br /&gt;</w:t>
        <w:br/>
        <w:t>Іде у Ніч… А інші — в День.&lt;br /&gt;</w:t>
        <w:br/>
        <w:t>Америк двох крилата птиця&lt;br /&gt;</w:t>
        <w:br/>
        <w:t>В емалі лине голубій.&lt;br /&gt;</w:t>
        <w:br/>
        <w:t>За нею слідом чорнолиця&lt;br /&gt;</w:t>
        <w:br/>
        <w:t>Країна муринів — вдовиця —&lt;br /&gt;</w:t>
        <w:br/>
        <w:t>Лицем під соняшний прибій, —&lt;br /&gt;</w:t>
        <w:br/>
        <w:t>Пливе, щоб зникнути за грані&lt;br /&gt;</w:t>
        <w:br/>
        <w:t>В безмежнім тихім океані…&lt;br /&gt;</w:t>
        <w:br/>
        <w:t>А ген-ге-ен з-за лінії,&lt;br /&gt;</w:t>
        <w:br/>
        <w:t>Загублене у синяві,&lt;br /&gt;</w:t>
        <w:br/>
        <w:t>Од всіх одірване, одно&lt;br /&gt;</w:t>
        <w:br/>
        <w:t>Спішить Австралії плесно.&lt;br /&gt;</w:t>
        <w:br/>
        <w:t>Спішить-спішить — не дожене&lt;br /&gt;</w:t>
        <w:br/>
        <w:t>Дитя мале, дитя дурне…&lt;br /&gt;</w:t>
        <w:br/>
        <w:t>Так в зливі сонця, у етері&lt;br /&gt;</w:t>
        <w:br/>
        <w:t>Пливе при власній атмосфері,&lt;br /&gt;</w:t>
        <w:br/>
        <w:t>Пливе на протязі віків&lt;br /&gt;</w:t>
        <w:br/>
        <w:t>Земля п’ятьох материків.&lt;br /&gt;</w:t>
        <w:br/>
        <w:t>XV&lt;br /&gt;</w:t>
        <w:br/>
        <w:t>Від тропіків й до моря льоду,&lt;br /&gt;</w:t>
        <w:br/>
        <w:t>Від Гангу й геть до Шпіцберген&lt;br /&gt;</w:t>
        <w:br/>
        <w:t>Багато перейшло народів,&lt;br /&gt;</w:t>
        <w:br/>
        <w:t>Ще більше перейшло племен,&lt;br /&gt;</w:t>
        <w:br/>
        <w:t>Відколи став цей дивний світ —&lt;br /&gt;</w:t>
        <w:br/>
        <w:t>За час кількох мільйоноліть.&lt;br /&gt;</w:t>
        <w:br/>
        <w:t>І вже не так у тій Гондолі.&lt;br /&gt;</w:t>
        <w:br/>
        <w:t>У тій колисці — на Землі.&lt;br /&gt;</w:t>
        <w:br/>
        <w:t>Малі пташата вже не голі,&lt;br /&gt;</w:t>
        <w:br/>
        <w:t>Не голі вже та й не малі;&lt;br /&gt;</w:t>
        <w:br/>
        <w:t>Перемальована руками&lt;br /&gt;</w:t>
        <w:br/>
        <w:t>Не та вже й смужка золота,&lt;br /&gt;</w:t>
        <w:br/>
        <w:t>Геть переснована дротами&lt;br /&gt;</w:t>
        <w:br/>
        <w:t>Сама й колиска вже не та.&lt;br /&gt;</w:t>
        <w:br/>
        <w:t>Не так уже у тій Гондолі,&lt;br /&gt;</w:t>
        <w:br/>
        <w:t>У тій колисці — на Землі&lt;br /&gt;</w:t>
        <w:br/>
        <w:t>І не дієзи вже — бемолі&lt;br /&gt;</w:t>
        <w:br/>
        <w:t>Стоять в піснях й пісні не ті…&lt;br /&gt;</w:t>
        <w:br/>
        <w:t>Але ж по-давньому Гондола&lt;br /&gt;</w:t>
        <w:br/>
        <w:t>Береться сонцем і цвіте —&lt;br /&gt;</w:t>
        <w:br/>
        <w:t>Але ж по-давньому Гондолу&lt;br /&gt;</w:t>
        <w:br/>
        <w:t>Гойдає сонце золоте.&lt;br /&gt;</w:t>
        <w:br/>
        <w:t>XVI&lt;br /&gt;</w:t>
        <w:br/>
        <w:t>У смугах рік, у смугах гір,&lt;br /&gt;</w:t>
        <w:br/>
        <w:t>Строката, закосичена,&lt;br /&gt;</w:t>
        <w:br/>
        <w:t>Помежи гір, межи озір&lt;br /&gt;</w:t>
        <w:br/>
        <w:t>Розписана, розмічена,&lt;br /&gt;</w:t>
        <w:br/>
        <w:t>Покраяна на тьму знамен,&lt;br /&gt;</w:t>
        <w:br/>
        <w:t>Поділена межи племен.&lt;br /&gt;</w:t>
        <w:br/>
        <w:t>Що шмат, то й клин до клину клином.&lt;br /&gt;</w:t>
        <w:br/>
        <w:t>І кожен клин — то є країна.&lt;br /&gt;</w:t>
        <w:br/>
        <w:t>І так всі п’ять материків.&lt;br /&gt;</w:t>
        <w:br/>
        <w:t>Посіли їх аж геть до цалі…&lt;br /&gt;</w:t>
        <w:br/>
        <w:t>Перевантажені, важкі&lt;br /&gt;</w:t>
        <w:br/>
        <w:t>Гойдаються материки&lt;br /&gt;</w:t>
        <w:br/>
        <w:t>На ніжно-голубій емалі.&lt;br /&gt;</w:t>
        <w:br/>
        <w:t>XVII&lt;br /&gt;</w:t>
        <w:br/>
        <w:t>А по емалі — нікелі,&lt;br /&gt;</w:t>
        <w:br/>
        <w:t>Такі малі, такі малі! —&lt;br /&gt;</w:t>
        <w:br/>
        <w:t>А по емалі — нікелі&lt;br /&gt;</w:t>
        <w:br/>
        <w:t>Мікроскопічні кораблі:&lt;br /&gt;</w:t>
        <w:br/>
        <w:t>Пливуть години і тижні,&lt;br /&gt;</w:t>
        <w:br/>
        <w:t>Пливуть навколо бігунів…&lt;br /&gt;</w:t>
        <w:br/>
        <w:t>З країни Данте і Петрарки —&lt;br /&gt;</w:t>
        <w:br/>
        <w:t>Десь до країни Далай-Лами,&lt;br /&gt;</w:t>
        <w:br/>
        <w:t>А чи з вітчизни Пива й Марки —&lt;br /&gt;</w:t>
        <w:br/>
        <w:t>До смолоскипу Фудзіями.&lt;br /&gt;</w:t>
        <w:br/>
        <w:t>Чи то із дикого Сибіру —&lt;br /&gt;</w:t>
        <w:br/>
        <w:t>В химерний край Шехерезади,&lt;br /&gt;</w:t>
        <w:br/>
        <w:t>Чи десь довозять чорношкірих&lt;br /&gt;</w:t>
        <w:br/>
        <w:t>В країну Розуму і Ладу…&lt;br /&gt;</w:t>
        <w:br/>
        <w:t>Пливуть малі… такі малі! —&lt;br /&gt;</w:t>
        <w:br/>
        <w:t>По голубому нікелі…&lt;br /&gt;</w:t>
        <w:br/>
        <w:t>Нехай пливуть — їм тра пливти.&lt;br /&gt;</w:t>
        <w:br/>
        <w:t>Багато їх — країв отих.&lt;br /&gt;</w:t>
        <w:br/>
        <w:t>Багато їх та й всі вони,&lt;br /&gt;</w:t>
        <w:br/>
        <w:t>Мов край той Данте і Петрарки…&lt;br /&gt;</w:t>
        <w:br/>
        <w:t>Придатен опис без ремарки&lt;br /&gt;</w:t>
        <w:br/>
        <w:t>На всі чотири сторони.&lt;br /&gt;</w:t>
        <w:br/>
        <w:t>XVIII&lt;br /&gt;</w:t>
        <w:br/>
        <w:t>Щезає ніч.&lt;br /&gt;</w:t>
        <w:br/>
        <w:t>Щезає день, —&lt;br /&gt;</w:t>
        <w:br/>
        <w:t>В безодню. В вічність. У ніде.&lt;br /&gt;</w:t>
        <w:br/>
        <w:t>Серед пустель на чорнім тлі&lt;br /&gt;</w:t>
        <w:br/>
        <w:t>По сніжно-білій оболонці&lt;br /&gt;</w:t>
        <w:br/>
        <w:t>Пливуть і крутяться під сонцем,&lt;br /&gt;</w:t>
        <w:br/>
        <w:t>Пливуть і крутяться в імлі&lt;br /&gt;</w:t>
        <w:br/>
        <w:t>Рухливі контури Землі.&lt;br /&gt;</w:t>
        <w:br/>
        <w:t>ХІХ&lt;br /&gt;</w:t>
        <w:br/>
        <w:t>І вибігають по одній,&lt;br /&gt;</w:t>
        <w:br/>
        <w:t>І ось збираються роями&lt;br /&gt;</w:t>
        <w:br/>
        <w:t>Країни — плями… плями… плями… —&lt;br /&gt;</w:t>
        <w:br/>
        <w:t>Мов проти сонця дітвора,&lt;br /&gt;</w:t>
        <w:br/>
        <w:t>В міжгір’ях, в нетрищах, в ярах, —&lt;br /&gt;</w:t>
        <w:br/>
        <w:t>Таборища людських племен…&lt;br /&gt;</w:t>
        <w:br/>
        <w:t>А серед них он —&lt;br /&gt;</w:t>
        <w:br/>
        <w:t>край пісень&lt;br /&gt;</w:t>
        <w:br/>
        <w:t>І зветься край той&lt;br /&gt;</w:t>
        <w:br/>
        <w:t>Україна!&lt;br /&gt;</w:t>
        <w:br/>
        <w:t>ХХ&lt;br /&gt;</w:t>
        <w:br/>
        <w:t>Серед слов’янської рівнини,&lt;br /&gt;</w:t>
        <w:br/>
        <w:t>Межи Сибіром і хребтом&lt;br /&gt;</w:t>
        <w:br/>
        <w:t>Карпатських гір — крутим хребтом —&lt;br /&gt;</w:t>
        <w:br/>
        <w:t>Пливе під сонцем Україна:&lt;br /&gt;</w:t>
        <w:br/>
        <w:t>Лице в зеніт. Коса в цвітінь.&lt;br /&gt;</w:t>
        <w:br/>
        <w:t>Рожеві руки в моря синь.&lt;br /&gt;</w:t>
        <w:br/>
        <w:t>Заквітчана, усміхнена&lt;br /&gt;</w:t>
        <w:br/>
        <w:t>І мрійна над усіх вона.&lt;br /&gt;</w:t>
        <w:br/>
        <w:t>Плацдарм сливе одвічних воєн,&lt;br /&gt;</w:t>
        <w:br/>
        <w:t>Бойовиськ край, від Трої втроє&lt;br /&gt;</w:t>
        <w:br/>
        <w:t>Чи не славніших рубежів.&lt;br /&gt;</w:t>
        <w:br/>
        <w:t>Земля Олегових героїв.&lt;br /&gt;</w:t>
        <w:br/>
        <w:t>Земля Буй-Тура смілих воїв.&lt;br /&gt;</w:t>
        <w:br/>
        <w:t>Край волелюбців, край мужів&lt;br /&gt;</w:t>
        <w:br/>
        <w:t>Пренепокірних.&lt;br /&gt;</w:t>
        <w:br/>
        <w:t>На межі&lt;br /&gt;</w:t>
        <w:br/>
        <w:t>Між двох світів, як Ельдорадо,&lt;br /&gt;</w:t>
        <w:br/>
        <w:t>В Елладу з Арктики проспект,&lt;br /&gt;</w:t>
        <w:br/>
        <w:t>Всіх завойовників завада,&lt;br /&gt;</w:t>
        <w:br/>
        <w:t>Всіх завойовників об’єкт.&lt;br /&gt;</w:t>
        <w:br/>
        <w:t>Не 'дин там кораблі спалив.&lt;br /&gt;</w:t>
        <w:br/>
        <w:t>Не 'дин там пальці посмалив,&lt;br /&gt;</w:t>
        <w:br/>
        <w:t>Земля титанів-"нетитанів",&lt;br /&gt;</w:t>
        <w:br/>
        <w:t>Земля веселих кобзарів.&lt;br /&gt;</w:t>
        <w:br/>
        <w:t>Не бракувало там Боянів,&lt;br /&gt;</w:t>
        <w:br/>
        <w:t>А й не було своїх царів.&lt;br /&gt;</w:t>
        <w:br/>
        <w:t>Не бракувало й на діла&lt;br /&gt;</w:t>
        <w:br/>
        <w:t>І хоч хай доля обійшла,&lt;br /&gt;</w:t>
        <w:br/>
        <w:t>І хоч нема ім’я у світі&lt;br /&gt;</w:t>
        <w:br/>
        <w:t>Та буйно родяться в ній діти,&lt;br /&gt;</w:t>
        <w:br/>
        <w:t>Хоч доля й мачуха була…&lt;br /&gt;</w:t>
        <w:br/>
        <w:t>Земля титанів-"нетитанів",&lt;br /&gt;</w:t>
        <w:br/>
        <w:t>Земля могутніх кобзарів…&lt;br /&gt;</w:t>
        <w:br/>
        <w:t>Й пливе із давньої пори —&lt;br /&gt;</w:t>
        <w:br/>
        <w:t>З давно забутої пори —&lt;br /&gt;</w:t>
        <w:br/>
        <w:t>Десь у майбутнє з сонця п’яна,&lt;br /&gt;</w:t>
        <w:br/>
        <w:t>Пливе!..&lt;br /&gt;</w:t>
        <w:br/>
        <w:t>Либонь, щоб все з початку.&lt;br /&gt;</w:t>
        <w:br/>
        <w:t>Над пережитим, мов печатки,&lt;br /&gt;</w:t>
        <w:br/>
        <w:t>Стоять хрести, лиснять могили…&lt;br /&gt;</w:t>
        <w:br/>
        <w:t>Там вже ні гіку, ні луни,&lt;br /&gt;</w:t>
        <w:br/>
        <w:t>Де печенізькі табуни&lt;br /&gt;</w:t>
        <w:br/>
        <w:t>Та скитські тичбища ходили.&lt;br /&gt;</w:t>
        <w:br/>
        <w:t>Вже не бряжчать мечі, як здавна.&lt;br /&gt;</w:t>
        <w:br/>
        <w:t>В лискучім соняшнім пилу&lt;br /&gt;</w:t>
        <w:br/>
        <w:t>В Путивлі-граді на валу&lt;br /&gt;</w:t>
        <w:br/>
        <w:t>Давно не плаче Ярославна, —&lt;br /&gt;</w:t>
        <w:br/>
        <w:t>Лице в зеніт, коса в цвітінь,&lt;br /&gt;</w:t>
        <w:br/>
        <w:t>Рожеві руки в моря синь, —&lt;br /&gt;</w:t>
        <w:br/>
        <w:t>Заквітчана, усміхнена&lt;br /&gt;</w:t>
        <w:br/>
        <w:t>І мрійна над усіх вона.&lt;br /&gt;</w:t>
        <w:br/>
        <w:t>Тож Край-Титан! То по росі&lt;br /&gt;</w:t>
        <w:br/>
        <w:t>У перламутрі-поросі&lt;br /&gt;</w:t>
        <w:br/>
        <w:t>Плацдарм бойовиськ. Край-дитина.&lt;br /&gt;</w:t>
        <w:br/>
        <w:t>І зветься край той Україна.&lt;br /&gt;</w:t>
        <w:br/>
        <w:t>А в ній…&lt;br /&gt;</w:t>
        <w:br/>
        <w:t>ХХІ&lt;br /&gt;</w:t>
        <w:br/>
        <w:t>…Десь в місті чи в селі&lt;br /&gt;</w:t>
        <w:br/>
        <w:t>Маленький хлопчик при столі&lt;br /&gt;</w:t>
        <w:br/>
        <w:t>Тримає копію Землі.&lt;br /&gt;</w:t>
        <w:br/>
        <w:t>По паралелях пальцем водить —&lt;br /&gt;</w:t>
        <w:br/>
        <w:t>Перетина меридіан,&lt;br /&gt;</w:t>
        <w:br/>
        <w:t>Минає гір хребти і води —&lt;br /&gt;</w:t>
        <w:br/>
        <w:t>До Уругвая пішки ходить&lt;br /&gt;</w:t>
        <w:br/>
        <w:t>Через Індійський океан.&lt;br /&gt;</w:t>
        <w:br/>
        <w:t>З ночей казок Шехерезади&lt;br /&gt;</w:t>
        <w:br/>
        <w:t>Навпрост по сизих пасмах гір&lt;br /&gt;</w:t>
        <w:br/>
        <w:t>Йде до співочої Гренади&lt;br /&gt;</w:t>
        <w:br/>
        <w:t>Через Єгипет і Памір.&lt;br /&gt;</w:t>
        <w:br/>
        <w:t>З душних ночей Шехерезади&lt;br /&gt;</w:t>
        <w:br/>
        <w:t>До Ніневії…&lt;br /&gt;</w:t>
        <w:br/>
        <w:t>До Еллади…&lt;br /&gt;</w:t>
        <w:br/>
        <w:t>І мерехтять ясні свічада&lt;br /&gt;</w:t>
        <w:br/>
        <w:t>Дитячих радісних озір.&lt;br /&gt;</w:t>
        <w:br/>
        <w:t>Маленький світ — малий хлопчисько,&lt;br /&gt;</w:t>
        <w:br/>
        <w:t>Син Сонця — велетня світів!&lt;br /&gt;</w:t>
        <w:br/>
        <w:t>Він задоволений з колиски —&lt;br /&gt;</w:t>
        <w:br/>
        <w:t>З Землі п’ятьох материків, —&lt;br /&gt;</w:t>
        <w:br/>
        <w:t>По паралелях пальцем водить…&lt;br /&gt;</w:t>
        <w:br/>
        <w:t>Нехай!&lt;br /&gt;</w:t>
        <w:br/>
        <w:t>Нехай!&lt;br /&gt;</w:t>
        <w:br/>
        <w:t>Нехай же ходить.&lt;br /&gt;</w:t>
        <w:br/>
        <w:t>Родившись жити і цвісти, —&lt;br /&gt;</w:t>
        <w:br/>
        <w:t>Йому цвісти! Йому іти!&lt;br /&gt;</w:t>
        <w:br/>
        <w:t>Йому йти радісним походом!&lt;br /&gt;</w:t>
        <w:br/>
        <w:t>І повертається пухир,&lt;br /&gt;</w:t>
        <w:br/>
        <w:t>Рипить, повзе нерівно, скоком, —&lt;br /&gt;</w:t>
        <w:br/>
        <w:t>І посміхається над ним&lt;br /&gt;</w:t>
        <w:br/>
        <w:t>Світила син блакитноокий.&lt;br /&gt;</w:t>
        <w:br/>
        <w:t>По копії нулі… нулі…&lt;br /&gt;</w:t>
        <w:br/>
        <w:t>Ах, любий мрійнику з Землі!&lt;br /&gt;</w:t>
        <w:br/>
        <w:t>Крути її, щоб аж свистіла!&lt;br /&gt;</w:t>
        <w:br/>
        <w:t>Крути-крути, щоб аж гула!&lt;br /&gt;</w:t>
        <w:br/>
        <w:t>Щоби просторами летіла,&lt;br /&gt;</w:t>
        <w:br/>
        <w:t>Щоб над безоднями пливла,&lt;br /&gt;</w:t>
        <w:br/>
        <w:t>Щоб в сяйві сонця золотого,&lt;br /&gt;</w:t>
        <w:br/>
        <w:t>Щоб без диявола лихого,&lt;br /&gt;</w:t>
        <w:br/>
        <w:t>Щоб тільки жити і цвісти, —&lt;br /&gt;</w:t>
        <w:br/>
        <w:t>Крути її!&lt;br /&gt;</w:t>
        <w:br/>
        <w:t>Крути!&lt;br /&gt;</w:t>
        <w:br/>
        <w:t>Крути…&lt;br /&gt;</w:t>
        <w:br/>
        <w:t>ХХІІ&lt;br /&gt;</w:t>
        <w:br/>
        <w:t>Мов після вибуху гарматень ,&lt;br /&gt;</w:t>
        <w:br/>
        <w:t>Без втулки, осі і чоки&lt;br /&gt;</w:t>
        <w:br/>
        <w:t>Параболить через віки,&lt;br /&gt;</w:t>
        <w:br/>
        <w:t>Параболить фрегат з фрегатів.&lt;br /&gt;</w:t>
        <w:br/>
        <w:t>Жене безоднями в імлі…&lt;br /&gt;</w:t>
        <w:br/>
        <w:t>Мерехкотить на чорнім тлі…&lt;br /&gt;</w:t>
        <w:br/>
        <w:t>Яснять свічада океанів,&lt;br /&gt;</w:t>
        <w:br/>
        <w:t>Лисніють пасма гір в тумані&lt;br /&gt;</w:t>
        <w:br/>
        <w:t>Через етер, крізь всенькі сфери…&lt;br /&gt;</w:t>
        <w:br/>
        <w:t>І мерехтять ясні озера&lt;br /&gt;</w:t>
        <w:br/>
        <w:t>В малого хлопчика з Землі.&lt;br /&gt;</w:t>
        <w:br/>
        <w:t>Крути ж її, щоб аж свистіла!&lt;br /&gt;</w:t>
        <w:br/>
        <w:t>Крути-крути, щоб аж гула!&lt;br /&gt;</w:t>
        <w:br/>
        <w:t>Щоби просторами летіла,&lt;br /&gt;</w:t>
        <w:br/>
        <w:t>Щоб над безоднями пливла,&lt;br /&gt;</w:t>
        <w:br/>
        <w:t>Щоб в сяйві, сонця золотого,&lt;br /&gt;</w:t>
        <w:br/>
        <w:t>Щоб без диявола лихого,&lt;br /&gt;</w:t>
        <w:br/>
        <w:t>Щоб тільки жити і цвісти, —&lt;br /&gt;</w:t>
        <w:br/>
        <w:t>Крути її!&lt;br /&gt;</w:t>
        <w:br/>
        <w:t>Крути!&lt;br /&gt;</w:t>
        <w:br/>
        <w:t>Крути…&lt;br /&gt;</w:t>
        <w:br/>
        <w:t>ХХІІІ&lt;br /&gt;</w:t>
        <w:br/>
        <w:t>Пливуть світи.&lt;br /&gt;</w:t>
        <w:br/>
        <w:t>Холонуть зорі.&lt;br /&gt;</w:t>
        <w:br/>
        <w:t>В порожняві фантасмагорій&lt;br /&gt;</w:t>
        <w:br/>
        <w:t>Ані початків, ані дна, —&lt;br /&gt;</w:t>
        <w:br/>
        <w:t>Порожнява нудна, страшна,&lt;br /&gt;</w:t>
        <w:br/>
        <w:t>Порожнява без меж, без дна,&lt;br /&gt;</w:t>
        <w:br/>
        <w:t>А в ній Вона&lt;br /&gt;</w:t>
        <w:br/>
        <w:t>минає зорі.&lt;br /&gt;</w:t>
        <w:br/>
        <w:t>Біжить мандрівниця пустель,&lt;br /&gt;</w:t>
        <w:br/>
        <w:t>Береться сонцем і цвіте.&lt;br /&gt;</w:t>
        <w:br/>
        <w:t>Ані помилиться ніде.&lt;br /&gt;</w:t>
        <w:br/>
        <w:t>Ані зупиниться ніде.&lt;br /&gt;</w:t>
        <w:br/>
        <w:t>* * *&lt;br /&gt;</w:t>
        <w:br/>
        <w:t>Тут — крапка. Тут урвав, далeбі, —&lt;br /&gt;</w:t>
        <w:br/>
        <w:t>На допит йти, на цундру треба&lt;br /&gt;</w:t>
        <w:br/>
        <w:t>Таки ж на тім на Кораблі —&lt;br /&gt;</w:t>
        <w:br/>
        <w:t>Таки в в’язниці на Землі.&lt;br /&gt;</w:t>
        <w:br/>
        <w:t>Читачу любий! Пощо сміх?&lt;br /&gt;</w:t>
        <w:br/>
        <w:t>Не смійся, серце, — кажуть, "гріх".&lt;br /&gt;</w:t>
        <w:br/>
        <w:t>1932&lt;br /&gt;</w:t>
        <w:br/>
        <w:t>ДРУГА ЧАСТИНА</w:t>
      </w:r>
    </w:p>
    <w:p>
      <w:r>
        <w:br/>
        <w:t>(фрагменти)</w:t>
      </w:r>
    </w:p>
    <w:p>
      <w:r>
        <w:br/>
        <w:t>Привіт, привіт, читачу мій,&lt;br /&gt;</w:t>
        <w:br/>
        <w:t>Уявлюваний, бажаний!&lt;br /&gt;</w:t>
        <w:br/>
        <w:t>Привіт-привіт, тепер не мій&lt;br /&gt;</w:t>
        <w:br/>
        <w:t>Світ любий, ненагляджений!</w:t>
      </w:r>
    </w:p>
    <w:p>
      <w:r>
        <w:br/>
        <w:t>Гей, неба метр і сонця жмут,&lt;br /&gt;</w:t>
        <w:br/>
        <w:t>Діра, залізна заслінка...&lt;br /&gt;</w:t>
        <w:br/>
        <w:t>Прилинь, сядь к променю на прут&lt;br /&gt;</w:t>
        <w:br/>
        <w:t>Хоч Ти, маленька ластівко!</w:t>
      </w:r>
    </w:p>
    <w:p>
      <w:r>
        <w:br/>
        <w:t>Защебечи...&lt;br /&gt;</w:t>
        <w:br/>
        <w:t>Привіт-привіт,&lt;br /&gt;</w:t>
        <w:br/>
        <w:t>Товаришко дитячих літ!&lt;br /&gt;</w:t>
        <w:br/>
        <w:t>Зникає слід...&lt;br /&gt;</w:t>
        <w:br/>
        <w:t>І — канув слід...&lt;br /&gt;</w:t>
        <w:br/>
        <w:t>Ну, що ж, мабуть, запалюймо&lt;br /&gt;</w:t>
        <w:br/>
        <w:t>Та й далі повість почнемо.</w:t>
      </w:r>
    </w:p>
    <w:p>
      <w:r>
        <w:br/>
        <w:t>З ПІСЕНЬ МАТЕРІ</w:t>
      </w:r>
    </w:p>
    <w:p>
      <w:r>
        <w:br/>
        <w:t>Проти сонця жило сім братів —&lt;br /&gt;</w:t>
        <w:br/>
        <w:t>Сім братів проти сонця жило.&lt;br /&gt;</w:t>
        <w:br/>
        <w:t>Сім братів-мулярів, шість веселих майстрів,&lt;br /&gt;</w:t>
        <w:br/>
        <w:t>Сьомий брат... Щоб зубів не звело —</w:t>
      </w:r>
    </w:p>
    <w:p>
      <w:r>
        <w:br/>
        <w:t>Веселішого над, сміливішого над&lt;br /&gt;</w:t>
        <w:br/>
        <w:t>І щирішого ще й співака&lt;br /&gt;</w:t>
        <w:br/>
        <w:t>З тих братів-мулярів, з тих веселих майстрів&lt;br /&gt;</w:t>
        <w:br/>
        <w:t>Понад сьомого з них не шукай.</w:t>
      </w:r>
    </w:p>
    <w:p>
      <w:r>
        <w:br/>
        <w:t>Понад сьомого в світі, либонь, не було,&lt;br /&gt;</w:t>
        <w:br/>
        <w:t>Тільки ж лихо йому щільно зуби звело.</w:t>
      </w:r>
    </w:p>
    <w:p>
      <w:r>
        <w:br/>
        <w:t>А звело, гей, звело, звело зуби від дум,&lt;br /&gt;</w:t>
        <w:br/>
        <w:t>Звело зуби від болю за кривди і глум...</w:t>
      </w:r>
    </w:p>
    <w:p>
      <w:r>
        <w:br/>
        <w:t>Проти сонця жило сім братів,&lt;br /&gt;</w:t>
        <w:br/>
        <w:t>Сім братів проти сонця жило,&lt;br /&gt;</w:t>
        <w:br/>
        <w:t>Сім братів-мулярів — шість веселих майстрів,&lt;br /&gt;</w:t>
        <w:br/>
        <w:t>А по сьомому&lt;br /&gt;</w:t>
        <w:br/>
        <w:t>й слід замело.</w:t>
      </w:r>
    </w:p>
    <w:p>
      <w:r>
        <w:br/>
        <w:t>На далеких шляхах, ще й в глибоких снігах —&lt;br /&gt;</w:t>
        <w:br/>
        <w:t>Тільки слід замело по блискучих шаблях.&lt;br /&gt;</w:t>
        <w:br/>
        <w:t>"Гей, сибірськая ніч — каторжанка стара! —&lt;br /&gt;</w:t>
        <w:br/>
        <w:t>Привітай співуна та й не зрадь муляра! —&lt;br /&gt;</w:t>
        <w:br/>
        <w:t>До шістьох би! —&lt;br /&gt;</w:t>
        <w:br/>
        <w:t>Та й знов в молоток!.."</w:t>
      </w:r>
    </w:p>
    <w:p>
      <w:r>
        <w:br/>
        <w:t>І звідтам — крук костей не заносив туди,—&lt;br /&gt;</w:t>
        <w:br/>
        <w:t>По Сибіру нудив, з-за Сибіру блудив —&lt;br /&gt;</w:t>
        <w:br/>
        <w:t>Добирав стежечок і стежок.</w:t>
      </w:r>
    </w:p>
    <w:p>
      <w:r>
        <w:br/>
        <w:t>Проти сонця жило сім братів,—&lt;br /&gt;</w:t>
        <w:br/>
        <w:t>Знову сім проти сонця жило.&lt;br /&gt;</w:t>
        <w:br/>
        <w:t>Сім братів-мулярів — шість веселих майстрів,&lt;br /&gt;</w:t>
        <w:br/>
        <w:t>Сьомий брат над усіх, як на зло.</w:t>
      </w:r>
    </w:p>
    <w:p>
      <w:r>
        <w:br/>
        <w:t>"Нумо, браття, ударимо пісні тії,&lt;br /&gt;</w:t>
        <w:br/>
        <w:t>Що ніхто більш у світі не знає її!&lt;br /&gt;</w:t>
        <w:br/>
        <w:t>Що не знає її і не тямить ніхто,&lt;br /&gt;</w:t>
        <w:br/>
        <w:t>Тільки тямить п'ястук та дзвінкий молоток..."</w:t>
      </w:r>
    </w:p>
    <w:p>
      <w:r>
        <w:br/>
        <w:t>І кресали весь день од зорі до зорі,&lt;br /&gt;</w:t>
        <w:br/>
        <w:t>І гриміли пісень не таких мулярі!&lt;br /&gt;</w:t>
        <w:br/>
        <w:t>Аж летіли під сонце скалки золоті...</w:t>
      </w:r>
    </w:p>
    <w:p>
      <w:r>
        <w:br/>
        <w:t>Проти сонця жило сім братів.</w:t>
      </w:r>
    </w:p>
    <w:p>
      <w:r>
        <w:br/>
        <w:t>Мотив широкий і у пісні-душогубці&lt;br /&gt;</w:t>
        <w:br/>
        <w:t>Мотивом тим пливти й пливти б.&lt;br /&gt;</w:t>
        <w:br/>
        <w:t>Гай-гай... Якби ж тій волелюбці,&lt;br /&gt;</w:t>
        <w:br/>
        <w:t>Коли б тій матері-голубці&lt;br /&gt;</w:t>
        <w:br/>
        <w:t>До світу в найми не іти.</w:t>
      </w:r>
    </w:p>
    <w:p>
      <w:r>
        <w:br/>
        <w:t>НА РЕЙДІ</w:t>
      </w:r>
    </w:p>
    <w:p>
      <w:r>
        <w:br/>
        <w:t>Не колихала мати сина.&lt;br /&gt;</w:t>
        <w:br/>
        <w:t>П'ятьох колих... та й кинула&lt;br /&gt;</w:t>
        <w:br/>
        <w:t>А шостого у фартушину&lt;br /&gt;</w:t>
        <w:br/>
        <w:t>У батьківську завинула,—&lt;br /&gt;</w:t>
        <w:br/>
        <w:t>У мулярську, співаючи,&lt;br /&gt;</w:t>
        <w:br/>
        <w:t>Тихесенько люляючи,&lt;br /&gt;</w:t>
        <w:br/>
        <w:t>Тихенько, десь у найми ідучи:</w:t>
      </w:r>
    </w:p>
    <w:p>
      <w:r>
        <w:br/>
        <w:t>"Хай п'ять біжать, а ти лежи...&lt;br /&gt;</w:t>
        <w:br/>
        <w:t>(З такою-от дитиною!!)&lt;br /&gt;</w:t>
        <w:br/>
        <w:t>Ой, лю-лі-лю, ой, лю-лі-жи,—&lt;br /&gt;</w:t>
        <w:br/>
        <w:t>Пишайся фартушиною..."</w:t>
      </w:r>
    </w:p>
    <w:p>
      <w:r>
        <w:br/>
        <w:t>З грудей — і в сонце на зорі.&lt;br /&gt;</w:t>
        <w:br/>
        <w:t>Безжурне плем'я — мулярі!</w:t>
      </w:r>
    </w:p>
    <w:p>
      <w:r>
        <w:br/>
        <w:t>Гей, молотки весь день дзвеніли,&lt;br /&gt;</w:t>
        <w:br/>
        <w:t>Та й вигравали молотки,—&lt;br /&gt;</w:t>
        <w:br/>
        <w:t>Дзвонили там, доклавши сили,&lt;br /&gt;</w:t>
        <w:br/>
        <w:t>Там розважалися батьки.</w:t>
      </w:r>
    </w:p>
    <w:p>
      <w:r>
        <w:br/>
        <w:t>Будівники у молотки&lt;br /&gt;</w:t>
        <w:br/>
        <w:t>Вже ж і тяли! Вже ж і дзвонили!.</w:t>
      </w:r>
    </w:p>
    <w:p>
      <w:r>
        <w:br/>
        <w:t>І під той дзвін, під зорний, гойно&lt;br /&gt;</w:t>
        <w:br/>
        <w:t>Під дзвін хтось сам себе люляв.&lt;br /&gt;</w:t>
        <w:br/>
        <w:t>То під той дзвін дзвонарик гойний —&lt;br /&gt;</w:t>
        <w:br/>
        <w:t>Батьків веселих син достойний —&lt;br /&gt;</w:t>
        <w:br/>
        <w:t>В рудому фартусі гуляв.</w:t>
      </w:r>
    </w:p>
    <w:p>
      <w:r>
        <w:br/>
        <w:t>II&lt;br /&gt;</w:t>
        <w:br/>
        <w:t>Напроти сонця в фартушині,&lt;br /&gt;</w:t>
        <w:br/>
        <w:t>На голубому шпориші...&lt;br /&gt;</w:t>
        <w:br/>
        <w:t>Та ні, не так, а так пиши:</w:t>
      </w:r>
    </w:p>
    <w:p>
      <w:r>
        <w:br/>
        <w:t>В лагуні тихій, в бухті синій —&lt;br /&gt;</w:t>
        <w:br/>
        <w:t>В лискучім соняшнім ковші —&lt;br /&gt;</w:t>
        <w:br/>
        <w:t>Там мореплавець окошивсь,-&lt;br /&gt;</w:t>
        <w:br/>
        <w:t>Там морехід на бригантині&lt;br /&gt;</w:t>
        <w:br/>
        <w:t>Отаборивсь в лагуні синій —&lt;br /&gt;</w:t>
        <w:br/>
        <w:t>Й снує перед походом нині&lt;br /&gt;</w:t>
        <w:br/>
        <w:t>Пісні мандрівної душі.</w:t>
      </w:r>
    </w:p>
    <w:p>
      <w:r>
        <w:br/>
        <w:t>Снує пісні ясні і нові,&lt;br /&gt;</w:t>
        <w:br/>
        <w:t>Неповторимі, римові&lt;br /&gt;</w:t>
        <w:br/>
        <w:t>На ластів'ячій бистрій мові,&lt;br /&gt;</w:t>
        <w:br/>
        <w:t>На голубиній вимові.</w:t>
      </w:r>
    </w:p>
    <w:p>
      <w:r>
        <w:br/>
        <w:t>Торкає сонця срібний трос —&lt;br /&gt;</w:t>
        <w:br/>
        <w:t>Колумб, і лоцман, і матрос,—&lt;br /&gt;</w:t>
        <w:br/>
        <w:t>Співа пісень, снує пісень...&lt;br /&gt;</w:t>
        <w:br/>
        <w:t>"Вперед!.. Рушай! у ясний день..."</w:t>
      </w:r>
    </w:p>
    <w:p>
      <w:r>
        <w:br/>
        <w:t>Дарма, що компаса нема,&lt;br /&gt;</w:t>
        <w:br/>
        <w:t>І що стерна нема, дарма,&lt;br /&gt;</w:t>
        <w:br/>
        <w:t>І що нема кітви і прови,—&lt;br /&gt;</w:t>
        <w:br/>
        <w:t>Маленький лоцман мосяжовий —&lt;br /&gt;</w:t>
        <w:br/>
        <w:t>Сміливий капітан:&lt;br /&gt;</w:t>
        <w:br/>
        <w:t>"Р у ш а й!&lt;br /&gt;</w:t>
        <w:br/>
        <w:t>В химерний світ, в незнаний край —&lt;br /&gt;</w:t>
        <w:br/>
        <w:t>Р у ш а й!.."&lt;br /&gt;</w:t>
        <w:br/>
        <w:t>Сміливий капітан.&lt;br /&gt;</w:t>
        <w:br/>
        <w:t>Такий завзятий капітан.</w:t>
      </w:r>
    </w:p>
    <w:p>
      <w:r>
        <w:br/>
        <w:t>Шумить, як море, ясний день.&lt;br /&gt;</w:t>
        <w:br/>
        <w:t>Лопоче лист. Гуде брам-стень ,&lt;br /&gt;</w:t>
        <w:br/>
        <w:t>І снасть легенький бриз пружинить...</w:t>
      </w:r>
    </w:p>
    <w:p>
      <w:r>
        <w:br/>
        <w:t>На тихім рейді бригантина...</w:t>
      </w:r>
    </w:p>
    <w:p>
      <w:r>
        <w:br/>
        <w:t>III&lt;br /&gt;</w:t>
        <w:br/>
        <w:t>...На тлі осяянім під тином&lt;br /&gt;</w:t>
        <w:br/>
        <w:t>Видзвонює лапатий клен —&lt;br /&gt;</w:t>
        <w:br/>
        <w:t>Шумить розложистих пісень:&lt;br /&gt;</w:t>
        <w:br/>
        <w:t>"Вперед, вперед!" —&lt;br /&gt;</w:t>
        <w:br/>
        <w:t>Гуде брам-стень.&lt;br /&gt;</w:t>
        <w:br/>
        <w:t>І снасть легенький бриз пружинить.&lt;br /&gt;</w:t>
        <w:br/>
        <w:t>Тремтить на рейді бригантина...&lt;br /&gt;</w:t>
        <w:br/>
        <w:t>І шле привіт мандрівник легким,&lt;br /&gt;</w:t>
        <w:br/>
        <w:t>Веселим помахом руки.&lt;br /&gt;</w:t>
        <w:br/>
        <w:t>І проводжають в край далекий&lt;br /&gt;</w:t>
        <w:br/>
        <w:t>Його лелеки й ластівки,&lt;br /&gt;</w:t>
        <w:br/>
        <w:t>Чіпляють строфи на гітови...&lt;br /&gt;</w:t>
        <w:br/>
        <w:t>А він їм все пісні нові&lt;br /&gt;</w:t>
        <w:br/>
        <w:t>На ластів'ячій бистрій мові,&lt;br /&gt;</w:t>
        <w:br/>
        <w:t>На голубиній вимові —&lt;br /&gt;</w:t>
        <w:br/>
        <w:t>Прощання сальви і привіт.&lt;br /&gt;</w:t>
        <w:br/>
        <w:t>Зове з собою в дивний світ:&lt;br /&gt;</w:t>
        <w:br/>
        <w:t>"Мерщій, мерщій! Ідіть, ідіть!&lt;br /&gt;</w:t>
        <w:br/>
        <w:t>Бо вже вітрила — як пружина!&lt;br /&gt;</w:t>
        <w:br/>
        <w:t>Бо вже рушає бригантина..."</w:t>
      </w:r>
    </w:p>
    <w:p>
      <w:r>
        <w:br/>
        <w:t>На тихім рейді бригантина.</w:t>
      </w:r>
    </w:p>
    <w:p>
      <w:r>
        <w:br/>
        <w:t>З ПІСЕНЬ МАТЕРІ</w:t>
      </w:r>
    </w:p>
    <w:p>
      <w:r>
        <w:br/>
        <w:t>І&lt;br /&gt;</w:t>
        <w:br/>
        <w:t>Не колихала сина мати,&lt;br /&gt;</w:t>
        <w:br/>
        <w:t>До світа в найми ідучи,&lt;br /&gt;</w:t>
        <w:br/>
        <w:t>Так не забула колихати&lt;br /&gt;</w:t>
        <w:br/>
        <w:t>При яснім місяці вночі...</w:t>
      </w:r>
    </w:p>
    <w:p>
      <w:r>
        <w:br/>
        <w:t>А на поденну й наймачів&lt;br /&gt;</w:t>
        <w:br/>
        <w:t>Була багата та Країна —</w:t>
      </w:r>
    </w:p>
    <w:p>
      <w:r>
        <w:br/>
        <w:t>Батьків преславних дочка гола,&lt;br /&gt;</w:t>
        <w:br/>
        <w:t>Але хоч гола, так жива!&lt;br /&gt;</w:t>
        <w:br/>
        <w:t>Але й співлива ж, хоч і гола!&lt;br /&gt;</w:t>
        <w:br/>
        <w:t>Хоч стомлена — так гордочола,&lt;br /&gt;</w:t>
        <w:br/>
        <w:t>Скупа на скарги і слова.</w:t>
      </w:r>
    </w:p>
    <w:p>
      <w:r>
        <w:br/>
        <w:t>Батьків преславних донька вірна,—&lt;br /&gt;</w:t>
        <w:br/>
        <w:t>Дитина Степу й двох Морів,&lt;br /&gt;</w:t>
        <w:br/>
        <w:t>Онука воїв — чубарів —&lt;br /&gt;</w:t>
        <w:br/>
        <w:t>Нетяг онука! Волелюбців!..&lt;br /&gt;</w:t>
        <w:br/>
        <w:t>Пісень! пісень же!..&lt;br /&gt;</w:t>
        <w:br/>
        <w:t>й не згусти.&lt;br /&gt;</w:t>
        <w:br/>
        <w:t>Гай-гай! Та тільки ж волелюбці:&lt;br /&gt;</w:t>
        <w:br/>
        <w:t>Коли б тій Матері-голубці&lt;br /&gt;</w:t>
        <w:br/>
        <w:t>До світу в найми не іти!</w:t>
      </w:r>
    </w:p>
    <w:p>
      <w:r>
        <w:br/>
        <w:t>II&lt;br /&gt;</w:t>
        <w:br/>
        <w:t>Короткі ночі — літні ночі,&lt;br /&gt;</w:t>
        <w:br/>
        <w:t>Короткий сон — як смуток в них.&lt;br /&gt;</w:t>
        <w:br/>
        <w:t>Лише згадки про сни дівочі&lt;br /&gt;</w:t>
        <w:br/>
        <w:t>Летять на конях вороних.</w:t>
      </w:r>
    </w:p>
    <w:p>
      <w:r>
        <w:br/>
        <w:t>Короткі ночі — літні ночі...&lt;br /&gt;</w:t>
        <w:br/>
        <w:t>В хатині "ходики" цокочуть,—&lt;br /&gt;</w:t>
        <w:br/>
        <w:t>Підлещуються, цокотять,—&lt;br /&gt;</w:t>
        <w:br/>
        <w:t>Мов розказати казку хочуть,&lt;br /&gt;</w:t>
        <w:br/>
        <w:t>Мов зазирають тихо в очі,—&lt;br /&gt;</w:t>
        <w:br/>
        <w:t>Гойдають матір і дитя.</w:t>
      </w:r>
    </w:p>
    <w:p>
      <w:r>
        <w:br/>
        <w:t>Короткі сни — дівоцькі сни,&lt;br /&gt;</w:t>
        <w:br/>
        <w:t>Проспівані, мов ті пісні,&lt;br /&gt;</w:t>
        <w:br/>
        <w:t>Розгублені десь в далині&lt;br /&gt;</w:t>
        <w:br/>
        <w:t>Дзвінкі пісні — дівоцькі сни...</w:t>
      </w:r>
    </w:p>
    <w:p>
      <w:r>
        <w:br/>
        <w:t>Дивився місяць ясним оком,&lt;br /&gt;</w:t>
        <w:br/>
        <w:t>Десь намовляв циганку-ніч,&lt;br /&gt;</w:t>
        <w:br/>
        <w:t>До них цвіркун мотив широкий&lt;br /&gt;</w:t>
        <w:br/>
        <w:t>Розгойдував у тишині —</w:t>
      </w:r>
    </w:p>
    <w:p>
      <w:r>
        <w:br/>
        <w:t>Широкий степовий мотив...&lt;br /&gt;</w:t>
        <w:br/>
        <w:t>Мотивом тим пливти й пливти б.</w:t>
      </w:r>
    </w:p>
    <w:p>
      <w:r>
        <w:br/>
        <w:t>"Під сонце Світ, та й Світ — не зглянеш!&lt;br /&gt;</w:t>
        <w:br/>
        <w:t>Ключа... ключами йдуть птахи.&lt;br /&gt;</w:t>
        <w:br/>
        <w:t>Дзвенять острунені дротами&lt;br /&gt;</w:t>
        <w:br/>
        <w:t>В краї небачені шляхи.</w:t>
      </w:r>
    </w:p>
    <w:p>
      <w:r>
        <w:br/>
        <w:t>А по шляхах та гей по тих! —&lt;br /&gt;</w:t>
        <w:br/>
        <w:t>По тих шляхах іти б і йти...</w:t>
      </w:r>
    </w:p>
    <w:p>
      <w:r>
        <w:br/>
        <w:t>Іти б, як той свобідний клекіт,&lt;br /&gt;</w:t>
        <w:br/>
        <w:t>Як йдуть птахи в краї далекі,</w:t>
      </w:r>
    </w:p>
    <w:p>
      <w:r>
        <w:br/>
        <w:t>Летять і кличуть, як "люблю",—&lt;br /&gt;</w:t>
        <w:br/>
        <w:t>етять: "курли... курли... курлю!.."</w:t>
      </w:r>
    </w:p>
    <w:p>
      <w:r>
        <w:br/>
        <w:t>Через ліси, поля і луки —&lt;br /&gt;</w:t>
        <w:br/>
        <w:t>Свобіднокрилі літаки!&lt;br /&gt;</w:t>
        <w:br/>
        <w:t>А в мулярів — жилаві руки,&lt;br /&gt;</w:t>
        <w:br/>
        <w:t>В руках — сталеві молотки.</w:t>
      </w:r>
    </w:p>
    <w:p>
      <w:r>
        <w:br/>
        <w:t>Та все видзвонюють споруди.&lt;br /&gt;</w:t>
        <w:br/>
        <w:t>Та все будують всім і всюди.&lt;br /&gt;</w:t>
        <w:br/>
        <w:t>Та все видзвонюють пісень —&lt;br /&gt;</w:t>
        <w:br/>
        <w:t>Під сонцем крешуть — дзень! — і дзень!</w:t>
      </w:r>
    </w:p>
    <w:p>
      <w:r>
        <w:br/>
        <w:t>Під сонцем хмари... хмари... хмари...&lt;br /&gt;</w:t>
        <w:br/>
        <w:t>До них — і оком не звести! —&lt;br /&gt;</w:t>
        <w:br/>
        <w:t>Під хмари аж у шумі, в згарі&lt;br /&gt;</w:t>
        <w:br/>
        <w:t>Стоять спорудища-почвари,&lt;br /&gt;</w:t>
        <w:br/>
        <w:t>Стоять, черкають хмар хати.&lt;br /&gt;</w:t>
        <w:br/>
        <w:t>То все вони, то молотки!..&lt;br /&gt;</w:t>
        <w:br/>
        <w:t>То все хати, то все людські...</w:t>
      </w:r>
    </w:p>
    <w:p>
      <w:r>
        <w:br/>
        <w:t>Під сонцем світ та й світ широкий,&lt;br /&gt;</w:t>
        <w:br/>
        <w:t>Веселий світ, казковий світ...&lt;br /&gt;</w:t>
        <w:br/>
        <w:t>А в мулярів знавецьке око,&lt;br /&gt;</w:t>
        <w:br/>
        <w:t>Хоч невибагливий живіт!&lt;br /&gt;</w:t>
        <w:br/>
        <w:t>Махорку курять і піють.&lt;br /&gt;</w:t>
        <w:br/>
        <w:t>Та цеглу, цеглу, цеглу б'ють,&lt;br /&gt;</w:t>
        <w:br/>
        <w:t>Аж вилітають блискітки —&lt;br /&gt;</w:t>
        <w:br/>
        <w:t>Наздоганяють молотки</w:t>
      </w:r>
    </w:p>
    <w:p>
      <w:r>
        <w:br/>
        <w:t>Аж ген-ге-е-н під небо синє...&lt;br /&gt;</w:t>
        <w:br/>
        <w:t>Під сонцем крешуть мулярі!&lt;br /&gt;</w:t>
        <w:br/>
        <w:t>Під сонцем, сину!&lt;br /&gt;</w:t>
        <w:br/>
        <w:t>Люлі, сину!&lt;br /&gt;</w:t>
        <w:br/>
        <w:t>Ой, люлі — люлі на зорі.</w:t>
      </w:r>
    </w:p>
    <w:p>
      <w:r>
        <w:br/>
        <w:t>Вторив цвіркун і завмирав.&lt;br /&gt;</w:t>
        <w:br/>
        <w:t>І місяць в шибу зазирав,&lt;br /&gt;</w:t>
        <w:br/>
        <w:t>І посміхався з родимки,&lt;br /&gt;</w:t>
        <w:br/>
        <w:t>І насварявсь на "ходики":</w:t>
      </w:r>
    </w:p>
    <w:p>
      <w:r>
        <w:br/>
        <w:t>"Ой, не спішіть! Ой, не спішіть!&lt;br /&gt;</w:t>
        <w:br/>
        <w:t>Ще трішки ночі доточіть,&lt;br /&gt;</w:t>
        <w:br/>
        <w:t>Ще трішки-трішки темноти,&lt;br /&gt;</w:t>
        <w:br/>
        <w:t>Заким їй в найми не іти...&lt;br /&gt;</w:t>
        <w:br/>
        <w:t>І де ти мчиш, здуріла мить?!&lt;br /&gt;</w:t>
        <w:br/>
        <w:t>Ось цить лишень...&lt;br /&gt;</w:t>
        <w:br/>
        <w:t>Ось цить..."</w:t>
      </w:r>
    </w:p>
    <w:p>
      <w:r>
        <w:br/>
        <w:t>1932</w:t>
      </w:r>
    </w:p>
    <w:p>
      <w:r>
        <w:br/>
        <w:t>Звідкіль прибув цей дивний Крез?&lt;br /&gt;</w:t>
        <w:br/>
        <w:t>Чи народився? Чи воскрес?..</w:t>
      </w:r>
    </w:p>
    <w:p>
      <w:r>
        <w:br/>
        <w:t>Під сонцем — хмари, хмари, хмари,&lt;br /&gt;</w:t>
        <w:br/>
        <w:t>Під ясним — хмари і хмарки,&lt;br /&gt;</w:t>
        <w:br/>
        <w:t>Їх трансформує сонце з пари,&lt;br /&gt;</w:t>
        <w:br/>
        <w:t>Як трансформує геть віки,&lt;br /&gt;</w:t>
        <w:br/>
        <w:t>Як трансформує світ увесь...—&lt;br /&gt;</w:t>
        <w:br/>
        <w:t>От народився і воскрес!</w:t>
      </w:r>
    </w:p>
    <w:p>
      <w:r>
        <w:br/>
        <w:t>Без кодексу і без свитини,&lt;br /&gt;</w:t>
        <w:br/>
        <w:t>Голісінький такий один,—&lt;br /&gt;</w:t>
        <w:br/>
        <w:t>Всього лиш тільки Сонця Син&lt;br /&gt;</w:t>
        <w:br/>
        <w:t>З ім'ям прославленим людини.</w:t>
      </w:r>
    </w:p>
    <w:p>
      <w:r>
        <w:br/>
        <w:t>Над Магометів Магомет —&lt;br /&gt;</w:t>
        <w:br/>
        <w:t>Син Самодержця світового.&lt;br /&gt;</w:t>
        <w:br/>
        <w:t>Й нема, нема над ним нікого,&lt;br /&gt;</w:t>
        <w:br/>
        <w:t>Лиш неба голубий намет,&lt;br /&gt;</w:t>
        <w:br/>
        <w:t>Лиш шлях сузірь,— а ні на цаль&lt;br /&gt;</w:t>
        <w:br/>
        <w:t>Ніким не сходжена дорога...&lt;br /&gt;</w:t>
        <w:br/>
        <w:t>І конституція для нього —&lt;br /&gt;</w:t>
        <w:br/>
        <w:t>Лиш Сонця золота скрижаль.</w:t>
      </w:r>
    </w:p>
    <w:p>
      <w:r>
        <w:br/>
        <w:t>А в ній — щоб Сонця стяг нести.&lt;br /&gt;</w:t>
        <w:br/>
        <w:t>А в нім — щоб буйно процвісти.&lt;br /&gt;</w:t>
        <w:br/>
        <w:t>Процвісти ж буйно, щоб умерти&lt;br /&gt;</w:t>
        <w:br/>
        <w:t>І тихим рястом порости.</w:t>
      </w:r>
    </w:p>
    <w:p>
      <w:r>
        <w:br/>
        <w:t>Під сонцем — хмари, хмари, хмари,&lt;br /&gt;</w:t>
        <w:br/>
        <w:t>Під ясним — хмари і хмарки,&lt;br /&gt;</w:t>
        <w:br/>
        <w:t>Їх трансформує геть віки,&lt;br /&gt;</w:t>
        <w:br/>
        <w:t>Їх трансформує сонце з пари,&lt;br /&gt;</w:t>
        <w:br/>
        <w:t>Як трансформує світ увесь...</w:t>
      </w:r>
    </w:p>
    <w:p>
      <w:r>
        <w:br/>
        <w:t>От народився і воскрес!</w:t>
      </w:r>
    </w:p>
    <w:p>
      <w:r>
        <w:br/>
        <w:t>ГУЛЯЙПОЛЕ</w:t>
      </w:r>
    </w:p>
    <w:p>
      <w:r>
        <w:br/>
        <w:t>Лежить Гуляйполе в крові і в сльозах,&lt;br /&gt;</w:t>
        <w:br/>
        <w:t>Потоптане, смертю розоране,&lt;br /&gt;</w:t>
        <w:br/>
        <w:t>В бомбових кратерах і черепах,&lt;br /&gt;</w:t>
        <w:br/>
        <w:t>В гільзах,&lt;br /&gt;</w:t>
        <w:br/>
        <w:t>В ожугах,&lt;br /&gt;</w:t>
        <w:br/>
        <w:t>В м'язах,&lt;br /&gt;</w:t>
        <w:br/>
        <w:t>В трісках...&lt;br /&gt;</w:t>
        <w:br/>
        <w:t>І навіть не крячуть ворони —</w:t>
      </w:r>
    </w:p>
    <w:p>
      <w:r>
        <w:br/>
        <w:t>Жахаються круки, минають здаля, —&lt;br /&gt;</w:t>
        <w:br/>
        <w:t>Шкіриться жаско, смердить земля.</w:t>
      </w:r>
    </w:p>
    <w:p>
      <w:r>
        <w:br/>
        <w:t>Смердить і душить фосфором і тротилом,&lt;br /&gt;</w:t>
        <w:br/>
        <w:t>Паленим м'ясом і динамітом...&lt;br /&gt;</w:t>
        <w:br/>
        <w:t>І вже не збагнеш тут, де ж було тіло?!&lt;br /&gt;</w:t>
        <w:br/>
        <w:t>Де були очі?! Де ж тут могили?!&lt;br /&gt;</w:t>
        <w:br/>
        <w:t>Де матері, а де діти!?</w:t>
      </w:r>
    </w:p>
    <w:p>
      <w:r>
        <w:br/>
        <w:t>В смерчах землі, в гекатомбах руїн,&lt;br /&gt;</w:t>
        <w:br/>
        <w:t>В чорних роздзяплених кратерах&lt;br /&gt;</w:t>
        <w:br/>
        <w:t>Від дітей, від дрібних, тільки пил один...&lt;br /&gt;</w:t>
        <w:br/>
        <w:t>І не плаче мати, і не тужить дзвін,&lt;br /&gt;</w:t>
        <w:br/>
        <w:t>І ніхто вже їх не збиратиме.</w:t>
      </w:r>
    </w:p>
    <w:p>
      <w:r>
        <w:br/>
        <w:t>Не пригорне їх вітер — лиш сажа сама.&lt;br /&gt;</w:t>
        <w:br/>
        <w:t>Брат брата не знайде, і сестер нема.&lt;br /&gt;</w:t>
        <w:br/>
        <w:t>І дітям уже матерів не знайти.&lt;br /&gt;</w:t>
        <w:br/>
        <w:t>І навіть не знати, де ж ставить хрести? —&lt;br /&gt;</w:t>
        <w:br/>
        <w:t>Піроксиліновий сморід і пил.&lt;br /&gt;</w:t>
        <w:br/>
        <w:t>Мільйони мерців обійшлись без могил.&lt;br /&gt;</w:t>
        <w:br/>
        <w:t>Розметані кості згниють без хреста...</w:t>
      </w:r>
    </w:p>
    <w:p>
      <w:r>
        <w:br/>
        <w:t>Гей, ти ж, Земля моя золота!</w:t>
      </w:r>
    </w:p>
    <w:p>
      <w:r>
        <w:br/>
        <w:t>Перед ким, перед чим завинила єси?&lt;br /&gt;</w:t>
        <w:br/>
        <w:t>І яких не кормила ще круків!?&lt;br /&gt;</w:t>
        <w:br/>
        <w:t>Та і хто не знущався з твоєї краси?!&lt;br /&gt;</w:t>
        <w:br/>
        <w:t>І яких бракувало ще Юдиних сил,&lt;br /&gt;</w:t>
        <w:br/>
        <w:t>Щоб і кості дідівські піднесли з могил&lt;br /&gt;</w:t>
        <w:br/>
        <w:t>Й перемішали&lt;br /&gt;</w:t>
        <w:br/>
        <w:t>З костями онуків?!</w:t>
      </w:r>
    </w:p>
    <w:p>
      <w:r>
        <w:br/>
        <w:t>Мовчить Гуляйполе, мовчить Гуляйполе,&lt;br /&gt;</w:t>
        <w:br/>
        <w:t>Спалене хтивістю й зрадою Юдиною,&lt;br /&gt;</w:t>
        <w:br/>
        <w:t>І лежать його діти — лежать соколи...&lt;br /&gt;</w:t>
        <w:br/>
        <w:t>І ніхто не скаже ніколи-ніколи,&lt;br /&gt;</w:t>
        <w:br/>
        <w:t>Що й вони, що й вони ж були люди.</w:t>
      </w:r>
    </w:p>
    <w:p>
      <w:r>
        <w:br/>
        <w:t>Гей, і були люди — горді орли!&lt;br /&gt;</w:t>
        <w:br/>
        <w:t>Тільки ж прості й не лукаві були.</w:t>
      </w:r>
    </w:p>
    <w:p>
      <w:r>
        <w:br/>
        <w:t>О ви, що цей келих страшний піднесли,&lt;br /&gt;</w:t>
        <w:br/>
        <w:t>Чи самі ж ви його пили?!</w:t>
      </w:r>
    </w:p>
    <w:p>
      <w:r>
        <w:br/>
        <w:t>Не тужить дівчина, не плаче сестра,&lt;br /&gt;</w:t>
        <w:br/>
        <w:t>І рук не ламає матуся стара, —&lt;br /&gt;</w:t>
        <w:br/>
        <w:t>Одплакали доста — не чути ніде.&lt;br /&gt;</w:t>
        <w:br/>
        <w:t>Ні вітер не віє, ні крук не паде.&lt;br /&gt;</w:t>
        <w:br/>
        <w:t>І пташка тужлива тікає також...</w:t>
      </w:r>
    </w:p>
    <w:p>
      <w:r>
        <w:br/>
        <w:t>Гей, ти. Земле моя!&lt;br /&gt;</w:t>
        <w:br/>
        <w:t>За що ж!?</w:t>
      </w:r>
    </w:p>
    <w:p>
      <w:r>
        <w:br/>
        <w:t>За те, що Ти дика була і плідна,&lt;br /&gt;</w:t>
        <w:br/>
        <w:t>Ясна, як червона калина,&lt;br /&gt;</w:t>
        <w:br/>
        <w:t>За те, що Ти сонцю близька і рідна&lt;br /&gt;</w:t>
        <w:br/>
        <w:t>І мила, як тая дівчина!&lt;br /&gt;</w:t>
        <w:br/>
        <w:t>За те, що Ти в злиднях росла, а цвіла!&lt;br /&gt;</w:t>
        <w:br/>
        <w:t>Що Волі вітчизною завжди була.&lt;br /&gt;</w:t>
        <w:br/>
        <w:t>Грімлива, співливая Земле моя! —</w:t>
      </w:r>
    </w:p>
    <w:p>
      <w:r>
        <w:br/>
        <w:t>Хто ж розсудить!? Який судія!?</w:t>
      </w:r>
    </w:p>
    <w:p>
      <w:r>
        <w:br/>
        <w:t>Мовчить Гуляйполе, жаске і руде.&lt;br /&gt;</w:t>
        <w:br/>
        <w:t>А стрілка помалу іде та й іде...</w:t>
      </w:r>
    </w:p>
    <w:p>
      <w:r>
        <w:br/>
        <w:t>Хай іде. Хай стікає жалоби мить.&lt;br /&gt;</w:t>
        <w:br/>
        <w:t>Хай жахтить ця земля й мовчить.&lt;br /&gt;</w:t>
        <w:br/>
        <w:t>Нехай неминучість присуд веде.&lt;br /&gt;</w:t>
        <w:br/>
        <w:t>Хай стрілка до риски йде, —</w:t>
      </w:r>
    </w:p>
    <w:p>
      <w:r>
        <w:br/>
        <w:t>Аж поки не стане на грані отій,&lt;br /&gt;</w:t>
        <w:br/>
        <w:t>Що стоїть Страшний Суд на ній,&lt;br /&gt;</w:t>
        <w:br/>
        <w:t>Аж поки не крикне хтось в мряці страшній&lt;br /&gt;</w:t>
        <w:br/>
        <w:t>Жаске й невблаганне — "СТІЙ!!!"</w:t>
      </w:r>
    </w:p>
    <w:p>
      <w:r>
        <w:br/>
        <w:t>Схитнулись тумани, як фата-моргана.&lt;br /&gt;</w:t>
        <w:br/>
        <w:t>Хтось уже кличе. Десь уже манить...&lt;br /&gt;</w:t>
        <w:br/>
        <w:t>Вже вітер жалобу відбув, і встає,&lt;br /&gt;</w:t>
        <w:br/>
        <w:t>І хмару несе, як знамено своє.</w:t>
      </w:r>
    </w:p>
    <w:p>
      <w:r>
        <w:br/>
        <w:t>Вже вітер шумитиь і полин гуде...&lt;br /&gt;</w:t>
        <w:br/>
        <w:t>...Хтось там понурний, мов тінь, іде, —&lt;br /&gt;</w:t>
        <w:br/>
        <w:t>Ступає задумливий і мовчазний&lt;br /&gt;</w:t>
        <w:br/>
        <w:t>В кереї своїй бойовій.</w:t>
      </w:r>
    </w:p>
    <w:p>
      <w:r>
        <w:br/>
        <w:t>І кінь десь, засідланий, кований вже,&lt;br /&gt;</w:t>
        <w:br/>
        <w:t>Пряде одним вухом і тоскно ірже,&lt;br /&gt;</w:t>
        <w:br/>
        <w:t>І оком кривавим у ніч позира...&lt;br /&gt;</w:t>
        <w:br/>
        <w:t>То не тінь — то страшна мара.</w:t>
      </w:r>
    </w:p>
    <w:p>
      <w:r>
        <w:br/>
        <w:t>Встає від розритих могил і руїн,&lt;br /&gt;</w:t>
        <w:br/>
        <w:t>Іде Гуляйполе — проходить один.&lt;br /&gt;</w:t>
        <w:br/>
        <w:t>Іде мовчазний і блідий, мов туман, —&lt;br /&gt;</w:t>
        <w:br/>
        <w:t>Грізний,&lt;br /&gt;</w:t>
        <w:br/>
        <w:t>страшний отаман.</w:t>
      </w:r>
    </w:p>
    <w:p>
      <w:r>
        <w:br/>
        <w:t>Іде отаман по руїнах, мов тінь.&lt;br /&gt;</w:t>
        <w:br/>
        <w:t>Ступа на уламках усіх поколінь.&lt;br /&gt;</w:t>
        <w:br/>
        <w:t>Над кратером чорним понуро стає.&lt;br /&gt;</w:t>
        <w:br/>
        <w:t>Рукою затримує серце своє.&lt;br /&gt;</w:t>
        <w:br/>
        <w:t>Торкає ногою три черепи він —&lt;br /&gt;</w:t>
        <w:br/>
        <w:t>І чорний,&lt;br /&gt;</w:t>
        <w:br/>
        <w:t>і жовтий,&lt;br /&gt;</w:t>
        <w:br/>
        <w:t>і білий один:&lt;br /&gt;</w:t>
        <w:br/>
        <w:t>...Прапрадід був,&lt;br /&gt;</w:t>
        <w:br/>
        <w:t>Прадід...&lt;br /&gt;</w:t>
        <w:br/>
        <w:t>І син...</w:t>
      </w:r>
    </w:p>
    <w:p>
      <w:r>
        <w:br/>
        <w:t>Було Гуляйполе, було Гуляйполе! —&lt;br /&gt;</w:t>
        <w:br/>
        <w:t>Як буряне море, кипіло й гуло.&lt;br /&gt;</w:t>
        <w:br/>
        <w:t>Були в нього діти, гей, були соколи!&lt;br /&gt;</w:t>
        <w:br/>
        <w:t>І не було сили такої ніколи,&lt;br /&gt;</w:t>
        <w:br/>
        <w:t>Щоб скорило, щоб їх знесло.</w:t>
      </w:r>
    </w:p>
    <w:p>
      <w:r>
        <w:br/>
        <w:t>Три черепи повні сирої землі...</w:t>
      </w:r>
    </w:p>
    <w:p>
      <w:r>
        <w:br/>
        <w:t>Секунди біжать у їдучій імлі —&lt;br /&gt;</w:t>
        <w:br/>
        <w:t>Стрілка іде до своєї мети...&lt;br /&gt;</w:t>
        <w:br/>
        <w:t>Та ніщо не виповнює пустоти.</w:t>
      </w:r>
    </w:p>
    <w:p>
      <w:r>
        <w:br/>
        <w:t>Марево блідне, хистке, як омана, —&lt;br /&gt;</w:t>
        <w:br/>
        <w:t>Фата-моргана, фата-моргана.</w:t>
      </w:r>
    </w:p>
    <w:p>
      <w:r>
        <w:br/>
        <w:t>Вітер шумить. І полин гуде.&lt;br /&gt;</w:t>
        <w:br/>
        <w:t>І кінь ірже...&lt;br /&gt;</w:t>
        <w:br/>
        <w:t>Та ніхто не йде!&lt;br /&gt;</w:t>
        <w:br/>
        <w:t>Не чує ніхто і не бачить його,&lt;br /&gt;</w:t>
        <w:br/>
        <w:t>Мов немає роду того!</w:t>
      </w:r>
    </w:p>
    <w:p>
      <w:r>
        <w:br/>
        <w:t>Мов немає вже гордих,&lt;br /&gt;</w:t>
        <w:br/>
        <w:t>лиш ниці й покірні, —&lt;br /&gt;</w:t>
        <w:br/>
        <w:t>Нікчемні пророки, і брехуни,&lt;br /&gt;</w:t>
        <w:br/>
        <w:t>Дрібненькі політики й говоруни,&lt;br /&gt;</w:t>
        <w:br/>
        <w:t>І паралітики... — лише вони —&lt;br /&gt;</w:t>
        <w:br/>
        <w:t>Продані, зраджені і невірні.</w:t>
      </w:r>
    </w:p>
    <w:p>
      <w:r>
        <w:br/>
        <w:t>Меч не тримається в їхній руці,&lt;br /&gt;</w:t>
        <w:br/>
        <w:t>І переляк на лиці.</w:t>
      </w:r>
    </w:p>
    <w:p>
      <w:r>
        <w:br/>
        <w:t>О, де Ти, Мужній, Простий і Великий —&lt;br /&gt;</w:t>
        <w:br/>
        <w:t>Благословенний на меч і бої!?!.&lt;br /&gt;</w:t>
        <w:br/>
        <w:t>Вибухають воплем, вибухають криком, —&lt;br /&gt;</w:t>
        <w:br/>
        <w:t>Ждуть Тебе сироти твої, й каліки,&lt;br /&gt;</w:t>
        <w:br/>
        <w:t>Й невідомщені малята твої!</w:t>
      </w:r>
    </w:p>
    <w:p>
      <w:r>
        <w:br/>
        <w:t>Удар громами. Смерчем прийди.&lt;br /&gt;</w:t>
        <w:br/>
        <w:t>І поведи!&lt;br /&gt;</w:t>
        <w:br/>
        <w:t>І поведи...</w:t>
      </w:r>
    </w:p>
    <w:p>
      <w:r>
        <w:br/>
        <w:t>О, де Ти, Грізний, Страшний, Непоборний!?&lt;br /&gt;</w:t>
        <w:br/>
        <w:t>Як Бог, Вогнеликий! Як земля, Чорний!&lt;br /&gt;</w:t>
        <w:br/>
        <w:t>Меч Правосуддя! Кара Господня! —&lt;br /&gt;</w:t>
        <w:br/>
        <w:t>Де ж Ти —&lt;br /&gt;</w:t>
        <w:br/>
        <w:t>Меснику всенародний!?!</w:t>
      </w:r>
    </w:p>
    <w:p>
      <w:r>
        <w:br/>
        <w:t>Безжалісний, і невблаганний,&lt;br /&gt;</w:t>
        <w:br/>
        <w:t>І безрозсудний, і предковічний.&lt;br /&gt;</w:t>
        <w:br/>
        <w:t>Із всіх жорстоких єдино правий!&lt;br /&gt;</w:t>
        <w:br/>
        <w:t>Страшний,&lt;br /&gt;</w:t>
        <w:br/>
        <w:t>Апокаліптичний!</w:t>
      </w:r>
    </w:p>
    <w:p>
      <w:r>
        <w:br/>
        <w:t>Неповинная кров — клятьба Твоя.&lt;br /&gt;</w:t>
        <w:br/>
        <w:t>Ти — єдиний з усіх Судія.</w:t>
      </w:r>
    </w:p>
    <w:p>
      <w:r>
        <w:br/>
        <w:t>Тінь Твоя ходить. Вітер гуде...</w:t>
      </w:r>
    </w:p>
    <w:p>
      <w:r>
        <w:br/>
        <w:t>Іде по кістках він.&lt;br /&gt;</w:t>
        <w:br/>
        <w:t>Іде...&lt;br /&gt;</w:t>
        <w:br/>
        <w:t>Іде!!!&lt;br /&gt;</w:t>
        <w:br/>
        <w:t>(Стрілка доходить своєї межі). —&lt;br /&gt;</w:t>
        <w:br/>
        <w:t>Ходою тяжкою іде, мов чужий,</w:t>
      </w:r>
    </w:p>
    <w:p>
      <w:r>
        <w:br/>
        <w:t>Вдивляється мовчки до серця свого, —&lt;br /&gt;</w:t>
        <w:br/>
        <w:t>Дивиться вглиб — і не бачить його, —&lt;br /&gt;</w:t>
        <w:br/>
        <w:t>В муках, в вогні обернулось в такий&lt;br /&gt;</w:t>
        <w:br/>
        <w:t>Камінь&lt;br /&gt;</w:t>
        <w:br/>
        <w:t>Обсмалений і тяжкий.</w:t>
      </w:r>
    </w:p>
    <w:p>
      <w:r>
        <w:br/>
        <w:t>Він виходить на дике бескиддя руїн.&lt;br /&gt;</w:t>
        <w:br/>
        <w:t>Мов чорний орел, позирає один.&lt;br /&gt;</w:t>
        <w:br/>
        <w:t>Вітер керею йому роздима...&lt;br /&gt;</w:t>
        <w:br/>
        <w:t>— Нема!.. Ще орлят нема...</w:t>
      </w:r>
    </w:p>
    <w:p>
      <w:r>
        <w:br/>
        <w:t>Ще лежать між розритих дідівських могил.&lt;br /&gt;</w:t>
        <w:br/>
        <w:t>Ще ковтають глину, сльози і пил.&lt;br /&gt;</w:t>
        <w:br/>
        <w:t>Ще їх не окрилив відчай і гнів&lt;br /&gt;</w:t>
        <w:br/>
        <w:t>Для страшносудних боїв.</w:t>
      </w:r>
    </w:p>
    <w:p>
      <w:r>
        <w:br/>
        <w:t>Келих не повен. Ще крапля паде.&lt;br /&gt;</w:t>
        <w:br/>
        <w:t>Ще стрілка До риски своєї іде...</w:t>
      </w:r>
    </w:p>
    <w:p>
      <w:r>
        <w:br/>
        <w:t>Він пестить ефес і жде:</w:t>
      </w:r>
    </w:p>
    <w:p>
      <w:r>
        <w:br/>
        <w:t>...Вам мало на світі сиріт і калік?!?&lt;br /&gt;</w:t>
        <w:br/>
        <w:t>Гряде ж&lt;br /&gt;</w:t>
        <w:br/>
        <w:t>М І Й !&lt;br /&gt;</w:t>
        <w:br/>
        <w:t>Р І К !!</w:t>
      </w:r>
    </w:p>
    <w:p>
      <w:r>
        <w:br/>
        <w:t>І свисне Він так, що туман впаде.&lt;br /&gt;</w:t>
        <w:br/>
        <w:t>Застогне земля і загуде.&lt;br /&gt;</w:t>
        <w:br/>
        <w:t>Задвигтить Гуляйполе небачено ще.&lt;br /&gt;</w:t>
        <w:br/>
        <w:t>І — лявіна потече, —&lt;br /&gt;</w:t>
        <w:br/>
        <w:t>Невблаганна. Безодвічна.&lt;br /&gt;</w:t>
        <w:br/>
        <w:t>Страшна. Апокаліптична.</w:t>
      </w:r>
    </w:p>
    <w:p>
      <w:r>
        <w:br/>
        <w:t>І приб'ють вони серце, мов стяг, на стовпі...&lt;br /&gt;</w:t>
        <w:br/>
        <w:t>І встануть каліки... І встануть сліпі...&lt;br /&gt;</w:t>
        <w:br/>
        <w:t>І кинуться юні... Мужні... Старі...&lt;br /&gt;</w:t>
        <w:br/>
        <w:t>І сестри зґвалтовані, і матері...</w:t>
      </w:r>
    </w:p>
    <w:p>
      <w:r>
        <w:br/>
        <w:t>І дитя подаватиме кріс і набій&lt;br /&gt;</w:t>
        <w:br/>
        <w:t>В цей святий, страшносудний бій...</w:t>
      </w:r>
    </w:p>
    <w:p>
      <w:r>
        <w:br/>
        <w:t>Прокотиться смерч.&lt;br /&gt;</w:t>
        <w:br/>
        <w:t>Й не поможе ні "Боже мій!",&lt;br /&gt;</w:t>
        <w:br/>
        <w:t>І не врятує "Пробі" повалених ниць...&lt;br /&gt;</w:t>
        <w:br/>
        <w:t>Гей, відміряно ж буде та й мірою гожою!&lt;br /&gt;</w:t>
        <w:br/>
        <w:t>Загатяться кратери кістками ворожими,&lt;br /&gt;</w:t>
        <w:br/>
        <w:t>Черепами грабіжників і дітовбивць.</w:t>
      </w:r>
    </w:p>
    <w:p>
      <w:r>
        <w:br/>
        <w:t>Над головами ґвалтівників і паскуд&lt;br /&gt;</w:t>
        <w:br/>
        <w:t>Довготерпеливі довершать Суд.&lt;br /&gt;</w:t>
        <w:br/>
        <w:t>І розвіють пил. І розвіють прах.&lt;br /&gt;</w:t>
        <w:br/>
        <w:t>І ляжуть самі на чужих кістках.&lt;br /&gt;</w:t>
        <w:br/>
        <w:t>І вітер над ними, як щит, приб'є —&lt;br /&gt;</w:t>
        <w:br/>
        <w:t>Як Меч Правосуддя — ім'я Твоє.</w:t>
      </w:r>
    </w:p>
    <w:p>
      <w:r>
        <w:br/>
        <w:t>Лежатимуть так, щоб колись розцвісти.&lt;br /&gt;</w:t>
        <w:br/>
        <w:t>Лежатимуть всі. І над всіми — Ти&lt;br /&gt;</w:t>
        <w:br/>
        <w:t>І серце Твоє. І не візьме їх тлінь —&lt;br /&gt;</w:t>
        <w:br/>
        <w:t>Офіруваних&lt;br /&gt;</w:t>
        <w:br/>
        <w:t>В ім'я поколінь.</w:t>
      </w:r>
    </w:p>
    <w:p>
      <w:r>
        <w:br/>
        <w:t>Пливтимуть світи мимо серця Твого.&lt;br /&gt;</w:t>
        <w:br/>
        <w:t>Цвістиме чебрець. І не буде того,&lt;br /&gt;</w:t>
        <w:br/>
        <w:t>Хто б Тебе осудив за діла Твої, —&lt;br /&gt;</w:t>
        <w:br/>
        <w:t>Такого&lt;br /&gt;</w:t>
        <w:br/>
        <w:t>Нема судії!</w:t>
      </w:r>
    </w:p>
    <w:p>
      <w:r>
        <w:br/>
        <w:t>А якщо десь є — убий і його!&lt;br /&gt;</w:t>
        <w:br/>
        <w:t>Щоб знав міру горя Твого.</w:t>
      </w:r>
    </w:p>
    <w:p>
      <w:r>
        <w:br/>
        <w:t>Пливтимуть світи мимо серця Твого.&lt;br /&gt;</w:t>
        <w:br/>
        <w:t>Густиме над маками соняшний гонг.&lt;br /&gt;</w:t>
        <w:br/>
        <w:t>І густиме в віках Твоє ім'я —&lt;br /&gt;</w:t>
        <w:br/>
        <w:t>Єдиний, найбільший з усіх Судія!</w:t>
      </w:r>
    </w:p>
    <w:p>
      <w:r>
        <w:br/>
        <w:t>Благословенний. Могутній, як ниви і синь.&lt;br /&gt;</w:t>
        <w:br/>
        <w:t>Вічний&lt;br /&gt;</w:t>
        <w:br/>
        <w:t>В с е р ц я х п о к о л і н ь !</w:t>
      </w:r>
    </w:p>
    <w:p>
      <w:r>
        <w:br/>
        <w:t>Січень, 1944 р. Тернопіль.</w:t>
      </w:r>
    </w:p>
    <w:p>
      <w:r>
        <w:br/>
        <w:t>МЕЧОНОСЦІ</w:t>
      </w:r>
    </w:p>
    <w:p>
      <w:r>
        <w:br/>
        <w:t>(Уривок з поеми)</w:t>
      </w:r>
    </w:p>
    <w:p>
      <w:r>
        <w:br/>
        <w:t>Благословенний день і час,&lt;br /&gt;</w:t>
        <w:br/>
        <w:t>Й Вітчизна наша з нами!&lt;br /&gt;</w:t>
        <w:br/>
        <w:t>Нехай ідуть до чорта всі&lt;br /&gt;</w:t>
        <w:br/>
        <w:t>З розпукою й сльозами.</w:t>
      </w:r>
    </w:p>
    <w:p>
      <w:r>
        <w:br/>
        <w:t>Ми народились не самі&lt;br /&gt;</w:t>
        <w:br/>
        <w:t>І день благословили,—&lt;br /&gt;</w:t>
        <w:br/>
        <w:t>Діди-бо знали,— будем Ми!&lt;br /&gt;</w:t>
        <w:br/>
        <w:t>І Меч нам залишили.</w:t>
      </w:r>
    </w:p>
    <w:p>
      <w:r>
        <w:br/>
        <w:t>Благословен же день і час,&lt;br /&gt;</w:t>
        <w:br/>
        <w:t>І бурі ці, і зливи,&lt;br /&gt;</w:t>
        <w:br/>
        <w:t>І мати, що родила нас,&lt;br /&gt;</w:t>
        <w:br/>
        <w:t>Щоб взяти МЕЧ могли ми.</w:t>
      </w:r>
    </w:p>
    <w:p>
      <w:r>
        <w:br/>
        <w:t>І сполохи, і все, що є,—&lt;br /&gt;</w:t>
        <w:br/>
        <w:t>Благословенно тричі!&lt;br /&gt;</w:t>
        <w:br/>
        <w:t>Прийми життя таким, як є,&lt;br /&gt;</w:t>
        <w:br/>
        <w:t>Й дивись йому у вічі.</w:t>
      </w:r>
    </w:p>
    <w:p>
      <w:r>
        <w:br/>
        <w:t>На світі цім розумно все —&lt;br /&gt;</w:t>
        <w:br/>
        <w:t>І тюрми ці, і ґрати,&lt;br /&gt;</w:t>
        <w:br/>
        <w:t>І ми, що прибули оце,&lt;br /&gt;</w:t>
        <w:br/>
        <w:t>Щоб їх поруйнувати.</w:t>
      </w:r>
    </w:p>
    <w:p>
      <w:r>
        <w:br/>
        <w:t>Клади ж важкий п'ястук на Меч,&lt;br /&gt;</w:t>
        <w:br/>
        <w:t>Чіпляй через рамено...&lt;br /&gt;</w:t>
        <w:br/>
        <w:t>Ми народилися якраз!&lt;br /&gt;</w:t>
        <w:br/>
        <w:t>Ставай плечем до мене.</w:t>
      </w:r>
    </w:p>
    <w:p>
      <w:r>
        <w:br/>
        <w:t>Ми народилися якраз&lt;br /&gt;</w:t>
        <w:br/>
        <w:t>І знаєм, чиї діти.</w:t>
      </w:r>
    </w:p>
    <w:p>
      <w:r>
        <w:br/>
        <w:t>Благословен цей день і час,—&lt;br /&gt;</w:t>
        <w:br/>
        <w:t>Тут є нам що робити.&lt;br /&gt;</w:t>
        <w:br/>
        <w:t>Клади ж важкий п'ястук на Меч&lt;br /&gt;</w:t>
        <w:br/>
        <w:t>І не хитайсь в двобої!</w:t>
      </w:r>
    </w:p>
    <w:p>
      <w:r>
        <w:br/>
        <w:t>Ми будем гордо умирать&lt;br /&gt;</w:t>
        <w:br/>
        <w:t>І не вмремо з тобою.</w:t>
      </w:r>
    </w:p>
    <w:p>
      <w:r>
        <w:br/>
        <w:t>Ми є. Були. І будем МИ!&lt;br /&gt;</w:t>
        <w:br/>
        <w:t>Й Вітчизна наша з нами!&lt;br /&gt;</w:t>
        <w:br/>
        <w:t>Нехай ідуть до чорта всі&lt;br /&gt;</w:t>
        <w:br/>
        <w:t>З розпукою й сльозами.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бумеранг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