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Золоте яєчко</w:t>
      </w:r>
    </w:p>
    <w:p>
      <w:r>
        <w:br/>
        <w:t xml:space="preserve"> &lt;p&gt;Ну й ловко грає Андрiйко на пищику!</w:t>
      </w:r>
    </w:p>
    <w:p>
      <w:r>
        <w:br/>
        <w:t>Ви нiколи не чули, як вiн грає?</w:t>
      </w:r>
    </w:p>
    <w:p>
      <w:r>
        <w:br/>
        <w:t>Пищик у нього як живий. Схоче Андрiйко — i заспiває вiн у нього тоненько-тоненько, як комар. Схоче — обiзветься товсто, загуде, як джмiль. А буває, закукурiкає, як молодий пiвник, — i голосисто, i трошки хрипло.</w:t>
      </w:r>
    </w:p>
    <w:p>
      <w:r>
        <w:br/>
        <w:t>А подумати тiльки — звичайний пищик iз стручка жовто&amp;#239; акацi&amp;#239;!</w:t>
      </w:r>
    </w:p>
    <w:p>
      <w:r>
        <w:br/>
        <w:t>Та самий стручок не засвистить, хоч дмухайте в нього цiлий день! Треба вмiти зробити з нього пищика.</w:t>
      </w:r>
    </w:p>
    <w:p>
      <w:r>
        <w:br/>
        <w:t>Андрiйко робить так. Зiрве стручок, який повнiший, тодi розкриває його. Тiльки обережно розкриває, щоб, бува, не вiдломилась половинка вiд половинки. А тодi вишкрябає нiгтем iз стручка насiння i знову стулить обидвi половинки.</w:t>
      </w:r>
    </w:p>
    <w:p>
      <w:r>
        <w:br/>
        <w:t>Ось вам i готовий пищик! Тепер тiльки взяти кiнчик його в рот i дмухати.</w:t>
      </w:r>
    </w:p>
    <w:p>
      <w:r>
        <w:br/>
        <w:t>Всiх сво&amp;#239;х товаришiв у дитячому садку навчив Андрiйко робити пищики. Добре, що в дворi акацi&amp;#239; багато.</w:t>
      </w:r>
    </w:p>
    <w:p>
      <w:r>
        <w:br/>
        <w:t>Коли ж набриднуть пищики, дiтвора прополює квiти на клумбi, грається в м'яча або вихователька Марiя Семенiвна читає з книжки якусь цiкаву казку.</w:t>
      </w:r>
    </w:p>
    <w:p>
      <w:r>
        <w:br/>
        <w:t>А от як приходить Андрiйко додому, то вже й не знає, що йому робити. А що ж, коли нiяко&amp;#239; роботи йому не дають у колгоспi. Малий ще. Трактором орати не вмiє, комбайном керувати теж iще не навчився. Правда, комбайнер дядько Овсiй обiцяв навчити, та то тiльки так, аби було сказано.</w:t>
      </w:r>
    </w:p>
    <w:p>
      <w:r>
        <w:br/>
        <w:t>Ну, от i лишається хлопчиковi тiльки на пищику пищати та робити прискавки з дудок болиголова.</w:t>
      </w:r>
    </w:p>
    <w:p>
      <w:r>
        <w:br/>
        <w:t>Правда, iншi дiти ще виуджують з нiрок павукiв-тарантулiв. Почеплять на нитку воску i — в нiрку. Дратують павука, доки вiн не вчепиться у вiск. Тодi тiльки — сiп! I вже витягли павучище!</w:t>
      </w:r>
    </w:p>
    <w:p>
      <w:r>
        <w:br/>
        <w:t>Але Андрiйко павукiв не ловить. Вони страшнi, сiрi, у них аж вiсiм волохатих нiг, i до того ж усiм вiдомо, що вони отруйнi.</w:t>
      </w:r>
    </w:p>
    <w:p>
      <w:r>
        <w:br/>
        <w:t>Так що бо&amp;#239;ться &amp;#239;х ловити Андрiйко. (Тiльки ж, будь ласка, нiкому про це не кажiть, а то Андрiйко розсердиться. Вiн вважає себе дуже хоробрим.)</w:t>
      </w:r>
    </w:p>
    <w:p>
      <w:r>
        <w:br/>
        <w:t>От одного разу прийшов хлопчик iз дитячого садка. Сонце ще не сiло. Батька й матерi не було вдома, припiзнились на роботi. Старшi хлопцi побiгли купатися. Дiд Лука плете вершу, дядько Степан на пасiцi.</w:t>
      </w:r>
    </w:p>
    <w:p>
      <w:r>
        <w:br/>
        <w:t>Усiм є робота, одному тiльки Андрiйковi нема чого робити.</w:t>
      </w:r>
    </w:p>
    <w:p>
      <w:r>
        <w:br/>
        <w:t>Ну, вiн устромив у рот пищик i вийшов на вулицю. А навпроти в кузнi стукає молот. Зазирнув хлопчик у кузню. Молот — бум, бум — б'є по розпеченому куску залiза, що його тримає довгими клiщами Микола, старший брат Андрiйкiв.</w:t>
      </w:r>
    </w:p>
    <w:p>
      <w:r>
        <w:br/>
        <w:t>— Дай я подержу! — гукає Андрiйко. Микола озирнувся:</w:t>
      </w:r>
    </w:p>
    <w:p>
      <w:r>
        <w:br/>
        <w:t>— Ану, йди звiдси! Бо ще обпечешся.</w:t>
      </w:r>
    </w:p>
    <w:p>
      <w:r>
        <w:br/>
        <w:t>Ну, звiсно, дорослим усе можна: i в кузнi кувати, i трактором орати, i комбайном пшеницю косити. А як малому — то нiчого не можна. А хiба ж Андрiйко не зумiв би подержати клiщами кусок залiза на ковадлi? Дуже просто! I зовсiм не обпiкся б.</w:t>
      </w:r>
    </w:p>
    <w:p>
      <w:r>
        <w:br/>
        <w:t>Та що ж поробиш!</w:t>
      </w:r>
    </w:p>
    <w:p>
      <w:r>
        <w:br/>
        <w:t>Поплентався Андрiйко далi, пищик обзивається на всю вулицю.</w:t>
      </w:r>
    </w:p>
    <w:p>
      <w:r>
        <w:br/>
        <w:t>Куди ж пiти? — думає хлопчик. I враз вирiшує: Пiду на птахоферму. У, там дуже цiкаво! Якi там кури! Всi бiлi, як снiг, сокорять, кудкудачуть, а пiвнi кукурiкають — такi голосистi!</w:t>
      </w:r>
    </w:p>
    <w:p>
      <w:r>
        <w:br/>
        <w:t>Птахофермою завiдує бабуся Олена Григорiвна. Чув хлопчина, як казали люди, що в не&amp;#239; на птахофермi кури золотi яєчка несуть.</w:t>
      </w:r>
    </w:p>
    <w:p>
      <w:r>
        <w:br/>
        <w:t>Прийшов Андрiйко на птахоферму. Вiдчинив хвiртку i просто — у двiр.</w:t>
      </w:r>
    </w:p>
    <w:p>
      <w:r>
        <w:br/>
        <w:t>Так ураз i потрапив у курячу кра&amp;#239;ну. Ой, скiльки ж тут було курей! Куди не глянь — кури. I в той бiк — кури, i в цей — кури. I ген, аж туди, де верба росте, — i там кури! Усi бiлi, з червоними гребiнцями. В одних гребiнь угору, в iнших звисає, як сережка. Ця курка щось клює, iнша щипає якусь билинку. А одна все бiгає за подружкою, намагається вiдняти в не&amp;#239; черв'яка. Але подружка — моторна, не випускає здобичi.</w:t>
      </w:r>
    </w:p>
    <w:p>
      <w:r>
        <w:br/>
        <w:t>Де не взявся пiвень — теж бiлий, тiльки дуже хвостатий, як скочить на корито, як кукурiкне!</w:t>
      </w:r>
    </w:p>
    <w:p>
      <w:r>
        <w:br/>
        <w:t>Це вiн поздоровкався зо мною, — подумав Андрiйко, встромив у рот пищик та як запищить!</w:t>
      </w:r>
    </w:p>
    <w:p>
      <w:r>
        <w:br/>
        <w:t>Що тут сталося! Всi кури так i чкурнули на всi боки!</w:t>
      </w:r>
    </w:p>
    <w:p>
      <w:r>
        <w:br/>
        <w:t>От iще, якi полохливi! Цищика не чули, чи що?</w:t>
      </w:r>
    </w:p>
    <w:p>
      <w:r>
        <w:br/>
        <w:t>В цю хвилину хтось закахикав — кха-кха, i на порозi з'явилася бабуся Олена Григорiвна.</w:t>
      </w:r>
    </w:p>
    <w:p>
      <w:r>
        <w:br/>
        <w:t>— Хто там порушує порядок? — спитала вона i приставила до очей долоню, щоб краще роздивитись Андрiйка. А в другiй руцi вона тримала торбинку.</w:t>
      </w:r>
    </w:p>
    <w:p>
      <w:r>
        <w:br/>
        <w:t>От Андрiйко пiдiйшов ближче i чемно привiтався:</w:t>
      </w:r>
    </w:p>
    <w:p>
      <w:r>
        <w:br/>
        <w:t>— Здрастуйте, бабусю! Я нiчого не порушую, це пищик. Такий уредний. Голосистий, як отой ваш пiвень!</w:t>
      </w:r>
    </w:p>
    <w:p>
      <w:r>
        <w:br/>
        <w:t>Тут Олена Григорiвна й упiзнала хлопчика.</w:t>
      </w:r>
    </w:p>
    <w:p>
      <w:r>
        <w:br/>
        <w:t>— Здоров, Андрiйку! Давно тебе не бачила. Що поробляєш? Може, тебе вже бригадиром настановили в колгоспi, а я й не знаю?</w:t>
      </w:r>
    </w:p>
    <w:p>
      <w:r>
        <w:br/>
        <w:t>— Нi, я на комбайнера скоро вчитимусь, — сказав Андрiйко. — А зараз нiяко&amp;#239; роботи в мене немає.</w:t>
      </w:r>
    </w:p>
    <w:p>
      <w:r>
        <w:br/>
        <w:t>— Отако&amp;#239;! Виходить, що ти байдики б'єш?</w:t>
      </w:r>
    </w:p>
    <w:p>
      <w:r>
        <w:br/>
        <w:t>— Е нi, я в дитячий садок ходжу i на пищику граю. Ось послухайте.</w:t>
      </w:r>
    </w:p>
    <w:p>
      <w:r>
        <w:br/>
        <w:t>Хлопчик хотiв уже взяти пищика в рот, та бабуся руками замахала:</w:t>
      </w:r>
    </w:p>
    <w:p>
      <w:r>
        <w:br/>
        <w:t>— Годi, годi, не треба! Чула вже! Ти менi всiх курей розколошкаєш. Якщо хочеш, я тобi дам справжню роботу.</w:t>
      </w:r>
    </w:p>
    <w:p>
      <w:r>
        <w:br/>
        <w:t>— Роботу? — так i кинувся Андрiйко. — А яку?</w:t>
      </w:r>
    </w:p>
    <w:p>
      <w:r>
        <w:br/>
        <w:t>— Яку роботу? Кха-кха... Допоможи курей нагодувати.</w:t>
      </w:r>
    </w:p>
    <w:p>
      <w:r>
        <w:br/>
        <w:t>I вона простягла Андрiйковi торбинку, а в нiй був ячмiнь.</w:t>
      </w:r>
    </w:p>
    <w:p>
      <w:r>
        <w:br/>
        <w:t>Хлопчик набирав повнi жменi зерна i розсипав його по кормушках, гукаючи: Тю-тi, тю-тi, тю-тi!</w:t>
      </w:r>
    </w:p>
    <w:p>
      <w:r>
        <w:br/>
        <w:t>Сколихнулась, заметушилась уся куряча кра&amp;#239;на. З усiх нiг кинулися кури на голос. Оточили Андрiйка, хапають ячмiнь, просто з-пiд нiг, а один пiвник аж пiдлетiв, хотiв клюнути зернину iз жменi.</w:t>
      </w:r>
    </w:p>
    <w:p>
      <w:r>
        <w:br/>
        <w:t>Спорожнив хлопчик торбинку, а Олена Григорiвна приказує:</w:t>
      </w:r>
    </w:p>
    <w:p>
      <w:r>
        <w:br/>
        <w:t>— Молодець, Андрiйку! Я й не знала, що ти такий беручкий до роботи. Де ж ти навчився курей так годувати?</w:t>
      </w:r>
    </w:p>
    <w:p>
      <w:r>
        <w:br/>
        <w:t>— Яка там наука? — з погордою вiдповiв Андрiйко. — Бачив, як мати годували. Тiльки в нас пiвня треба вiдганяти, бо вiн такий ненажера, враз усе зерно похапає.</w:t>
      </w:r>
    </w:p>
    <w:p>
      <w:r>
        <w:br/>
        <w:t>— Ну, коли так, — сказала Олена Григорiвна, — то дам я тобi ще одну роботу. Моя помiчниця сьогоднi захворiла, то ти допоможи менi. Ось вiзьми сито та ходiмо зо мною в сарай по-збираємо яєчка. Тiльки гляди, щоб не розбив жодного!</w:t>
      </w:r>
    </w:p>
    <w:p>
      <w:r>
        <w:br/>
        <w:t>У такому великому сара&amp;#239; Андрiйко ще нiколи не був. Вiн з цiкавiстю розглядався на всi боки. Пiд стiнами у два ряди стояли клiтки. &amp;#239;х було багато, а скiльки — невiдомо, бо Андрiйко вмiє рахувати тiльки до двадцяти.</w:t>
      </w:r>
    </w:p>
    <w:p>
      <w:r>
        <w:br/>
        <w:t>— Ой бабусю, скiльки тут клiток! — гукнув хлопчик. — Нащо вони?</w:t>
      </w:r>
    </w:p>
    <w:p>
      <w:r>
        <w:br/>
        <w:t>— Тихенько, Андрiйку, — каже бабуся. — Не вигукуй, руками не махай! А навiщо клiтки, зараз сам побачиш. Глянь лишень на оту курку...</w:t>
      </w:r>
    </w:p>
    <w:p>
      <w:r>
        <w:br/>
        <w:t>Дивиться хлопчик: пiдiйшла курка до клiтки, зазирає у вiдчиненi дверцята. I лiвим оком, i правим, — витягла шию, в один бiк зиркнула, у другий, немов роздумує: чи зайти &amp;#239;й усередину? А тодi обережно ступнула вперед — ще раз, ще раз ступнула... I тiльки опинилась у клiтцi, дверцята тихенько — хлоп! Самi-самiсiнькi зачинились за нею — без шуму, без грюку, навiть не рипнули!</w:t>
      </w:r>
    </w:p>
    <w:p>
      <w:r>
        <w:br/>
        <w:t>Ще бiльше здивувався Андрiйко, а бабуся Олена Григорiвна усмiхається:</w:t>
      </w:r>
    </w:p>
    <w:p>
      <w:r>
        <w:br/>
        <w:t>— У нас кури в клiтках несуться, хлопче. Як увiйде курка в клiтку, то вже не вискочить, аж доки не випустимо &amp;#239;&amp;#239; та не запишемо, яка курка знеслася.</w:t>
      </w:r>
    </w:p>
    <w:p>
      <w:r>
        <w:br/>
        <w:t>Назбирав Андрiйко з бабусею багато яєць, жодного не розбив. А якi вони — всякi, всякi! I круглi, i довгастенькi. В одних шкаралупа темнiша, а в iнших зовсiм бiла. Правда, золотих яєчок хлопчик не знайшов, бо то ж тiльки в казцi розповiдається, як ряба курочка знесла золоте яєчко.</w:t>
      </w:r>
    </w:p>
    <w:p>
      <w:r>
        <w:br/>
        <w:t>Гордий та щасливий Андрiйко. А що, тепер i для нього знайшлася робота!</w:t>
      </w:r>
    </w:p>
    <w:p>
      <w:r>
        <w:br/>
        <w:t>Як iшов додому, подарувала йому бабуся найбiльше яєчко. Обережно принiс його Андрiйко, хвалиться батьковi й матерi, як годував на птахофермi курей, як збирав яйця.</w:t>
      </w:r>
    </w:p>
    <w:p>
      <w:r>
        <w:br/>
        <w:t>— А без мене не впоралась би з роботою бабуся! — розповiдає. — Авжеж! Курей багато, а бабуся Олена Григорiвна одна!</w:t>
      </w:r>
    </w:p>
    <w:p>
      <w:r>
        <w:br/>
        <w:t>Батько взяв яєчко, поклав на долоню та й каже:</w:t>
      </w:r>
    </w:p>
    <w:p>
      <w:r>
        <w:br/>
        <w:t>— А воно — не просте! Не просте, а золоте.</w:t>
      </w:r>
    </w:p>
    <w:p>
      <w:r>
        <w:br/>
        <w:t>— Не обманюйте, — махнув рукою хлопчик. — Я ж бачу, що воно бiле.</w:t>
      </w:r>
    </w:p>
    <w:p>
      <w:r>
        <w:br/>
        <w:t>— Е, нiчого ти не бачиш, — усмiхнувся батько. — А йди-но ближче.</w:t>
      </w:r>
    </w:p>
    <w:p>
      <w:r>
        <w:br/>
        <w:t>Вiн пiдняв яєчко проти електрично&amp;#239; лампочки.</w:t>
      </w:r>
    </w:p>
    <w:p>
      <w:r>
        <w:br/>
        <w:t>— Дивися!</w:t>
      </w:r>
    </w:p>
    <w:p>
      <w:r>
        <w:br/>
        <w:t>Глянув Андрiйко i аж рот роззявив з подиву. Просвiчує яєчко наскрiзь золотим промiнням, спалахує нiжним рожевим свiтлом.</w:t>
      </w:r>
    </w:p>
    <w:p>
      <w:r>
        <w:br/>
        <w:t>Зачаровано дивиться на нього хлопчик, а воно все так i сяє, так i горить!</w:t>
      </w:r>
    </w:p>
    <w:p>
      <w:r>
        <w:br/>
        <w:t>— Бачиш тепер, — смiється батько. — А ти не вiрив! Золоте яєчко, бо заробив ти його чесною працею, як справжнiй роботящий колгоспник.</w:t>
      </w:r>
    </w:p>
    <w:p>
      <w:r>
        <w:br/>
        <w:t>I всю нiч снилось Андрiйковi золоте яєчко. Воно сяяло ясним промiнням, i вiд нього було так свiтло в хатi, як вiд електрики.</w:t>
      </w:r>
    </w:p>
    <w:p>
      <w:r>
        <w:br/>
        <w:t>Часто тепер ходить на птахоферму Андрiйко, допомагає бабусi.</w:t>
      </w:r>
    </w:p>
    <w:p>
      <w:r>
        <w:br/>
        <w:t>А в дитячому садку вiн хвалиться таким, як i сам. малюкам:</w:t>
      </w:r>
    </w:p>
    <w:p>
      <w:r>
        <w:br/>
        <w:t>— Що без мене й робила б бабуся Олена Григорiвна!</w:t>
      </w:r>
    </w:p>
    <w:p>
      <w:r>
        <w:br/>
        <w:t>Ну, а пищикiв зараз Андрiйко не робить, бо стручки на акацi&amp;#239; вже засохли, поскручувались, i з них iз трiском вискакує дрiбне насiння. Замiсть пищика хлопчик знайшов iншу забавку: прикладе двома пальцями листочок до рота й кукурiкає, чистiсiнько як молодий пiвник. А йому весело вiдповiдають пiвнi з усiх дворiв.</w:t>
      </w:r>
    </w:p>
    <w:p>
      <w:r>
        <w:br/>
        <w:t>I тепер, коли хтось, бува, згадає в розмовi Андрiйка, то питають:</w:t>
      </w:r>
    </w:p>
    <w:p>
      <w:r>
        <w:br/>
        <w:t>— А який це Андрiйко? Чи не той, що принiс iз птахоферми золоте яєчко?</w:t>
      </w:r>
    </w:p>
    <w:p>
      <w:r>
        <w:t>За матеріалами: "Веселка". Книга для читання в дошкільних закладах. Упорядники: В.Д. Крушинська, Л.В. Кремсал, Л.В. Гураш. Художник Л.П.Гніппель. Київ, видавництво "Радянська школа", 1989, стор. 195 — 198.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Золоте яєчко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