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Золоте дитинство</w:t>
      </w:r>
    </w:p>
    <w:p>
      <w:r>
        <w:br/>
        <w:t xml:space="preserve"> Мені наказано сидіти,&lt;br /&gt;</w:t>
        <w:br/>
        <w:t>Пшеницю миту стерегти…&lt;br /&gt;</w:t>
        <w:br/>
        <w:t>А на луці попові діти&lt;br /&gt;</w:t>
        <w:br/>
        <w:t>Стрибають, мов коти.</w:t>
      </w:r>
    </w:p>
    <w:p>
      <w:r>
        <w:br/>
        <w:t>В траві розлігся день червцевий,&lt;br /&gt;</w:t>
        <w:br/>
        <w:t>Примружив очи голубі:&lt;br /&gt;</w:t>
        <w:br/>
        <w:t>Як вільно горобцеві&lt;br /&gt;</w:t>
        <w:br/>
        <w:t>Цвірінькать по вербі!</w:t>
      </w:r>
    </w:p>
    <w:p>
      <w:r>
        <w:br/>
        <w:t>Як вільно вітрові котиться&lt;br /&gt;</w:t>
        <w:br/>
        <w:t>По врунах у степу!&lt;br /&gt;</w:t>
        <w:br/>
        <w:t>А ти – біля пшениці,&lt;br /&gt;</w:t>
        <w:br/>
        <w:t>Мов сірий цуцик на цепу…</w:t>
      </w:r>
    </w:p>
    <w:p>
      <w:r>
        <w:br/>
        <w:t>Покинути б тісні городи,&lt;br /&gt;</w:t>
        <w:br/>
        <w:t>Та з вільним вітром – у поля!&lt;br /&gt;</w:t>
        <w:br/>
        <w:t>Але господар&lt;br /&gt;</w:t>
        <w:br/>
        <w:t>Не дозволя:</w:t>
      </w:r>
    </w:p>
    <w:p>
      <w:r>
        <w:br/>
        <w:t>Бо мати на поденній полють —&lt;br /&gt;</w:t>
        <w:br/>
        <w:t>Зо мною на харчах…&lt;br /&gt;</w:t>
        <w:br/>
        <w:t>…А попинята очи колють —&lt;br /&gt;</w:t>
        <w:br/>
        <w:t>– Старча, старча!</w:t>
      </w:r>
    </w:p>
    <w:p>
      <w:r>
        <w:br/>
        <w:t>Дивись, коліна драні.&lt;br /&gt;</w:t>
        <w:br/>
        <w:t>А бриль носив мабуть ще дід.&lt;br /&gt;</w:t>
        <w:br/>
        <w:t>– Ну, подождіть ви, куцоштані,&lt;br /&gt;</w:t>
        <w:br/>
        <w:t>Дійду я літ!</w:t>
      </w:r>
    </w:p>
    <w:p>
      <w:r>
        <w:br/>
        <w:t>Я позбираю – до галузки —&lt;br /&gt;</w:t>
        <w:br/>
        <w:t>Дитячі болі й збережу.&lt;br /&gt;</w:t>
        <w:br/>
        <w:t>І вже напевне вам мотузку&lt;br /&gt;</w:t>
        <w:br/>
        <w:t>З них золоту зв’яжу!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Золоте дитинство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