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Золота вежа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Золота вежа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