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росинка (збірка)</w:t>
      </w:r>
    </w:p>
    <w:p>
      <w:r>
        <w:br/>
        <w:t xml:space="preserve"> ВЕСНА – ЦЕ ДИВОВИЖНИЙ ГІМН СВОБОДІ, ЖИТТЯ, НЕОПАЛИМА КУПИНА&lt;br /&gt;</w:t>
        <w:br/>
        <w:t>Березневе капотіння&lt;br /&gt;</w:t>
        <w:br/>
        <w:t>Стою під березневим капотінням,&lt;br /&gt;</w:t>
        <w:br/>
        <w:t>А тільки-но отут була зима.&lt;br /&gt;</w:t>
        <w:br/>
        <w:t>Десь полетіла в сивобрових тінях,&lt;br /&gt;</w:t>
        <w:br/>
        <w:t>І більше царства срібного нема.&lt;br /&gt;</w:t>
        <w:br/>
        <w:t>Берізонька, здивована весною,&lt;br /&gt;</w:t>
        <w:br/>
        <w:t>Стріпнула краплі з війок-гілочок,&lt;br /&gt;</w:t>
        <w:br/>
        <w:t>Зігнула брівку білою дугою:&lt;br /&gt;</w:t>
        <w:br/>
        <w:t>Довкола повінь в гомоні річок!&lt;br /&gt;</w:t>
        <w:br/>
        <w:t>Співає сніг у водах на осонні –&lt;br /&gt;</w:t>
        <w:br/>
        <w:t>Діждалась волі крига і скреса!&lt;br /&gt;</w:t>
        <w:br/>
        <w:t>А "кошенятка" верболозів сонні&lt;br /&gt;</w:t>
        <w:br/>
        <w:t>Срібляться м’яко, і така краса</w:t>
      </w:r>
    </w:p>
    <w:p>
      <w:r>
        <w:br/>
        <w:t>Довкола у блискучому промінні,&lt;br /&gt;</w:t>
        <w:br/>
        <w:t>У бульканні щасливому води,&lt;br /&gt;</w:t>
        <w:br/>
        <w:t>В березовій тоненькій світлотіні,&lt;br /&gt;</w:t>
        <w:br/>
        <w:t>Що кращого у світі не знайти!</w:t>
      </w:r>
    </w:p>
    <w:p>
      <w:r>
        <w:br/>
        <w:t>Весна – це дивовижний гімн свободі,&lt;br /&gt;</w:t>
        <w:br/>
        <w:t>Життя неопалима купина,&lt;br /&gt;</w:t>
        <w:br/>
        <w:t>Любов одвічна в нашому народі&lt;br /&gt;</w:t>
        <w:br/>
        <w:t>До України, що в серцях одна!</w:t>
      </w:r>
    </w:p>
    <w:p>
      <w:r>
        <w:br/>
        <w:t>Немов цимбали, грає капотіння,&lt;br /&gt;</w:t>
        <w:br/>
        <w:t>Скресає срібна крига на Дніпрі,&lt;br /&gt;</w:t>
        <w:br/>
        <w:t>І сонця яре, весняне цвітіння –&lt;br /&gt;</w:t>
        <w:br/>
        <w:t>На кобзаревій канівській горі!</w:t>
      </w:r>
    </w:p>
    <w:p>
      <w:r>
        <w:br/>
        <w:t>Торкнуся до берізоньки сльозою,&lt;br /&gt;</w:t>
        <w:br/>
        <w:t>До білосніжки в березневім сні.&lt;br /&gt;</w:t>
        <w:br/>
        <w:t>Обсипана краплистою росою,&lt;br /&gt;</w:t>
        <w:br/>
        <w:t>Вона мов усміхається весні!</w:t>
      </w:r>
    </w:p>
    <w:p>
      <w:r>
        <w:br/>
        <w:t>Підсніжник</w:t>
      </w:r>
    </w:p>
    <w:p>
      <w:r>
        <w:br/>
        <w:t>Весна летить на конях вогняних&lt;br /&gt;</w:t>
        <w:br/>
        <w:t>В попонах білих срібного туману,&lt;br /&gt;</w:t>
        <w:br/>
        <w:t>Гривасті попаски з’їдають сніг –&lt;br /&gt;</w:t>
        <w:br/>
        <w:t>Замерзлої води сипку оману.</w:t>
      </w:r>
    </w:p>
    <w:p>
      <w:r>
        <w:br/>
        <w:t>Тож тане він, хоча й струмків нема,&lt;br /&gt;</w:t>
        <w:br/>
        <w:t>Зникає у кудлатому тумані.&lt;br /&gt;</w:t>
        <w:br/>
        <w:t>Сховалася за пагорбом зима,&lt;br /&gt;</w:t>
        <w:br/>
        <w:t>А там з-під снігу перші квіти ранні</w:t>
      </w:r>
    </w:p>
    <w:p>
      <w:r>
        <w:br/>
        <w:t>Біленькі розкривають пелюстки,&lt;br /&gt;</w:t>
        <w:br/>
        <w:t>Неначе сніг у цвіт перетворили!&lt;br /&gt;</w:t>
        <w:br/>
        <w:t>Підсніжники, весни чарівники,&lt;br /&gt;</w:t>
        <w:br/>
        <w:t>Де ви взяли снаги, любові сили,</w:t>
      </w:r>
    </w:p>
    <w:p>
      <w:r>
        <w:br/>
        <w:t>Що зацвіли так ніжно у снігах,&lt;br /&gt;</w:t>
        <w:br/>
        <w:t>Що не спинили вас зими погрози?&lt;br /&gt;</w:t>
        <w:br/>
        <w:t>Голівоньки у снігових вінках!&lt;br /&gt;</w:t>
        <w:br/>
        <w:t>Поезія цвіте в життєвій прозі.</w:t>
      </w:r>
    </w:p>
    <w:p>
      <w:r>
        <w:br/>
        <w:t>І ось тепер діждалися весни.&lt;br /&gt;</w:t>
        <w:br/>
        <w:t>Не зачіпають вас туману коні.&lt;br /&gt;</w:t>
        <w:br/>
        <w:t>Ви ще повиті у зимові сни,&lt;br /&gt;</w:t>
        <w:br/>
        <w:t>Як принци в діамантових коронах.</w:t>
      </w:r>
    </w:p>
    <w:p>
      <w:r>
        <w:br/>
        <w:t>Розтуляться довгасті пелюстки,&lt;br /&gt;</w:t>
        <w:br/>
        <w:t>Де сонечко весни на самім денці.&lt;br /&gt;</w:t>
        <w:br/>
        <w:t>Довірливо торкаєтесь руки.&lt;br /&gt;</w:t>
        <w:br/>
        <w:t>Вас не зірву. Цвітіть в моєму серці!</w:t>
      </w:r>
    </w:p>
    <w:p>
      <w:r>
        <w:br/>
        <w:t>Нехай думки вирують, як вода&lt;br /&gt;</w:t>
        <w:br/>
        <w:t>У повені весняного розвою.&lt;br /&gt;</w:t>
        <w:br/>
        <w:t>Щоб обійшла наш рідний край біда,&lt;br /&gt;</w:t>
        <w:br/>
        <w:t>Його підсніжник затулив собою!</w:t>
      </w:r>
    </w:p>
    <w:p>
      <w:r>
        <w:br/>
        <w:t>Весна в Україні</w:t>
      </w:r>
    </w:p>
    <w:p>
      <w:r>
        <w:br/>
        <w:t>Підсніжники несуть на землю сяйво&lt;br /&gt;</w:t>
        <w:br/>
        <w:t>Минулої сріблястої зими,&lt;br /&gt;</w:t>
        <w:br/>
        <w:t>Мов кажуть, що й вона була не зайва,&lt;br /&gt;</w:t>
        <w:br/>
        <w:t>Що й зиму вмієм полюбити ми.</w:t>
      </w:r>
    </w:p>
    <w:p>
      <w:r>
        <w:br/>
        <w:t>Їх пелюстки – немов сніжинок гроно,&lt;br /&gt;</w:t>
        <w:br/>
        <w:t>Мов спогад про завії снігові.&lt;br /&gt;</w:t>
        <w:br/>
        <w:t>Помчав хурделиць потяг від перону,&lt;br /&gt;</w:t>
        <w:br/>
        <w:t>А ми стрічаєм радощі нові.</w:t>
      </w:r>
    </w:p>
    <w:p>
      <w:r>
        <w:br/>
        <w:t>Тож перестук коліс все далі, далі.&lt;br /&gt;</w:t>
        <w:br/>
        <w:t>Куди поїхала від нас зима,&lt;br /&gt;</w:t>
        <w:br/>
        <w:t>Нам не лишивши й крапельки печалі?&lt;br /&gt;</w:t>
        <w:br/>
        <w:t>Лиш білий цвіт на згадку не дарма</w:t>
      </w:r>
    </w:p>
    <w:p>
      <w:r>
        <w:br/>
        <w:t>Наш вабить зір, де снігу кучугури,&lt;br /&gt;</w:t>
        <w:br/>
        <w:t>Мов звірі-альбіноси тут жили.&lt;br /&gt;</w:t>
        <w:br/>
        <w:t>Їх підхопили вже останні бурі&lt;br /&gt;</w:t>
        <w:br/>
        <w:t>Холодної туманної імли</w:t>
      </w:r>
    </w:p>
    <w:p>
      <w:r>
        <w:br/>
        <w:t>І понесли на північ за собою –&lt;br /&gt;</w:t>
        <w:br/>
        <w:t>Ведмедям білим загадку – звідкіль?&lt;br /&gt;</w:t>
        <w:br/>
        <w:t>На небосхилі срібною габою&lt;br /&gt;</w:t>
        <w:br/>
        <w:t>Замаяла остання заметіль.</w:t>
      </w:r>
    </w:p>
    <w:p>
      <w:r>
        <w:br/>
        <w:t>А в Україні роз’яснилось небо,&lt;br /&gt;</w:t>
        <w:br/>
        <w:t>Несуть весну пташині голоси.&lt;br /&gt;</w:t>
        <w:br/>
        <w:t>Ми відчуваєм в ній таку потребу,&lt;br /&gt;</w:t>
        <w:br/>
        <w:t>Як білоцвіти, сповнені краси.</w:t>
      </w:r>
    </w:p>
    <w:p>
      <w:r>
        <w:br/>
        <w:t>У кожнім серці мрії, наче квіти&lt;br /&gt;</w:t>
        <w:br/>
        <w:t>Підсніжників, розквітли навесні.&lt;br /&gt;</w:t>
        <w:br/>
        <w:t>Тож Україна вся відкрита світу!&lt;br /&gt;</w:t>
        <w:br/>
        <w:t>У ній, мов квітці, радісно мені!</w:t>
      </w:r>
    </w:p>
    <w:p>
      <w:r>
        <w:br/>
        <w:t>Весняна Скіфія</w:t>
      </w:r>
    </w:p>
    <w:p>
      <w:r>
        <w:br/>
        <w:t>Весна в степу тюльпанами горить,&lt;br /&gt;</w:t>
        <w:br/>
        <w:t>Палахкотить рожевими вітрами.&lt;br /&gt;</w:t>
        <w:br/>
        <w:t>Спливли віки, немов єдина мить,&lt;br /&gt;</w:t>
        <w:br/>
        <w:t>Та постає минуле вітражами</w:t>
      </w:r>
    </w:p>
    <w:p>
      <w:r>
        <w:br/>
        <w:t>Прадавньої веселої весни&lt;br /&gt;</w:t>
        <w:br/>
        <w:t>Причорномор’я, де на килим цвіту&lt;br /&gt;</w:t>
        <w:br/>
        <w:t>Злітаються, немов щасливі сни,&lt;br /&gt;</w:t>
        <w:br/>
        <w:t>Яскраві барви в Скіфії леліти!</w:t>
      </w:r>
    </w:p>
    <w:p>
      <w:r>
        <w:br/>
        <w:t>Весна ряхтить вогнями, як тоді,&lt;br /&gt;</w:t>
        <w:br/>
        <w:t>Немов магічна жриця храму степу!&lt;br /&gt;</w:t>
        <w:br/>
        <w:t>Не бути на цих теренах біді,&lt;br /&gt;</w:t>
        <w:br/>
        <w:t>Бо їх охороняє скіфське небо,</w:t>
      </w:r>
    </w:p>
    <w:p>
      <w:r>
        <w:br/>
        <w:t>Всю нашу Україну, як колись,&lt;br /&gt;</w:t>
        <w:br/>
        <w:t>Свободою означену віками!&lt;br /&gt;</w:t>
        <w:br/>
        <w:t>Минуле і майбутнє тут сплелись&lt;br /&gt;</w:t>
        <w:br/>
        <w:t>Яскравих весен світлими вінками.</w:t>
      </w:r>
    </w:p>
    <w:p>
      <w:r>
        <w:br/>
        <w:t>О, Скіфіє, далека і близька,&lt;br /&gt;</w:t>
        <w:br/>
        <w:t>Спалахуєш вогнями у росинці!&lt;br /&gt;</w:t>
        <w:br/>
        <w:t>Непереможні скіфи, їх війська,&lt;br /&gt;</w:t>
        <w:br/>
        <w:t>Бо воювали тут не поодинці.</w:t>
      </w:r>
    </w:p>
    <w:p>
      <w:r>
        <w:br/>
        <w:t>Згруповані у праведну сім’ю,&lt;br /&gt;</w:t>
        <w:br/>
        <w:t>Постали скіфи дружно за свободу,&lt;br /&gt;</w:t>
        <w:br/>
        <w:t>Щоб жити вільно в любому краю,&lt;br /&gt;</w:t>
        <w:br/>
        <w:t>Служити Скіфії, її народу.</w:t>
      </w:r>
    </w:p>
    <w:p>
      <w:r>
        <w:br/>
        <w:t>Пройшли віки, і з тих далеких днів&lt;br /&gt;</w:t>
        <w:br/>
        <w:t>Розквітла незалежна Україна.&lt;br /&gt;</w:t>
        <w:br/>
        <w:t>Дніпро-Славутич плине, не змілів,&lt;br /&gt;</w:t>
        <w:br/>
        <w:t>А Україна нині не руїна.</w:t>
      </w:r>
    </w:p>
    <w:p>
      <w:r>
        <w:br/>
        <w:t>Вдивляємось у Скіфії весну,&lt;br /&gt;</w:t>
        <w:br/>
        <w:t>Шукаємо в Дніпрі таємні броди,&lt;br /&gt;</w:t>
        <w:br/>
        <w:t>Щоб таїну свободи осягнуть,&lt;br /&gt;</w:t>
        <w:br/>
        <w:t>Де поєднались вічні два народи.</w:t>
      </w:r>
    </w:p>
    <w:p>
      <w:r>
        <w:br/>
        <w:t>То скіфи в потаємній далині&lt;br /&gt;</w:t>
        <w:br/>
        <w:t>І українство вільне віковічне,&lt;br /&gt;</w:t>
        <w:br/>
        <w:t>Єдині в нашій нинішній весні,&lt;br /&gt;</w:t>
        <w:br/>
        <w:t>Як право на свободу, здавна вічне!</w:t>
      </w:r>
    </w:p>
    <w:p>
      <w:r>
        <w:br/>
        <w:t>Молилися свободі, як і ми,&lt;br /&gt;</w:t>
        <w:br/>
        <w:t>Відстояли її в степу і в лузі.&lt;br /&gt;</w:t>
        <w:br/>
        <w:t>Як кажуть, все було їм до снаги,&lt;br /&gt;</w:t>
        <w:br/>
        <w:t>А ворогу – то, звісно, по заслузі.</w:t>
      </w:r>
    </w:p>
    <w:p>
      <w:r>
        <w:br/>
        <w:t>Тут Україна – Скіфія колись,&lt;br /&gt;</w:t>
        <w:br/>
        <w:t>Її весна прадавня, споконвічна.&lt;br /&gt;</w:t>
        <w:br/>
        <w:t>Ти їй, славетній, нині поклонись,&lt;br /&gt;</w:t>
        <w:br/>
        <w:t>Щоб квітувала в Україні вічно,</w:t>
      </w:r>
    </w:p>
    <w:p>
      <w:r>
        <w:br/>
        <w:t>У пролісках синіли небеса,&lt;br /&gt;</w:t>
        <w:br/>
        <w:t>І вирували рястом срібні води.&lt;br /&gt;</w:t>
        <w:br/>
        <w:t>О, України любої краса,&lt;br /&gt;</w:t>
        <w:br/>
        <w:t>Вінець і слава рідної природи!</w:t>
      </w:r>
    </w:p>
    <w:p>
      <w:r>
        <w:br/>
        <w:t>Привілля, у якому наші дні,&lt;br /&gt;</w:t>
        <w:br/>
        <w:t>Тремкі, сяйливі роси на світанні&lt;br /&gt;</w:t>
        <w:br/>
        <w:t>І квіти, що присвячені весні,&lt;br /&gt;</w:t>
        <w:br/>
        <w:t>Найперші ніжні первоцвіти ранні.</w:t>
      </w:r>
    </w:p>
    <w:p>
      <w:r>
        <w:br/>
        <w:t>Де пролітали скіфські коні вскач,&lt;br /&gt;</w:t>
        <w:br/>
        <w:t>Там крокуси, як зорі, розцвітали.&lt;br /&gt;</w:t>
        <w:br/>
        <w:t>О, Скіфіє прекрасна, нам пробач,&lt;br /&gt;</w:t>
        <w:br/>
        <w:t>Що досі ще не вивели з опали</w:t>
      </w:r>
    </w:p>
    <w:p>
      <w:r>
        <w:br/>
        <w:t>Тебе в ім’я свободи на землі,&lt;br /&gt;</w:t>
        <w:br/>
        <w:t>Яка щораз вітає знову весни.&lt;br /&gt;</w:t>
        <w:br/>
        <w:t>Тільки кургани скіфські у імлі,&lt;br /&gt;</w:t>
        <w:br/>
        <w:t>Бо просто так ніщо ніде не щезне!</w:t>
      </w:r>
    </w:p>
    <w:p>
      <w:r>
        <w:br/>
        <w:t>І скіфська кров струмує, як ріка,&lt;br /&gt;</w:t>
        <w:br/>
        <w:t>У наших венах з вічності донині,&lt;br /&gt;</w:t>
        <w:br/>
        <w:t>Мов паводків розмова гомінка,&lt;br /&gt;</w:t>
        <w:br/>
        <w:t>Зі Скіфії дарована людині,</w:t>
      </w:r>
    </w:p>
    <w:p>
      <w:r>
        <w:br/>
        <w:t>Весни оновлення, як світла рать&lt;br /&gt;</w:t>
        <w:br/>
        <w:t>Холодних вод у сяйві весняному!&lt;br /&gt;</w:t>
        <w:br/>
        <w:t>Тож треба всю красу його зібрать&lt;br /&gt;</w:t>
        <w:br/>
        <w:t>У Скіфію, свободою відому!</w:t>
      </w:r>
    </w:p>
    <w:p>
      <w:r>
        <w:br/>
        <w:t>Щоб та краса, яка цвіла у ній,&lt;br /&gt;</w:t>
        <w:br/>
        <w:t>Влилася в наші перші квіти, трави&lt;br /&gt;</w:t>
        <w:br/>
        <w:t>І в Україні, цій країні мрій,&lt;br /&gt;</w:t>
        <w:br/>
        <w:t>Цвіла весною сяйвом золотавим!</w:t>
      </w:r>
    </w:p>
    <w:p>
      <w:r>
        <w:br/>
        <w:t>Гіацинт Вінниці</w:t>
      </w:r>
    </w:p>
    <w:p>
      <w:r>
        <w:br/>
        <w:t>Скресають березневі небеса,&lt;br /&gt;</w:t>
        <w:br/>
        <w:t>Пливуть хмарки, немов крижини білі.&lt;br /&gt;</w:t>
        <w:br/>
        <w:t>Туманиться нам на очах сльоза,&lt;br /&gt;</w:t>
        <w:br/>
        <w:t>А в серці – гіацинтів заметілі!</w:t>
      </w:r>
    </w:p>
    <w:p>
      <w:r>
        <w:br/>
        <w:t>Приспів:</w:t>
      </w:r>
    </w:p>
    <w:p>
      <w:r>
        <w:br/>
        <w:t>Гіацинти цвітуть, гіацинти цвітуть!&lt;br /&gt;</w:t>
        <w:br/>
        <w:t>У краю нашім квіточка рання!&lt;br /&gt;</w:t>
        <w:br/>
        <w:t>У моєму саду, у твоєму саду&lt;br /&gt;</w:t>
        <w:br/>
        <w:t>Різнобарвні салюти коханню!</w:t>
      </w:r>
    </w:p>
    <w:p>
      <w:r>
        <w:br/>
        <w:t>Рожеві, сині, жовті кольори –&lt;br /&gt;</w:t>
        <w:br/>
        <w:t>Немов веселка перша над землею!&lt;br /&gt;</w:t>
        <w:br/>
        <w:t>Цвітуть вони весняної пори&lt;br /&gt;</w:t>
        <w:br/>
        <w:t>І ваблять рясноквітністю своєю.</w:t>
      </w:r>
    </w:p>
    <w:p>
      <w:r>
        <w:br/>
        <w:t>Приспів</w:t>
      </w:r>
    </w:p>
    <w:p>
      <w:r>
        <w:br/>
        <w:t>Неначе кипариси молоді,&lt;br /&gt;</w:t>
        <w:br/>
        <w:t>В яких гілок немає — тільки квіти.&lt;br /&gt;</w:t>
        <w:br/>
        <w:t>А час пливе у річковій воді,&lt;br /&gt;</w:t>
        <w:br/>
        <w:t>Уже тепер спішить назустріч літу.</w:t>
      </w:r>
    </w:p>
    <w:p>
      <w:r>
        <w:br/>
        <w:t>Приспів</w:t>
      </w:r>
    </w:p>
    <w:p>
      <w:r>
        <w:br/>
        <w:t>А Вінниця у ніжному цвіту,&lt;br /&gt;</w:t>
        <w:br/>
        <w:t>У гіацинтовім духмянім раї!&lt;br /&gt;</w:t>
        <w:br/>
        <w:t>Її чудову вроду молоду&lt;br /&gt;</w:t>
        <w:br/>
        <w:t>У серці кожен мешканець плекає!</w:t>
      </w:r>
    </w:p>
    <w:p>
      <w:r>
        <w:br/>
        <w:t>Приспів</w:t>
      </w:r>
    </w:p>
    <w:p>
      <w:r>
        <w:br/>
        <w:t>ЛИСТОПАД НА ДОЛОНЬЦІ ЛИСТКА</w:t>
      </w:r>
    </w:p>
    <w:p>
      <w:r>
        <w:br/>
        <w:t>Рожевий день осінньої пори</w:t>
      </w:r>
    </w:p>
    <w:p>
      <w:r>
        <w:br/>
        <w:t>Буває, в нас осінньої пори,&lt;br /&gt;</w:t>
        <w:br/>
        <w:t>Коли дерева по коліна в листі,&lt;br /&gt;</w:t>
        <w:br/>
        <w:t>Що сиплеться і сиплеться в двори,&lt;br /&gt;</w:t>
        <w:br/>
        <w:t>А небеса такі прозоро-чисті,</w:t>
      </w:r>
    </w:p>
    <w:p>
      <w:r>
        <w:br/>
        <w:t>Стрічаються промінням дві зорі.&lt;br /&gt;</w:t>
        <w:br/>
        <w:t>День рожевіє яблуком достиглим.&lt;br /&gt;</w:t>
        <w:br/>
        <w:t>Здається, прилетіли снігурі&lt;br /&gt;</w:t>
        <w:br/>
        <w:t>На листяний шерхкий барвистий килим.</w:t>
      </w:r>
    </w:p>
    <w:p>
      <w:r>
        <w:br/>
        <w:t>Короткий день, як човен по воді,&lt;br /&gt;</w:t>
        <w:br/>
        <w:t>Відплив у гавань пізнього світанку.&lt;br /&gt;</w:t>
        <w:br/>
        <w:t>Трояндові фламінго отоді&lt;br /&gt;</w:t>
        <w:br/>
        <w:t>Докльовують ще зорі наостанку.</w:t>
      </w:r>
    </w:p>
    <w:p>
      <w:r>
        <w:br/>
        <w:t>А скоро й вечір, і його зоря&lt;br /&gt;</w:t>
        <w:br/>
        <w:t>Малиново розквітне над полями,&lt;br /&gt;</w:t>
        <w:br/>
        <w:t>Немов крило – вітрила корабля,&lt;br /&gt;</w:t>
        <w:br/>
        <w:t>Що вирушає в казку ночі з нами.</w:t>
      </w:r>
    </w:p>
    <w:p>
      <w:r>
        <w:br/>
        <w:t>Пері</w:t>
      </w:r>
    </w:p>
    <w:p>
      <w:r>
        <w:br/>
        <w:t>За вікном калина у намисті&lt;br /&gt;</w:t>
        <w:br/>
        <w:t>І дві вишні ніжно-жовтопері.&lt;br /&gt;</w:t>
        <w:br/>
        <w:t>Там тепер живе красуня пері&lt;br /&gt;</w:t>
        <w:br/>
        <w:t>У палаці з гілочок і листу.</w:t>
      </w:r>
    </w:p>
    <w:p>
      <w:r>
        <w:br/>
        <w:t>Все повите казкою довкола –&lt;br /&gt;</w:t>
        <w:br/>
        <w:t>І карета, і крилаті коні,&lt;br /&gt;</w:t>
        <w:br/>
        <w:t>Що стоять край вишні на припоні,&lt;br /&gt;</w:t>
        <w:br/>
        <w:t>А дорога в’ється веселкова.</w:t>
      </w:r>
    </w:p>
    <w:p>
      <w:r>
        <w:br/>
        <w:t>Прилітає часом і жар-птиця,&lt;br /&gt;</w:t>
        <w:br/>
        <w:t>Із руки у пері їсть калину,&lt;br /&gt;</w:t>
        <w:br/>
        <w:t>Знову в небо волошкове лине,&lt;br /&gt;</w:t>
        <w:br/>
        <w:t>І сміється пері яснолиця!</w:t>
      </w:r>
    </w:p>
    <w:p>
      <w:r>
        <w:br/>
        <w:t>Тут приходить конюх, дід-грибочок,&lt;br /&gt;</w:t>
        <w:br/>
        <w:t>Запрягає коні до польоту.&lt;br /&gt;</w:t>
        <w:br/>
        <w:t>Має завжди він оцю турботу.&lt;br /&gt;</w:t>
        <w:br/>
        <w:t>З ним приходять п’ять грибочків-дочок.</w:t>
      </w:r>
    </w:p>
    <w:p>
      <w:r>
        <w:br/>
        <w:t>Ось і все, вже відлетіла пері,&lt;br /&gt;</w:t>
        <w:br/>
        <w:t>Підніма грибок листки останні.&lt;br /&gt;</w:t>
        <w:br/>
        <w:t>А палац стоїть собі в чеканні,&lt;br /&gt;</w:t>
        <w:br/>
        <w:t>Розчинивши поміж вишень двері.</w:t>
      </w:r>
    </w:p>
    <w:p>
      <w:r>
        <w:br/>
        <w:t>Красуня Олена&lt;br /&gt;</w:t>
        <w:br/>
        <w:t>(легенда про осінь)</w:t>
      </w:r>
    </w:p>
    <w:p>
      <w:r>
        <w:br/>
        <w:t>Осінь зводить кольорові замки,&lt;br /&gt;</w:t>
        <w:br/>
        <w:t>Де на стінах диво-гобелени,&lt;br /&gt;</w:t>
        <w:br/>
        <w:t>Що висять в небесно-синіх рамках, –&lt;br /&gt;</w:t>
        <w:br/>
        <w:t>Вишиття прекрасної Олени.</w:t>
      </w:r>
    </w:p>
    <w:p>
      <w:r>
        <w:br/>
        <w:t>Доня осені – красуня і майстриня –&lt;br /&gt;</w:t>
        <w:br/>
        <w:t>Радує матусю вишиванням.&lt;br /&gt;</w:t>
        <w:br/>
        <w:t>Приданого досі повна скриня.&lt;br /&gt;</w:t>
        <w:br/>
        <w:t>Тільки як же бути із коханням?</w:t>
      </w:r>
    </w:p>
    <w:p>
      <w:r>
        <w:br/>
        <w:t>Хоч гарячі барви на одежі&lt;br /&gt;</w:t>
        <w:br/>
        <w:t>І стрічки віночка кольорові,&lt;br /&gt;</w:t>
        <w:br/>
        <w:t>Але трохи матінку бентежить,&lt;br /&gt;</w:t>
        <w:br/>
        <w:t>Що дочка, як манекен, в обнові,</w:t>
      </w:r>
    </w:p>
    <w:p>
      <w:r>
        <w:br/>
        <w:t>Що у ній не кров – вода осіння,&lt;br /&gt;</w:t>
        <w:br/>
        <w:t>Очі – синьо-крижані озерця!&lt;br /&gt;</w:t>
        <w:br/>
        <w:t>І здається вона просто тінню,&lt;br /&gt;</w:t>
        <w:br/>
        <w:t>Бо холодне у красуні серце!</w:t>
      </w:r>
    </w:p>
    <w:p>
      <w:r>
        <w:br/>
        <w:t>Хризантеми</w:t>
      </w:r>
    </w:p>
    <w:p>
      <w:r>
        <w:br/>
        <w:t>На павутинці бабиного літа&lt;br /&gt;</w:t>
        <w:br/>
        <w:t>Летять у тишу осені пісні,&lt;br /&gt;</w:t>
        <w:br/>
        <w:t>Де хризантеми запишались цвітом,&lt;br /&gt;</w:t>
        <w:br/>
        <w:t>Немов осінні зорі в напівсні.</w:t>
      </w:r>
    </w:p>
    <w:p>
      <w:r>
        <w:br/>
        <w:t>Приспів:&lt;br /&gt;</w:t>
        <w:br/>
        <w:t>А панна Осінь закружляла в танці&lt;br /&gt;</w:t>
        <w:br/>
        <w:t>З тим Вітром, що із півночі несе&lt;br /&gt;</w:t>
        <w:br/>
        <w:t>Вогнів холодних золото й багрянці.&lt;br /&gt;</w:t>
        <w:br/>
        <w:t>Та хризантеми цвіт понад усе!</w:t>
      </w:r>
    </w:p>
    <w:p>
      <w:r>
        <w:br/>
        <w:t>Зліта пелюстка в кухлик кришталевий&lt;br /&gt;</w:t>
        <w:br/>
        <w:t>Із світлих тіней поблизу беріз.&lt;br /&gt;</w:t>
        <w:br/>
        <w:t>Як золотисті африканські леви,&lt;br /&gt;</w:t>
        <w:br/>
        <w:t>Понад рікою сяє верболіз.</w:t>
      </w:r>
    </w:p>
    <w:p>
      <w:r>
        <w:br/>
        <w:t>Приспів</w:t>
      </w:r>
    </w:p>
    <w:p>
      <w:r>
        <w:br/>
        <w:t>Даруєш ти в букеті хризантеми –&lt;br /&gt;</w:t>
        <w:br/>
        <w:t>Які в них лебедині пелюстки!&lt;br /&gt;</w:t>
        <w:br/>
        <w:t>Доведені кохання теореми&lt;br /&gt;</w:t>
        <w:br/>
        <w:t>Вивчаємо ми знову залюбки!</w:t>
      </w:r>
    </w:p>
    <w:p>
      <w:r>
        <w:br/>
        <w:t>Приспів</w:t>
      </w:r>
    </w:p>
    <w:p>
      <w:r>
        <w:br/>
        <w:t>Осінь</w:t>
      </w:r>
    </w:p>
    <w:p>
      <w:r>
        <w:br/>
        <w:t>Відзначено Дипломом за третє місце в поетичному конкурсі "Віршована мелодія" Молодіжного мистецького фестивалю імені Івана Коваленка в місті Боярці.</w:t>
      </w:r>
    </w:p>
    <w:p>
      <w:r>
        <w:br/>
        <w:t>В серці повно золотого дива,&lt;br /&gt;</w:t>
        <w:br/>
        <w:t>Коли осінь в очі загляда.&lt;br /&gt;</w:t>
        <w:br/>
        <w:t>Багрецю і позолоти злива,&lt;br /&gt;</w:t>
        <w:br/>
        <w:t>Волошкова у Дніпрі вода.</w:t>
      </w:r>
    </w:p>
    <w:p>
      <w:r>
        <w:br/>
        <w:t>Приспів:&lt;br /&gt;</w:t>
        <w:br/>
        <w:t>У вишиваних строях столиця.&lt;br /&gt;</w:t>
        <w:br/>
        <w:t>Листопад на долоньці листка.&lt;br /&gt;</w:t>
        <w:br/>
        <w:t>– Осінь, осінь – чарівна жар-птиця! –&lt;br /&gt;</w:t>
        <w:br/>
        <w:t>Шерехтить край води осока.</w:t>
      </w:r>
    </w:p>
    <w:p>
      <w:r>
        <w:br/>
        <w:t>А далеке небо з високості&lt;br /&gt;</w:t>
        <w:br/>
        <w:t>Вже останнє віддає тепло.&lt;br /&gt;</w:t>
        <w:br/>
        <w:t>До нас осінь завітала в гості.&lt;br /&gt;</w:t>
        <w:br/>
        <w:t>Глянеш – літа як і не було.</w:t>
      </w:r>
    </w:p>
    <w:p>
      <w:r>
        <w:br/>
        <w:t>Приспів</w:t>
      </w:r>
    </w:p>
    <w:p>
      <w:r>
        <w:br/>
        <w:t>Притулю я до верби серденько&lt;br /&gt;</w:t>
        <w:br/>
        <w:t>В затишку розкрилених гілок.&lt;br /&gt;</w:t>
        <w:br/>
        <w:t>Люба Україно, ніжна ненько!&lt;br /&gt;</w:t>
        <w:br/>
        <w:t>Виплету з пісень тобі вінок.</w:t>
      </w:r>
    </w:p>
    <w:p>
      <w:r>
        <w:br/>
        <w:t>Приспів</w:t>
      </w:r>
    </w:p>
    <w:p>
      <w:r>
        <w:br/>
        <w:t>Твоя врода, мамо Україно,&lt;br /&gt;</w:t>
        <w:br/>
        <w:t>Мов рожева мальва восени!&lt;br /&gt;</w:t>
        <w:br/>
        <w:t>Вічна, і велична, і нетлінна&lt;br /&gt;</w:t>
        <w:br/>
        <w:t>Від осінніх ранків до весни.</w:t>
      </w:r>
    </w:p>
    <w:p>
      <w:r>
        <w:br/>
        <w:t>Приспів</w:t>
      </w:r>
    </w:p>
    <w:p>
      <w:r>
        <w:br/>
        <w:t>ЯКІ КАЗКОВІ ВЗИМКУ ВЕЧОРИ!</w:t>
      </w:r>
    </w:p>
    <w:p>
      <w:r>
        <w:br/>
        <w:t>Улюблена газета&lt;br /&gt;</w:t>
        <w:br/>
        <w:t>Які казкові взимку вечори!&lt;br /&gt;</w:t>
        <w:br/>
        <w:t>Білявий день лягає рано спати,&lt;br /&gt;</w:t>
        <w:br/>
        <w:t>А світлі зорі сиплються згори,&lt;br /&gt;</w:t>
        <w:br/>
        <w:t>Щоб листоноші стежку осявати.&lt;br /&gt;</w:t>
        <w:br/>
        <w:t>Улюблену газету принесе –&lt;br /&gt;</w:t>
        <w:br/>
        <w:t>"Казковий вечір" зустрічайте, діти!&lt;br /&gt;</w:t>
        <w:br/>
        <w:t>Читайте і довідуйтесь про все,&lt;br /&gt;</w:t>
        <w:br/>
        <w:t>Про вічний сніг і про тропічні квіти.&lt;br /&gt;</w:t>
        <w:br/>
        <w:t>А скільки тут казок на сторінках!&lt;br /&gt;</w:t>
        <w:br/>
        <w:t>Цікаво їх під лампою читати.&lt;br /&gt;</w:t>
        <w:br/>
        <w:t>Потримати газету цю в руках&lt;br /&gt;</w:t>
        <w:br/>
        <w:t>Щасливі також ваші мама й тато.&lt;br /&gt;</w:t>
        <w:br/>
        <w:t>Яскрава, як ялинка на свят-вечір,&lt;br /&gt;</w:t>
        <w:br/>
        <w:t>Газета для дорослих і малечі.</w:t>
      </w:r>
    </w:p>
    <w:p>
      <w:r>
        <w:br/>
        <w:t>Казковий вечір</w:t>
      </w:r>
    </w:p>
    <w:p>
      <w:r>
        <w:br/>
        <w:t>Зимою вечір довго-довго з нами –&lt;br /&gt;</w:t>
        <w:br/>
        <w:t>Хоч темно, засипати ще не час.&lt;br /&gt;</w:t>
        <w:br/>
        <w:t>Тож помандруємо сторіночками –&lt;br /&gt;</w:t>
        <w:br/>
        <w:t>"Казковий вечір" вже прибув до нас!</w:t>
      </w:r>
    </w:p>
    <w:p>
      <w:r>
        <w:br/>
        <w:t>Краплинка мудрості – внизу прислів’я!&lt;br /&gt;</w:t>
        <w:br/>
        <w:t>Казки – як в’язка бубликів щораз.&lt;br /&gt;</w:t>
        <w:br/>
        <w:t>"Казковий вечір" мовить:&lt;br /&gt;</w:t>
        <w:br/>
        <w:t>– Прилетів я!&lt;br /&gt;</w:t>
        <w:br/>
        <w:t>Цікавинок ось маю про запас!</w:t>
      </w:r>
    </w:p>
    <w:p>
      <w:r>
        <w:br/>
        <w:t>Для мами, і для тата, і для сина,&lt;br /&gt;</w:t>
        <w:br/>
        <w:t>Щоб виростала доброю дитина!&lt;br /&gt;</w:t>
        <w:br/>
        <w:t>Для донечки веселі оповідки,&lt;br /&gt;</w:t>
        <w:br/>
        <w:t>Сяйливі, як пелюсточки у квітки!</w:t>
      </w:r>
    </w:p>
    <w:p>
      <w:r>
        <w:br/>
        <w:t>Читайте і любіть "Казковий вечір" –&lt;br /&gt;</w:t>
        <w:br/>
        <w:t>Він злагоду несе в сім’ю, до речі!</w:t>
      </w:r>
    </w:p>
    <w:p>
      <w:r>
        <w:br/>
        <w:t>З днем народження!</w:t>
      </w:r>
    </w:p>
    <w:p>
      <w:r>
        <w:br/>
        <w:t>Ви любите блакитні вечори,&lt;br /&gt;</w:t>
        <w:br/>
        <w:t>Коли зимою у снігах двори?&lt;br /&gt;</w:t>
        <w:br/>
        <w:t>Коли весна у пахощах бузку,&lt;br /&gt;</w:t>
        <w:br/>
        <w:t>І в літню теплу пору гомінку?</w:t>
      </w:r>
    </w:p>
    <w:p>
      <w:r>
        <w:br/>
        <w:t>У барвах осені приходять вечори,&lt;br /&gt;</w:t>
        <w:br/>
        <w:t>Які несуть казки для дітвори.&lt;br /&gt;</w:t>
        <w:br/>
        <w:t>Їх всі для нас збере "Казковий вечір"&lt;br /&gt;</w:t>
        <w:br/>
        <w:t>В зірчастій мантії, накинутій на плечі.</w:t>
      </w:r>
    </w:p>
    <w:p>
      <w:r>
        <w:br/>
        <w:t>Дванадцять літ працює чаклуном!&lt;br /&gt;</w:t>
        <w:br/>
        <w:t>Йому радіють повітруля й гном,&lt;br /&gt;</w:t>
        <w:br/>
        <w:t>І білочка, і лисенята милі,&lt;br /&gt;</w:t>
        <w:br/>
        <w:t>І зайчики, і птахи легкокрилі,</w:t>
      </w:r>
    </w:p>
    <w:p>
      <w:r>
        <w:br/>
        <w:t>І ми усі, хто старший і малеча.&lt;br /&gt;</w:t>
        <w:br/>
        <w:t>Тож з днем народження,&lt;br /&gt;</w:t>
        <w:br/>
        <w:t>"Казковий вечір"!</w:t>
      </w:r>
    </w:p>
    <w:p>
      <w:r>
        <w:br/>
        <w:t>Зимова казка</w:t>
      </w:r>
    </w:p>
    <w:p>
      <w:r>
        <w:br/>
        <w:t>Зимою сподіваємось на казку.&lt;br /&gt;</w:t>
        <w:br/>
        <w:t>Вона вдягла пухнасту білу маску!</w:t>
      </w:r>
    </w:p>
    <w:p>
      <w:r>
        <w:br/>
        <w:t>Сніжком опушені усі дерева.&lt;br /&gt;</w:t>
        <w:br/>
        <w:t>Ось вишенька – як справжня королева!</w:t>
      </w:r>
    </w:p>
    <w:p>
      <w:r>
        <w:br/>
        <w:t>Із срібла шапочка, сріблястий кожушок.&lt;br /&gt;</w:t>
        <w:br/>
        <w:t>Довкола ж сиплеться і сиплеться сніжок!</w:t>
      </w:r>
    </w:p>
    <w:p>
      <w:r>
        <w:br/>
        <w:t>О, ВІННИЦЕ У МАЄВІ ЗІРОК&lt;br /&gt;</w:t>
        <w:br/>
        <w:t>Світанок</w:t>
      </w:r>
    </w:p>
    <w:p>
      <w:r>
        <w:br/>
        <w:t>О, Віннице у маєві зірок,&lt;br /&gt;</w:t>
        <w:br/>
        <w:t>Коли на землю сходить світлий ранок!&lt;br /&gt;</w:t>
        <w:br/>
        <w:t>Твої будівлі древні, що не крок,&lt;br /&gt;</w:t>
        <w:br/>
        <w:t>З прадавності розбуджує світанок.</w:t>
      </w:r>
    </w:p>
    <w:p>
      <w:r>
        <w:br/>
        <w:t>Звучить бадьоро вже мажор душі,&lt;br /&gt;</w:t>
        <w:br/>
        <w:t>І люди усміхаються щасливо!&lt;br /&gt;</w:t>
        <w:br/>
        <w:t>Ясніють сонцем світлі вітражі,&lt;br /&gt;</w:t>
        <w:br/>
        <w:t>Спадає радості барвиста злива!</w:t>
      </w:r>
    </w:p>
    <w:p>
      <w:r>
        <w:br/>
        <w:t>Тиша вікова</w:t>
      </w:r>
    </w:p>
    <w:p>
      <w:r>
        <w:br/>
        <w:t>Така у місті тиша вікова!&lt;br /&gt;</w:t>
        <w:br/>
        <w:t>Гудуть авто і дзеленчать трамваї,&lt;br /&gt;</w:t>
        <w:br/>
        <w:t>Та чути: крізь асфальт росте трава.&lt;br /&gt;</w:t>
        <w:br/>
        <w:t>І я із нею поряд підростаю.</w:t>
      </w:r>
    </w:p>
    <w:p>
      <w:r>
        <w:br/>
        <w:t>Збивають піну зграї голубів.&lt;br /&gt;</w:t>
        <w:br/>
        <w:t>Дерева вишивають літні тіні.&lt;br /&gt;</w:t>
        <w:br/>
        <w:t>Колишуться русалки на вербі&lt;br /&gt;</w:t>
        <w:br/>
        <w:t>У сонячному ніжному світінні.</w:t>
      </w:r>
    </w:p>
    <w:p>
      <w:r>
        <w:br/>
        <w:t>Місто-пері</w:t>
      </w:r>
    </w:p>
    <w:p>
      <w:r>
        <w:br/>
        <w:t>Міський асфальт. Автомобільні шини&lt;br /&gt;</w:t>
        <w:br/>
        <w:t>Об нього оксамитно шерехтять.&lt;br /&gt;</w:t>
        <w:br/>
        <w:t>Барвисті світлофорні горошини,&lt;br /&gt;</w:t>
        <w:br/>
        <w:t>Мільйоноока будинкова гать.</w:t>
      </w:r>
    </w:p>
    <w:p>
      <w:r>
        <w:br/>
        <w:t>А вулиці, мов ріки в лабіринті,&lt;br /&gt;</w:t>
        <w:br/>
        <w:t>Пливуть кудись. Чи є глухі кути?&lt;br /&gt;</w:t>
        <w:br/>
        <w:t>Немов колись на легендарнім Криті&lt;br /&gt;</w:t>
        <w:br/>
        <w:t>Чеширські поселилися коти.</w:t>
      </w:r>
    </w:p>
    <w:p>
      <w:r>
        <w:br/>
        <w:t>Все казкою, легендою повите,&lt;br /&gt;</w:t>
        <w:br/>
        <w:t>Але, того не знаючи, душа,&lt;br /&gt;</w:t>
        <w:br/>
        <w:t>Що прилетіла із розкошів літа,&lt;br /&gt;</w:t>
        <w:br/>
        <w:t>Пізнала, що у світі є межа,</w:t>
      </w:r>
    </w:p>
    <w:p>
      <w:r>
        <w:br/>
        <w:t>Яка роз’єднує тепло і холод&lt;br /&gt;</w:t>
        <w:br/>
        <w:t>І часові стриножує ходу.&lt;br /&gt;</w:t>
        <w:br/>
        <w:t>А ми про інше – про духовний голод,&lt;br /&gt;</w:t>
        <w:br/>
        <w:t>Про техногенну хугу і біду.</w:t>
      </w:r>
    </w:p>
    <w:p>
      <w:r>
        <w:br/>
        <w:t>Але ж театри відчиняють двері,&lt;br /&gt;</w:t>
        <w:br/>
        <w:t>І вабить думку світ бібліотек!&lt;br /&gt;</w:t>
        <w:br/>
        <w:t>О, місто, місто! Загадкова пері!&lt;br /&gt;</w:t>
        <w:br/>
        <w:t>Премудрий новоявлений ацтек!</w:t>
      </w:r>
    </w:p>
    <w:p>
      <w:r>
        <w:br/>
        <w:t>Вінницький звіринець</w:t>
      </w:r>
    </w:p>
    <w:p>
      <w:r>
        <w:br/>
        <w:t>Вінниця – як екзотична лама&lt;br /&gt;</w:t>
        <w:br/>
        <w:t>У хутрі довколишніх лісів.&lt;br /&gt;</w:t>
        <w:br/>
        <w:t>Для звіринця кращої реклами&lt;br /&gt;</w:t>
        <w:br/>
        <w:t>Не знайти в калейдоскопі слів.</w:t>
      </w:r>
    </w:p>
    <w:p>
      <w:r>
        <w:br/>
        <w:t>Лісу пахощі, запаси кисню –&lt;br /&gt;</w:t>
        <w:br/>
        <w:t>Це для зоопарку все плюси.&lt;br /&gt;</w:t>
        <w:br/>
        <w:t>Віслючок біжить бадьоро риссю&lt;br /&gt;</w:t>
        <w:br/>
        <w:t>У вольєрі. Птахів голоси!</w:t>
      </w:r>
    </w:p>
    <w:p>
      <w:r>
        <w:br/>
        <w:t>Чорна гімалайська ведмедиця&lt;br /&gt;</w:t>
        <w:br/>
        <w:t>І її улюблений малюк,&lt;br /&gt;</w:t>
        <w:br/>
        <w:t>І ведмеді бурі, і лисиця,&lt;br /&gt;</w:t>
        <w:br/>
        <w:t>І бізон, що хліб бере із рук.</w:t>
      </w:r>
    </w:p>
    <w:p>
      <w:r>
        <w:br/>
        <w:t>Скільки їх у світі, цих бізонів?&lt;br /&gt;</w:t>
        <w:br/>
        <w:t>Жодного на волі вже нема!&lt;br /&gt;</w:t>
        <w:br/>
        <w:t>Ось веселий прудконогий поні&lt;br /&gt;</w:t>
        <w:br/>
        <w:t>Нам біжить назустріч недарма:</w:t>
      </w:r>
    </w:p>
    <w:p>
      <w:r>
        <w:br/>
        <w:t>Хоч у нього й повна годівниця,&lt;br /&gt;</w:t>
        <w:br/>
        <w:t>Та в людей такі привітні лиця!</w:t>
      </w:r>
    </w:p>
    <w:p>
      <w:r>
        <w:br/>
        <w:t>Олень український з Прикарпаття –&lt;br /&gt;</w:t>
        <w:br/>
        <w:t>Роги наче крона деревця.&lt;br /&gt;</w:t>
        <w:br/>
        <w:t>Люди і тварини, звісно ж, – браття.&lt;br /&gt;</w:t>
        <w:br/>
        <w:t>Споконвічна істина оця!</w:t>
      </w:r>
    </w:p>
    <w:p>
      <w:r>
        <w:br/>
        <w:t>Мандрівка в сонячних світах</w:t>
      </w:r>
    </w:p>
    <w:p>
      <w:r>
        <w:br/>
        <w:t>Зринає ранок з темряви, як птах,&lt;br /&gt;</w:t>
        <w:br/>
        <w:t>Світло-блакитний, на рожевих крилах.&lt;br /&gt;</w:t>
        <w:br/>
        <w:t>Його мандрівка в сонячних світах&lt;br /&gt;</w:t>
        <w:br/>
        <w:t>Щось небуденне погляду відкрила.</w:t>
      </w:r>
    </w:p>
    <w:p>
      <w:r>
        <w:br/>
        <w:t>Летить… Йому назустріч небеса,&lt;br /&gt;</w:t>
        <w:br/>
        <w:t>І планетарна музика лунає.&lt;br /&gt;</w:t>
        <w:br/>
        <w:t>Яка могуть, величність і краса,&lt;br /&gt;</w:t>
        <w:br/>
        <w:t>Натхнення і захоплення без краю!</w:t>
      </w:r>
    </w:p>
    <w:p>
      <w:r>
        <w:br/>
        <w:t>Все ранкові підвладне, навіть день&lt;br /&gt;</w:t>
        <w:br/>
        <w:t>Нових, іще не співаних пісень.</w:t>
      </w:r>
    </w:p>
    <w:p>
      <w:r>
        <w:br/>
        <w:t>БЛАГОСЛОВЕННЯ ПОДОЛЯН</w:t>
      </w:r>
    </w:p>
    <w:p>
      <w:r>
        <w:br/>
        <w:t>Подільське село</w:t>
      </w:r>
    </w:p>
    <w:p>
      <w:r>
        <w:br/>
        <w:t>Село святої України&lt;br /&gt;</w:t>
        <w:br/>
        <w:t>У срібнім літеплі роси!&lt;br /&gt;</w:t>
        <w:br/>
        <w:t>Неначе пісня солов’їна&lt;br /&gt;</w:t>
        <w:br/>
        <w:t>І ніби відгомін грози,</w:t>
      </w:r>
    </w:p>
    <w:p>
      <w:r>
        <w:br/>
        <w:t>Яка колись прогоготіла&lt;br /&gt;</w:t>
        <w:br/>
        <w:t>По кучерявих споришах.&lt;br /&gt;</w:t>
        <w:br/>
        <w:t>А цю хатинку білотілу&lt;br /&gt;</w:t>
        <w:br/>
        <w:t>Й понині огортає страх,</w:t>
      </w:r>
    </w:p>
    <w:p>
      <w:r>
        <w:br/>
        <w:t>Що грім кривавою стрілою&lt;br /&gt;</w:t>
        <w:br/>
        <w:t>У темних хмарах зрине знов,&lt;br /&gt;</w:t>
        <w:br/>
        <w:t>І блискавицями двобою&lt;br /&gt;</w:t>
        <w:br/>
        <w:t>Займуться відблиски підков.</w:t>
      </w:r>
    </w:p>
    <w:p>
      <w:r>
        <w:br/>
        <w:t>Зросло в полях вусате жито,&lt;br /&gt;</w:t>
        <w:br/>
        <w:t>Там, де тополя край села.&lt;br /&gt;</w:t>
        <w:br/>
        <w:t>Його не можна толочити,&lt;br /&gt;</w:t>
        <w:br/>
        <w:t>В нім вічність зернами зійшла!</w:t>
      </w:r>
    </w:p>
    <w:p>
      <w:r>
        <w:br/>
        <w:t>Далекі відгуки космічні&lt;br /&gt;</w:t>
        <w:br/>
        <w:t>Пливуть по вусах до стебла.&lt;br /&gt;</w:t>
        <w:br/>
        <w:t>Коріння ж соки предковічні,&lt;br /&gt;</w:t>
        <w:br/>
        <w:t>Всі, що земля йому дала,</w:t>
      </w:r>
    </w:p>
    <w:p>
      <w:r>
        <w:br/>
        <w:t>Вбирає, щоб тужавів колос,&lt;br /&gt;</w:t>
        <w:br/>
        <w:t>Щоб зерна щедро золотив.&lt;br /&gt;</w:t>
        <w:br/>
        <w:t>Прислухайся – почуєш голос&lt;br /&gt;</w:t>
        <w:br/>
        <w:t>Багатих українських нив!</w:t>
      </w:r>
    </w:p>
    <w:p>
      <w:r>
        <w:br/>
        <w:t>Мінібузкова материнка&lt;br /&gt;</w:t>
        <w:br/>
        <w:t>За крутояром, де поля.&lt;br /&gt;</w:t>
        <w:br/>
        <w:t>Біленька хата – як сивинка,&lt;br /&gt;</w:t>
        <w:br/>
        <w:t>Примітна погляду здаля.</w:t>
      </w:r>
    </w:p>
    <w:p>
      <w:r>
        <w:br/>
        <w:t>Люди-трударі</w:t>
      </w:r>
    </w:p>
    <w:p>
      <w:r>
        <w:br/>
        <w:t>На Поділлі люди-трударі.&lt;br /&gt;</w:t>
        <w:br/>
        <w:t>Тож і діти люблять працю змалку.&lt;br /&gt;</w:t>
        <w:br/>
        <w:t>Мама встала рано, на зорі,&lt;br /&gt;</w:t>
        <w:br/>
        <w:t>Подоляночка – теж на світанку.</w:t>
      </w:r>
    </w:p>
    <w:p>
      <w:r>
        <w:br/>
        <w:t>А татусь на тракторі у полі –&lt;br /&gt;</w:t>
        <w:br/>
        <w:t>– Добрий ранок! – від односельчан.&lt;br /&gt;</w:t>
        <w:br/>
        <w:t>Такі ранки в хліборобській долі&lt;br /&gt;</w:t>
        <w:br/>
        <w:t>Як благословення подолян!</w:t>
      </w:r>
    </w:p>
    <w:p>
      <w:r>
        <w:br/>
        <w:t>До праці</w:t>
      </w:r>
    </w:p>
    <w:p>
      <w:r>
        <w:br/>
        <w:t>Подоляночки вінки сплітали&lt;br /&gt;</w:t>
        <w:br/>
        <w:t>І співали пісню жартівливу.&lt;br /&gt;</w:t>
        <w:br/>
        <w:t>А кульбабки рясно розцвітали.&lt;br /&gt;</w:t>
        <w:br/>
        <w:t>Хмарилось, збиралося на зливу.</w:t>
      </w:r>
    </w:p>
    <w:p>
      <w:r>
        <w:br/>
        <w:t>Кинулись дівчатка до роботи –&lt;br /&gt;</w:t>
        <w:br/>
        <w:t>Ще б грядки устигнуть дополоти!&lt;br /&gt;</w:t>
        <w:br/>
        <w:t>А вже потім затанцює дощик,&lt;br /&gt;</w:t>
        <w:br/>
        <w:t>Як ми підемо варити борщик.</w:t>
      </w:r>
    </w:p>
    <w:p>
      <w:r>
        <w:br/>
        <w:t>Козацького роду</w:t>
      </w:r>
    </w:p>
    <w:p>
      <w:r>
        <w:br/>
        <w:t>Вишиваю я букет для мами.&lt;br /&gt;</w:t>
        <w:br/>
        <w:t>Таке гарне маю муліне!&lt;br /&gt;</w:t>
        <w:br/>
        <w:t>Замилується вона квітками,&lt;br /&gt;</w:t>
        <w:br/>
        <w:t>Приголубить лагідно мене.</w:t>
      </w:r>
    </w:p>
    <w:p>
      <w:r>
        <w:br/>
        <w:t>– Отакий-то, – скаже, – мій синочок,&lt;br /&gt;</w:t>
        <w:br/>
        <w:t>Вишиває краще він від дочок!&lt;br /&gt;</w:t>
        <w:br/>
        <w:t>Який гарний ось у центрі мак!&lt;br /&gt;</w:t>
        <w:br/>
        <w:t>– То, матусю, бойовий козак!</w:t>
      </w:r>
    </w:p>
    <w:p>
      <w:r>
        <w:br/>
        <w:t>– А червоні, наче жар, гвоздики?&lt;br /&gt;</w:t>
        <w:br/>
        <w:t>– Його військо, славою велике!&lt;br /&gt;</w:t>
        <w:br/>
        <w:t>– Ну, а цей тюльпан, що над квітками?&lt;br /&gt;</w:t>
        <w:br/>
        <w:t>– Корогва ото над козаками!</w:t>
      </w:r>
    </w:p>
    <w:p>
      <w:r>
        <w:br/>
        <w:t>Подивується вона:&lt;br /&gt;</w:t>
        <w:br/>
        <w:t>– Картина!&lt;br /&gt;</w:t>
        <w:br/>
        <w:t>Я пишаюся тобою, сину!</w:t>
      </w:r>
    </w:p>
    <w:p>
      <w:r>
        <w:br/>
        <w:t>Осінній цвіт Поділля</w:t>
      </w:r>
    </w:p>
    <w:p>
      <w:r>
        <w:br/>
        <w:t>Подоляночка-осінь в садочку&lt;br /&gt;</w:t>
        <w:br/>
        <w:t>Хризантеми в букети збира.&lt;br /&gt;</w:t>
        <w:br/>
        <w:t>Все Поділля в барвистім віночку –&lt;br /&gt;</w:t>
        <w:br/>
        <w:t>Нині в нас хризантемна пора.</w:t>
      </w:r>
    </w:p>
    <w:p>
      <w:r>
        <w:br/>
        <w:t>Білосніжні, рожеві, червоні&lt;br /&gt;</w:t>
        <w:br/>
        <w:t>Пелюстки – мов проміння зірок!&lt;br /&gt;</w:t>
        <w:br/>
        <w:t>Яке гарне Поділля в обнові&lt;br /&gt;</w:t>
        <w:br/>
        <w:t>Із букетів осінніх квіток!</w:t>
      </w:r>
    </w:p>
    <w:p>
      <w:r>
        <w:br/>
        <w:t>Орігамі</w:t>
      </w:r>
    </w:p>
    <w:p>
      <w:r>
        <w:br/>
        <w:t>Книжечку купила мамі,&lt;br /&gt;</w:t>
        <w:br/>
        <w:t>Щоб учитись орігамі!&lt;br /&gt;</w:t>
        <w:br/>
        <w:t>Там без клею, вирізання –&lt;br /&gt;</w:t>
        <w:br/>
        <w:t>Тільки хитрощі складання.</w:t>
      </w:r>
    </w:p>
    <w:p>
      <w:r>
        <w:br/>
        <w:t>В мами діла – повні руки!&lt;br /&gt;</w:t>
        <w:br/>
        <w:t>Я візьмуся до науки&lt;br /&gt;</w:t>
        <w:br/>
        <w:t>І освою орігамі –&lt;br /&gt;</w:t>
        <w:br/>
        <w:t>Виріб подарую мамі!</w:t>
      </w:r>
    </w:p>
    <w:p>
      <w:r>
        <w:br/>
        <w:t>ДИТИНСТВО – ЦЕ ВЕСЕЛКИ ЦВІТ&lt;br /&gt;</w:t>
        <w:br/>
        <w:t>Наша вчителька</w:t>
      </w:r>
    </w:p>
    <w:p>
      <w:r>
        <w:br/>
        <w:t>Огортає вечір рідне місто,&lt;br /&gt;</w:t>
        <w:br/>
        <w:t>Стежку, що від школи лебедить,&lt;br /&gt;</w:t>
        <w:br/>
        <w:t>Ліхтарів палаюче намисто,&lt;br /&gt;</w:t>
        <w:br/>
        <w:t>Вчительку, замріяну в цю мить.</w:t>
      </w:r>
    </w:p>
    <w:p>
      <w:r>
        <w:br/>
        <w:t>У портфелі зошити дитячі,&lt;br /&gt;</w:t>
        <w:br/>
        <w:t>Як довіри ніжної крило.&lt;br /&gt;</w:t>
        <w:br/>
        <w:t>Вдома їх розгорне, і неначе&lt;br /&gt;</w:t>
        <w:br/>
        <w:t>Втоми дня шкільного й не було.</w:t>
      </w:r>
    </w:p>
    <w:p>
      <w:r>
        <w:br/>
        <w:t>Ніч спадає, а її віконце,&lt;br /&gt;</w:t>
        <w:br/>
        <w:t>Як зоря, у темних тінях снів!&lt;br /&gt;</w:t>
        <w:br/>
        <w:t>Так за працею зустріне сонце&lt;br /&gt;</w:t>
        <w:br/>
        <w:t>Її погляд, що всю ніч зорів.</w:t>
      </w:r>
    </w:p>
    <w:p>
      <w:r>
        <w:br/>
        <w:t>Знову школа, клас, дитячі очі,&lt;br /&gt;</w:t>
        <w:br/>
        <w:t>Наче цвіт у любому краю.&lt;br /&gt;</w:t>
        <w:br/>
        <w:t>Кожен з учнів, звісно ж, дуже хоче&lt;br /&gt;</w:t>
        <w:br/>
        <w:t>Схожим буть на вчительку свою!</w:t>
      </w:r>
    </w:p>
    <w:p>
      <w:r>
        <w:br/>
        <w:t>Вітрила творчості</w:t>
      </w:r>
    </w:p>
    <w:p>
      <w:r>
        <w:br/>
        <w:t>"Зелене ґроно" Вінницьких країв&lt;br /&gt;</w:t>
        <w:br/>
        <w:t>У золотому водограї сонця!&lt;br /&gt;</w:t>
        <w:br/>
        <w:t>Зберем букети щонайкращих слів,&lt;br /&gt;</w:t>
        <w:br/>
        <w:t>Де словникові сторінки-віконця,</w:t>
      </w:r>
    </w:p>
    <w:p>
      <w:r>
        <w:br/>
        <w:t>Вбираючи думки і почуття,&lt;br /&gt;</w:t>
        <w:br/>
        <w:t>Приходять в нашу школу на уроки.&lt;br /&gt;</w:t>
        <w:br/>
        <w:t>І тоді слово постає життям,&lt;br /&gt;</w:t>
        <w:br/>
        <w:t>Ми робимо у творчість перші кроки,</w:t>
      </w:r>
    </w:p>
    <w:p>
      <w:r>
        <w:br/>
        <w:t>"Зелене ґроно" учнів, школярів&lt;br /&gt;</w:t>
        <w:br/>
        <w:t>Із ручкою та пензлем на папері!&lt;br /&gt;</w:t>
        <w:br/>
        <w:t>Вітрила вічних мрійників-вітрів&lt;br /&gt;</w:t>
        <w:br/>
        <w:t>Над Бугом, наче крила срібнопері!</w:t>
      </w:r>
    </w:p>
    <w:p>
      <w:r>
        <w:br/>
        <w:t>"Зелене ґроно" тут зібрало всіх,&lt;br /&gt;</w:t>
        <w:br/>
        <w:t>У Вінниці, закоханій у диво.&lt;br /&gt;</w:t>
        <w:br/>
        <w:t>І лине пісня, і брунькує сміх,&lt;br /&gt;</w:t>
        <w:br/>
        <w:t>Бо творчістю довкола всі щасливі!</w:t>
      </w:r>
    </w:p>
    <w:p>
      <w:r>
        <w:br/>
        <w:t>Добричка</w:t>
      </w:r>
    </w:p>
    <w:p>
      <w:r>
        <w:br/>
        <w:t>По калиновім місточку&lt;br /&gt;</w:t>
        <w:br/>
        <w:t>Йде Добричка у віночку.&lt;br /&gt;</w:t>
        <w:br/>
        <w:t>Стільки добрих справ у неї,&lt;br /&gt;</w:t>
        <w:br/>
        <w:t>У подруженьки моєї!</w:t>
      </w:r>
    </w:p>
    <w:p>
      <w:r>
        <w:br/>
        <w:t>Квіти сіє-розсіває&lt;br /&gt;</w:t>
        <w:br/>
        <w:t>У садочку, в полі, в гаї.&lt;br /&gt;</w:t>
        <w:br/>
        <w:t>Для горобчика й синички&lt;br /&gt;</w:t>
        <w:br/>
        <w:t>В жменьці принесе водички.</w:t>
      </w:r>
    </w:p>
    <w:p>
      <w:r>
        <w:br/>
        <w:t>Поливає ще й калину,&lt;br /&gt;</w:t>
        <w:br/>
        <w:t>І високу горобину,&lt;br /&gt;</w:t>
        <w:br/>
        <w:t>Щоб рясніли, як намисто,&lt;br /&gt;</w:t>
        <w:br/>
        <w:t>Ґрона-ягоди іскристі!</w:t>
      </w:r>
    </w:p>
    <w:p>
      <w:r>
        <w:br/>
        <w:t>І стареньким допоможе&lt;br /&gt;</w:t>
        <w:br/>
        <w:t>Це дівча і любе, й гоже.&lt;br /&gt;</w:t>
        <w:br/>
        <w:t>То спішить до магазину&lt;br /&gt;</w:t>
        <w:br/>
        <w:t>Для бабусі по хлібину,</w:t>
      </w:r>
    </w:p>
    <w:p>
      <w:r>
        <w:br/>
        <w:t>Дива географії</w:t>
      </w:r>
    </w:p>
    <w:p>
      <w:r>
        <w:br/>
        <w:t>Цікаві з географії уроки:&lt;br /&gt;</w:t>
        <w:br/>
        <w:t>Вивчаємо, здавалося б, дива,&lt;br /&gt;</w:t>
        <w:br/>
        <w:t>Але без них в житті не стати й кроку.&lt;br /&gt;</w:t>
        <w:br/>
        <w:t>Новими барвами тепер цвітуть слова:</w:t>
      </w:r>
    </w:p>
    <w:p>
      <w:r>
        <w:br/>
        <w:t>Погода, клімат, сила, напрям вітру&lt;br /&gt;</w:t>
        <w:br/>
        <w:t>Чи хмарність, опади, відносна висота.&lt;br /&gt;</w:t>
        <w:br/>
        <w:t>Природа розгорта свою палітру,&lt;br /&gt;</w:t>
        <w:br/>
        <w:t>І кожна барва в ній же неспроста!</w:t>
      </w:r>
    </w:p>
    <w:p>
      <w:r>
        <w:br/>
        <w:t>А кут падіння променів від сонця –&lt;br /&gt;</w:t>
        <w:br/>
        <w:t>Від нього теплі чи холодні дні.&lt;br /&gt;</w:t>
        <w:br/>
        <w:t>У стратосфері над озоном стронцій.&lt;br /&gt;</w:t>
        <w:br/>
        <w:t>Тепер це все відомо вже мені.</w:t>
      </w:r>
    </w:p>
    <w:p>
      <w:r>
        <w:br/>
        <w:t>Чому в калини стільки білоцвіту?&lt;br /&gt;</w:t>
        <w:br/>
        <w:t>Бо є тепло й волога на землі.&lt;br /&gt;</w:t>
        <w:br/>
        <w:t>Тому й пливуть уже назустріч літу&lt;br /&gt;</w:t>
        <w:br/>
        <w:t>Високих хмар вітрильні кораблі!</w:t>
      </w:r>
    </w:p>
    <w:p>
      <w:r>
        <w:br/>
        <w:t>Шукаю себе&lt;br /&gt;</w:t>
        <w:br/>
        <w:t>Я – ікс, себе підношу до квадрату,&lt;br /&gt;</w:t>
        <w:br/>
        <w:t>І ось уже рівняння. Боже мій!&lt;br /&gt;</w:t>
        <w:br/>
        <w:t>Невже це я тут значу так багато,&lt;br /&gt;</w:t>
        <w:br/>
        <w:t>Що стало дивно аж собі самій?&lt;br /&gt;</w:t>
        <w:br/>
        <w:t>Де мудрі знаки, цілі числа, змінні,&lt;br /&gt;</w:t>
        <w:br/>
        <w:t>Шукає думка стежечку просту.&lt;br /&gt;</w:t>
        <w:br/>
        <w:t>Математичні правила нетлінні,&lt;br /&gt;</w:t>
        <w:br/>
        <w:t>І тут вони постійно на посту.&lt;br /&gt;</w:t>
        <w:br/>
        <w:t>Усе, як слід, дотепно, справедливо,&lt;br /&gt;</w:t>
        <w:br/>
        <w:t>Прозоро, як на річці в літній день.&lt;br /&gt;</w:t>
        <w:br/>
        <w:t>Премудрих рішень не дощинки – злива,&lt;br /&gt;</w:t>
        <w:br/>
        <w:t>А в серці знов – неспіваних пісень!&lt;br /&gt;</w:t>
        <w:br/>
        <w:t>В дужки сховались десяткові дроби.&lt;br /&gt;</w:t>
        <w:br/>
        <w:t>До них ніяк не підібрать ключа,&lt;br /&gt;</w:t>
        <w:br/>
        <w:t>Та, може, степінь візьмемо для проби?&lt;br /&gt;</w:t>
        <w:br/>
        <w:t>Лиш не спішити, не рубать з плеча.&lt;br /&gt;</w:t>
        <w:br/>
        <w:t>Іду, себе шукаю в точнім світі&lt;br /&gt;</w:t>
        <w:br/>
        <w:t>Ще й біологія ось на приміті!</w:t>
      </w:r>
    </w:p>
    <w:p>
      <w:r>
        <w:br/>
        <w:t>Чарівна книга</w:t>
      </w:r>
    </w:p>
    <w:p>
      <w:r>
        <w:br/>
        <w:t>Є у мене книжечка чарівна.&lt;br /&gt;</w:t>
        <w:br/>
        <w:t>Розгортаю – світ, як на долоні!&lt;br /&gt;</w:t>
        <w:br/>
        <w:t>Ось весна, прекрасна, як царівна,&lt;br /&gt;</w:t>
        <w:br/>
        <w:t>І дівча гуляє на осонні.</w:t>
      </w:r>
    </w:p>
    <w:p>
      <w:r>
        <w:br/>
        <w:t>Це така буває часом гра:&lt;br /&gt;</w:t>
        <w:br/>
        <w:t>Ти казковим чином раптом в книзі!&lt;br /&gt;</w:t>
        <w:br/>
        <w:t>Ось гуляю я, а дітвора&lt;br /&gt;</w:t>
        <w:br/>
        <w:t>Кличе посковзатися на кризі.</w:t>
      </w:r>
    </w:p>
    <w:p>
      <w:r>
        <w:br/>
        <w:t>Та зима у книжці при кінці.&lt;br /&gt;</w:t>
        <w:br/>
        <w:t>Зараз нум купатися в ріці!</w:t>
      </w:r>
    </w:p>
    <w:p>
      <w:r>
        <w:br/>
        <w:t>Мерехтять вітрильники хмарин –&lt;br /&gt;</w:t>
        <w:br/>
        <w:t>На сторінці вже розкішне літо!&lt;br /&gt;</w:t>
        <w:br/>
        <w:t>Ось Максимко, тьоті Галі син,&lt;br /&gt;</w:t>
        <w:br/>
        <w:t>А навколо – зелені та цвіту!</w:t>
      </w:r>
    </w:p>
    <w:p>
      <w:r>
        <w:br/>
        <w:t>А це я, мій брилик із соломки –&lt;br /&gt;</w:t>
        <w:br/>
        <w:t>Як же літом бути без обновки!</w:t>
      </w:r>
    </w:p>
    <w:p>
      <w:r>
        <w:br/>
        <w:t>Шурхотять у листі їжаки,&lt;br /&gt;</w:t>
        <w:br/>
        <w:t>Де зоріють яблука достиглі.&lt;br /&gt;</w:t>
        <w:br/>
        <w:t>На деревах модні піджаки&lt;br /&gt;</w:t>
        <w:br/>
        <w:t>В різнобарвному осіннім стилі!</w:t>
      </w:r>
    </w:p>
    <w:p>
      <w:r>
        <w:br/>
        <w:t>На малюнку далі вже зима&lt;br /&gt;</w:t>
        <w:br/>
        <w:t>І блискуче ковзанки люстерко.&lt;br /&gt;</w:t>
        <w:br/>
        <w:t>Розважаюсь тут я не сама –&lt;br /&gt;</w:t>
        <w:br/>
        <w:t>Ми за руки з Кірою Петренко.</w:t>
      </w:r>
    </w:p>
    <w:p>
      <w:r>
        <w:br/>
        <w:t>"Пори року" – книга, повна чар.&lt;br /&gt;</w:t>
        <w:br/>
        <w:t>Увесь рік у ній, як на долоні:&lt;br /&gt;</w:t>
        <w:br/>
        <w:t>І весна, і осені пожар,&lt;br /&gt;</w:t>
        <w:br/>
        <w:t>І ріка, і ковзани, як поні.</w:t>
      </w:r>
    </w:p>
    <w:p>
      <w:r>
        <w:br/>
        <w:t>Ще й себе повсюди бачу я.&lt;br /&gt;</w:t>
        <w:br/>
        <w:t>О, чарівна книжечко моя!</w:t>
      </w:r>
    </w:p>
    <w:p>
      <w:r>
        <w:br/>
        <w:t>Брат</w:t>
      </w:r>
    </w:p>
    <w:p>
      <w:r>
        <w:br/>
        <w:t>Дитинство – це веселки цвіт,&lt;br /&gt;</w:t>
        <w:br/>
        <w:t>Яку тримають мама й тато.&lt;br /&gt;</w:t>
        <w:br/>
        <w:t>Мені вже чотирнадцять літ –&lt;br /&gt;</w:t>
        <w:br/>
        <w:t>Водночас мало і багато.</w:t>
      </w:r>
    </w:p>
    <w:p>
      <w:r>
        <w:br/>
        <w:t>По семибарвному мосту&lt;br /&gt;</w:t>
        <w:br/>
        <w:t>Іду, чарівний світ довкола.&lt;br /&gt;</w:t>
        <w:br/>
        <w:t>Його вивчаю і росту.&lt;br /&gt;</w:t>
        <w:br/>
        <w:t>Поля, сади, трава шовкова.</w:t>
      </w:r>
    </w:p>
    <w:p>
      <w:r>
        <w:br/>
        <w:t>Дрімають край вікна ляльки,&lt;br /&gt;</w:t>
        <w:br/>
        <w:t>Ніхто не шиє їм обнови.&lt;br /&gt;</w:t>
        <w:br/>
        <w:t>Читаю ж бо тепер книжки.&lt;br /&gt;</w:t>
        <w:br/>
        <w:t>Живу в прекраснім світі слова!</w:t>
      </w:r>
    </w:p>
    <w:p>
      <w:r>
        <w:br/>
        <w:t>Тож якось іграшки свої&lt;br /&gt;</w:t>
        <w:br/>
        <w:t>Подарувала в дитбудинок,&lt;br /&gt;</w:t>
        <w:br/>
        <w:t>Мов у незвідані краї,&lt;br /&gt;</w:t>
        <w:br/>
        <w:t>В дім заморожених сльозинок.</w:t>
      </w:r>
    </w:p>
    <w:p>
      <w:r>
        <w:br/>
        <w:t>Мале зустріло хлопченя –&lt;br /&gt;</w:t>
        <w:br/>
        <w:t>Почервонілі оченята.&lt;br /&gt;</w:t>
        <w:br/>
        <w:t>До мене кинувся:&lt;br /&gt;</w:t>
        <w:br/>
        <w:t>– Рідня!&lt;br /&gt;</w:t>
        <w:br/>
        <w:t>А я ходив тебе шукати!</w:t>
      </w:r>
    </w:p>
    <w:p>
      <w:r>
        <w:br/>
        <w:t>Здалося, що у драмгуртку&lt;br /&gt;</w:t>
        <w:br/>
        <w:t>Я граю в п’єсі "Катерина".&lt;br /&gt;</w:t>
        <w:br/>
        <w:t>Напевно, маю роль таку,&lt;br /&gt;</w:t>
        <w:br/>
        <w:t>Що ось зустріла Катрі сина!</w:t>
      </w:r>
    </w:p>
    <w:p>
      <w:r>
        <w:br/>
        <w:t>А сльози градом. Оце так!&lt;br /&gt;</w:t>
        <w:br/>
        <w:t>Дитя взяло мене за руку:&lt;br /&gt;</w:t>
        <w:br/>
        <w:t>– Сестричко, я не знаю, як&lt;br /&gt;</w:t>
        <w:br/>
        <w:t>Пережили ми цю розлуку?</w:t>
      </w:r>
    </w:p>
    <w:p>
      <w:r>
        <w:br/>
        <w:t>Втираю личко малюка,&lt;br /&gt;</w:t>
        <w:br/>
        <w:t>На мамине, напевно, схоже.&lt;br /&gt;</w:t>
        <w:br/>
        <w:t>Дісталась доля нелегка,&lt;br /&gt;</w:t>
        <w:br/>
        <w:t>Віднині ж … Поможи нам, Боже!</w:t>
      </w:r>
    </w:p>
    <w:p>
      <w:r>
        <w:br/>
        <w:t>Тепер з’явився в мене брат.&lt;br /&gt;</w:t>
        <w:br/>
        <w:t>Ось проводжаю в дитсадочок.&lt;br /&gt;</w:t>
        <w:br/>
        <w:t>В родині завжди згода, лад –&lt;br /&gt;</w:t>
        <w:br/>
        <w:t>Зростають доня і синочок.</w:t>
      </w:r>
    </w:p>
    <w:p>
      <w:r>
        <w:br/>
        <w:t>Cтежинка</w:t>
      </w:r>
    </w:p>
    <w:p>
      <w:r>
        <w:br/>
        <w:t>У кожного із нас своя стежинка,&lt;br /&gt;</w:t>
        <w:br/>
        <w:t>Що із дитинства в юність привела.&lt;br /&gt;</w:t>
        <w:br/>
        <w:t>Як талісман, там золота росинка&lt;br /&gt;</w:t>
        <w:br/>
        <w:t>На конюшині білій край села.</w:t>
      </w:r>
    </w:p>
    <w:p>
      <w:r>
        <w:br/>
        <w:t>Приспів:&lt;br /&gt;</w:t>
        <w:br/>
        <w:t>У споришах спішить моя стежинка&lt;br /&gt;</w:t>
        <w:br/>
        <w:t>І кличе за собою в далину.&lt;br /&gt;</w:t>
        <w:br/>
        <w:t>Ромашка розцвітає, як сніжинка,&lt;br /&gt;</w:t>
        <w:br/>
        <w:t>І обіцяє радість осяйну!</w:t>
      </w:r>
    </w:p>
    <w:p>
      <w:r>
        <w:br/>
        <w:t>Стежинкою біжу попід горою,&lt;br /&gt;</w:t>
        <w:br/>
        <w:t>Обабіч гаю, боса по росі.&lt;br /&gt;</w:t>
        <w:br/>
        <w:t>Доріжкою, що вигнулась бровою&lt;br /&gt;</w:t>
        <w:br/>
        <w:t>Над оком озера у весняній красі.</w:t>
      </w:r>
    </w:p>
    <w:p>
      <w:r>
        <w:br/>
        <w:t>Приспів</w:t>
      </w:r>
    </w:p>
    <w:p>
      <w:r>
        <w:br/>
        <w:t>Видзвонюють литаврами дзвіночки,&lt;br /&gt;</w:t>
        <w:br/>
        <w:t>Петрів батіг розправив пелюстки.&lt;br /&gt;</w:t>
        <w:br/>
        <w:t>Цвіте моя вишивана сорочка,&lt;br /&gt;</w:t>
        <w:br/>
        <w:t>І пахнуть м’яти дикої листки!</w:t>
      </w:r>
    </w:p>
    <w:p>
      <w:r>
        <w:br/>
        <w:t>Приспів</w:t>
      </w:r>
    </w:p>
    <w:p>
      <w:r>
        <w:br/>
        <w:t>А небеса по-українськи ніжні!&lt;br /&gt;</w:t>
        <w:br/>
        <w:t>Під ними виростати я спішу.&lt;br /&gt;</w:t>
        <w:br/>
        <w:t>Хмаринки лебедино-білосніжні&lt;br /&gt;</w:t>
        <w:br/>
        <w:t>Над стежкою, що в гущі споришу.</w:t>
      </w:r>
    </w:p>
    <w:p>
      <w:r>
        <w:br/>
        <w:t>Приспів&lt;br /&gt;</w:t>
        <w:br/>
        <w:t>Довкола розкіш рідної природи,&lt;br /&gt;</w:t>
        <w:br/>
        <w:t>І кожен з нас – її мале дитя,&lt;br /&gt;</w:t>
        <w:br/>
        <w:t>Краплиночка великого народу&lt;br /&gt;</w:t>
        <w:br/>
        <w:t>В Дніпровій хвилі вічного життя!</w:t>
      </w:r>
    </w:p>
    <w:p>
      <w:r>
        <w:br/>
        <w:t>Приспів</w:t>
      </w:r>
    </w:p>
    <w:p>
      <w:r>
        <w:br/>
        <w:t>УСЕ ПІДВЛАДНЕ СИЛІ СЛОВА&lt;br /&gt;</w:t>
        <w:br/>
        <w:t>Поетичні мандри</w:t>
      </w:r>
    </w:p>
    <w:p>
      <w:r>
        <w:br/>
        <w:t>Торкаюся листка паперу,&lt;br /&gt;</w:t>
        <w:br/>
        <w:t>Де літери, як благодать,&lt;br /&gt;</w:t>
        <w:br/>
        <w:t>І ось вже вірша каравела&lt;br /&gt;</w:t>
        <w:br/>
        <w:t>Спішить у мандри відпливать.</w:t>
      </w:r>
    </w:p>
    <w:p>
      <w:r>
        <w:br/>
        <w:t>Підводних каменів немало&lt;br /&gt;</w:t>
        <w:br/>
        <w:t>Ще доведеться оминуть.&lt;br /&gt;</w:t>
        <w:br/>
        <w:t>А моря синє покривало&lt;br /&gt;</w:t>
        <w:br/>
        <w:t>Так вабить у далеку путь,</w:t>
      </w:r>
    </w:p>
    <w:p>
      <w:r>
        <w:br/>
        <w:t>Де риби, мудрі у мовчанні,&lt;br /&gt;</w:t>
        <w:br/>
        <w:t>Живуть в коралових краях,&lt;br /&gt;</w:t>
        <w:br/>
        <w:t>Екзотики дива звичайні,&lt;br /&gt;</w:t>
        <w:br/>
        <w:t>Буденності незримий крах.</w:t>
      </w:r>
    </w:p>
    <w:p>
      <w:r>
        <w:br/>
        <w:t>Горять смарагди океанів,&lt;br /&gt;</w:t>
        <w:br/>
        <w:t>Купають місяць і зорю,&lt;br /&gt;</w:t>
        <w:br/>
        <w:t>Як нерозгаданість савани&lt;br /&gt;</w:t>
        <w:br/>
        <w:t>У африканському краю.</w:t>
      </w:r>
    </w:p>
    <w:p>
      <w:r>
        <w:br/>
        <w:t>Дивують розміром косатки!&lt;br /&gt;</w:t>
        <w:br/>
        <w:t>Кораловий минаю риф.&lt;br /&gt;</w:t>
        <w:br/>
        <w:t>А у вітрила дмуть пасати,&lt;br /&gt;</w:t>
        <w:br/>
        <w:t>І хвилі – як співзвуччя рим.</w:t>
      </w:r>
    </w:p>
    <w:p>
      <w:r>
        <w:br/>
        <w:t>Тим часом ручка не вгаває,&lt;br /&gt;</w:t>
        <w:br/>
        <w:t>Спішить по рівному рядку,&lt;br /&gt;</w:t>
        <w:br/>
        <w:t>І каравела вже в Гавайях&lt;br /&gt;</w:t>
        <w:br/>
        <w:t>Стрічає людність гомінку.</w:t>
      </w:r>
    </w:p>
    <w:p>
      <w:r>
        <w:br/>
        <w:t>Усе підвладне силі слова:&lt;br /&gt;</w:t>
        <w:br/>
        <w:t>І ці простори, далина.&lt;br /&gt;</w:t>
        <w:br/>
        <w:t>Поезія – життя основа&lt;br /&gt;</w:t>
        <w:br/>
        <w:t>І року кожного весна!</w:t>
      </w:r>
    </w:p>
    <w:p>
      <w:r>
        <w:br/>
        <w:t>Священний скарб</w:t>
      </w:r>
    </w:p>
    <w:p>
      <w:r>
        <w:br/>
        <w:t>Творю з повітря, барви й цвіту&lt;br /&gt;</w:t>
        <w:br/>
        <w:t>Мереживо моїх рядків!&lt;br /&gt;</w:t>
        <w:br/>
        <w:t>І вірш ось випурхнув у літо,&lt;br /&gt;</w:t>
        <w:br/>
        <w:t>Мов пташечка, в пір’їнках слів.</w:t>
      </w:r>
    </w:p>
    <w:p>
      <w:r>
        <w:br/>
        <w:t>А я, казкарка й поетеса,&lt;br /&gt;</w:t>
        <w:br/>
        <w:t>Розмотую нитки думок:&lt;br /&gt;</w:t>
        <w:br/>
        <w:t>"Жила колись собі принцеса&lt;br /&gt;</w:t>
        <w:br/>
        <w:t>У світлі сонця і зірок..."</w:t>
      </w:r>
    </w:p>
    <w:p>
      <w:r>
        <w:br/>
        <w:t>Ряхтять ось блискітки яскраві,&lt;br /&gt;</w:t>
        <w:br/>
        <w:t>А зорі канули в пітьму.&lt;br /&gt;</w:t>
        <w:br/>
        <w:t>Світанків золоті заграви&lt;br /&gt;</w:t>
        <w:br/>
        <w:t>У вірші трепетно візьму.</w:t>
      </w:r>
    </w:p>
    <w:p>
      <w:r>
        <w:br/>
        <w:t>А на вітрах рожеве диво&lt;br /&gt;</w:t>
        <w:br/>
        <w:t>Народження нового дня&lt;br /&gt;</w:t>
        <w:br/>
        <w:t>Вплететься в поетичну гриву&lt;br /&gt;</w:t>
        <w:br/>
        <w:t>Пегаса, вірного коня.</w:t>
      </w:r>
    </w:p>
    <w:p>
      <w:r>
        <w:br/>
        <w:t>І знову вірші, знову казка&lt;br /&gt;</w:t>
        <w:br/>
        <w:t>З повітря і палітри фарб.&lt;br /&gt;</w:t>
        <w:br/>
        <w:t>Прологу стежка та зав'язка,&lt;br /&gt;</w:t>
        <w:br/>
        <w:t>Поезії священний скарб!</w:t>
      </w:r>
    </w:p>
    <w:p>
      <w:r>
        <w:br/>
        <w:t>Чари читання</w:t>
      </w:r>
    </w:p>
    <w:p>
      <w:r>
        <w:br/>
        <w:t>Кожна книжка, вочевидь, чарівна,&lt;br /&gt;</w:t>
        <w:br/>
        <w:t>Кожен автор трохи чарівник.&lt;br /&gt;</w:t>
        <w:br/>
        <w:t>Ось пісні Марусі Чураївни –&lt;br /&gt;</w:t>
        <w:br/>
        <w:t>Слід її в історії не зник.</w:t>
      </w:r>
    </w:p>
    <w:p>
      <w:r>
        <w:br/>
        <w:t>Тож тепер слова народні в книзі&lt;br /&gt;</w:t>
        <w:br/>
        <w:t>Розцвітають ружами в рядках.&lt;br /&gt;</w:t>
        <w:br/>
        <w:t>Канонічні книги – дивовижі!&lt;br /&gt;</w:t>
        <w:br/>
        <w:t>Мудрість тут, як світло в маяках.</w:t>
      </w:r>
    </w:p>
    <w:p>
      <w:r>
        <w:br/>
        <w:t>Відхиляю тихо палітурку,&lt;br /&gt;</w:t>
        <w:br/>
        <w:t>Щоб до форзацу навшпиньках увійти.&lt;br /&gt;</w:t>
        <w:br/>
        <w:t>Уже серце мені б’ється лунко:&lt;br /&gt;</w:t>
        <w:br/>
        <w:t>Над безоднями зі сторінок мости!</w:t>
      </w:r>
    </w:p>
    <w:p>
      <w:r>
        <w:br/>
        <w:t>Треба ще й відваги, щоб пірнути&lt;br /&gt;</w:t>
        <w:br/>
        <w:t>До глибин, немов шукач перлин,&lt;br /&gt;</w:t>
        <w:br/>
        <w:t>Щоб скарби небачені добути,&lt;br /&gt;</w:t>
        <w:br/>
        <w:t>Ті, яких нема за склом вітрин.&lt;br /&gt;</w:t>
        <w:br/>
        <w:t>Адже кожна книга самобутня –&lt;br /&gt;</w:t>
        <w:br/>
        <w:t>Вир думок, потоки почувань.&lt;br /&gt;</w:t>
        <w:br/>
        <w:t>Скільки книг, де й досі я відсутня&lt;br /&gt;</w:t>
        <w:br/>
        <w:t>У свою ранкову світлу рань!</w:t>
      </w:r>
    </w:p>
    <w:p>
      <w:r>
        <w:br/>
        <w:t>Знову я в книжковім магазині –&lt;br /&gt;</w:t>
        <w:br/>
        <w:t>Палітурки світлі й темно-сині,&lt;br /&gt;</w:t>
        <w:br/>
        <w:t>І рожеві, як ясна зоря –&lt;br /&gt;</w:t>
        <w:br/>
        <w:t>На одній ось і моє ім’я.</w:t>
      </w:r>
    </w:p>
    <w:p>
      <w:r>
        <w:br/>
        <w:t>Віват "Дніпру"</w:t>
      </w:r>
    </w:p>
    <w:p>
      <w:r>
        <w:br/>
        <w:t>Хто любить водяну стихію,&lt;br /&gt;</w:t>
        <w:br/>
        <w:t>Тому ріка не звук пустий –&lt;br /&gt;</w:t>
        <w:br/>
        <w:t>Вона єднає, як дві мрії,&lt;br /&gt;</w:t>
        <w:br/>
        <w:t>Пологий берег і крутий.</w:t>
      </w:r>
    </w:p>
    <w:p>
      <w:r>
        <w:br/>
        <w:t>Несе свій плин повз ліс й поле,&lt;br /&gt;</w:t>
        <w:br/>
        <w:t>Аж ген, де море-океан,&lt;br /&gt;</w:t>
        <w:br/>
        <w:t>Через простори неозорі&lt;br /&gt;</w:t>
        <w:br/>
        <w:t>Щасливців всесвіту – краян,</w:t>
      </w:r>
    </w:p>
    <w:p>
      <w:r>
        <w:br/>
        <w:t>Які живуть у краї-гаї –&lt;br /&gt;</w:t>
        <w:br/>
        <w:t>То ж українці на віки.&lt;br /&gt;</w:t>
        <w:br/>
        <w:t>У їх улюбленім журналі&lt;br /&gt;</w:t>
        <w:br/>
        <w:t>Плин вікопомної ріки.</w:t>
      </w:r>
    </w:p>
    <w:p>
      <w:r>
        <w:br/>
        <w:t>Віват, "Дніпро", віват, прекрасний!&lt;br /&gt;</w:t>
        <w:br/>
        <w:t>Цвіт слова в блиску сторінок,&lt;br /&gt;</w:t>
        <w:br/>
        <w:t>Поезії вогонь незгасний&lt;br /&gt;</w:t>
        <w:br/>
        <w:t>І прози мудрої урок –</w:t>
      </w:r>
    </w:p>
    <w:p>
      <w:r>
        <w:br/>
        <w:t>Усе в твоїх "Дніпрових" хвилях,&lt;br /&gt;</w:t>
        <w:br/>
        <w:t>Коли точніше – сторінках.&lt;br /&gt;</w:t>
        <w:br/>
        <w:t>Їх шелест завжди серцю милий.&lt;br /&gt;</w:t>
        <w:br/>
        <w:t>Квітуй же словом у віках!</w:t>
      </w:r>
    </w:p>
    <w:p>
      <w:r>
        <w:br/>
        <w:t>Віват "Дніпру" і слава! Слава!&lt;br /&gt;</w:t>
        <w:br/>
        <w:t>Журнал об’єднує державу,&lt;br /&gt;</w:t>
        <w:br/>
        <w:t>Квітучу нашу Україну!&lt;br /&gt;</w:t>
        <w:br/>
        <w:t>"Дніпро" в ній мудрий і єдиний!</w:t>
      </w:r>
    </w:p>
    <w:p>
      <w:r>
        <w:br/>
        <w:t>Захоплення</w:t>
      </w:r>
    </w:p>
    <w:p>
      <w:r>
        <w:br/>
        <w:t>Нобелівському лауреату&lt;br /&gt;</w:t>
        <w:br/>
        <w:t>Томасу Трансрьомеру&lt;br /&gt;</w:t>
        <w:br/>
        <w:t>О, мудрий шведе, Ваші світлі вірші –&lt;br /&gt;</w:t>
        <w:br/>
        <w:t>Магічна призма, крізь яку ввесь світ&lt;br /&gt;</w:t>
        <w:br/>
        <w:t>Ви розглядали з юності неспішно,&lt;br /&gt;</w:t>
        <w:br/>
        <w:t>Мов чайки уповільнений політ.</w:t>
      </w:r>
    </w:p>
    <w:p>
      <w:r>
        <w:br/>
        <w:t>Світає. "В морі чайка – шкіпер сонця",&lt;br /&gt;</w:t>
        <w:br/>
        <w:t>"Мов письмена ацтеків" – "дивні дні".&lt;br /&gt;</w:t>
        <w:br/>
        <w:t>Мелодій Гайдна ніжні волоконця&lt;br /&gt;</w:t>
        <w:br/>
        <w:t>Вплітаються у вірші, наче в сні,</w:t>
      </w:r>
    </w:p>
    <w:p>
      <w:r>
        <w:br/>
        <w:t>У сніговійні пасма снігопаду,&lt;br /&gt;</w:t>
        <w:br/>
        <w:t>Де до-мажор і сяйво золоте.&lt;br /&gt;</w:t>
        <w:br/>
        <w:t>Йдете в дереворити на пораду –&lt;br /&gt;</w:t>
        <w:br/>
        <w:t>"Як лось камінний", "велет дуб" росте.</w:t>
      </w:r>
    </w:p>
    <w:p>
      <w:r>
        <w:br/>
        <w:t>Фортеця моря, у ній "шторм північний".&lt;br /&gt;</w:t>
        <w:br/>
        <w:t>І горобини ґрона на порі!&lt;br /&gt;</w:t>
        <w:br/>
        <w:t>В поезії, як завжди, все незвично –&lt;br /&gt;</w:t>
        <w:br/>
        <w:t>Що в космосі безмежнім угорі!</w:t>
      </w:r>
    </w:p>
    <w:p>
      <w:r>
        <w:br/>
        <w:t>Трансрьомере, великий майстре слова&lt;br /&gt;</w:t>
        <w:br/>
        <w:t>І Нобелівський вже лауреат,&lt;br /&gt;</w:t>
        <w:br/>
        <w:t>На крилах музики до Вас же на розмову&lt;br /&gt;</w:t>
        <w:br/>
        <w:t>Лечу крізь поетичний листопад.</w:t>
      </w:r>
    </w:p>
    <w:p>
      <w:r>
        <w:br/>
        <w:t>УКРАЇНО МОЯ ЧОРНОБРОВА, ПОЕТИЧНОГО СЕРЦЯ ПАРНАС!</w:t>
      </w:r>
    </w:p>
    <w:p>
      <w:r>
        <w:br/>
        <w:t>Український Парнас</w:t>
      </w:r>
    </w:p>
    <w:p>
      <w:r>
        <w:br/>
        <w:t>Україно, вишнева лебідко!&lt;br /&gt;</w:t>
        <w:br/>
        <w:t>В білім цвіті пливеш сяйвом трав.&lt;br /&gt;</w:t>
        <w:br/>
        <w:t>Ми питаємо, ненечко, звідки&lt;br /&gt;</w:t>
        <w:br/>
        <w:t>І куди, і хто путь твій пізнав?</w:t>
      </w:r>
    </w:p>
    <w:p>
      <w:r>
        <w:br/>
        <w:t>Ще в далекому середньовіччі&lt;br /&gt;</w:t>
        <w:br/>
        <w:t>В Синьоводськім палала бою.&lt;br /&gt;</w:t>
        <w:br/>
        <w:t>Там, де Буг і Дніпро, в межиріччі&lt;br /&gt;</w:t>
        <w:br/>
        <w:t>Ти відстояла волю свою.</w:t>
      </w:r>
    </w:p>
    <w:p>
      <w:r>
        <w:br/>
        <w:t>Відсіч грізну грабіжникам лютим&lt;br /&gt;</w:t>
        <w:br/>
        <w:t>Дав той бій, і притихла Орда.&lt;br /&gt;</w:t>
        <w:br/>
        <w:t>Всій Європі повік не забути,&lt;br /&gt;</w:t>
        <w:br/>
        <w:t>Як її оминула біда!</w:t>
      </w:r>
    </w:p>
    <w:p>
      <w:r>
        <w:br/>
        <w:t>Наші пращури – скіфи, трипільці,&lt;br /&gt;</w:t>
        <w:br/>
        <w:t>Що жили тут, на щедрій землі,&lt;br /&gt;</w:t>
        <w:br/>
        <w:t>Були воїни, вправні умільці&lt;br /&gt;</w:t>
        <w:br/>
        <w:t>На твоїм, Україно, крилі.</w:t>
      </w:r>
    </w:p>
    <w:p>
      <w:r>
        <w:br/>
        <w:t>Тож таким і козацтво постало&lt;br /&gt;</w:t>
        <w:br/>
        <w:t>У великих і славних боях.&lt;br /&gt;</w:t>
        <w:br/>
        <w:t>Плата кров’ю святою – немало!&lt;br /&gt;</w:t>
        <w:br/>
        <w:t>Нею землю полито в полях,</w:t>
      </w:r>
    </w:p>
    <w:p>
      <w:r>
        <w:br/>
        <w:t>У лісах, у квітучих дібровах&lt;br /&gt;</w:t>
        <w:br/>
        <w:t>За нащадків, а цебто за нас!&lt;br /&gt;</w:t>
        <w:br/>
        <w:t>Україно моя чорноброва,&lt;br /&gt;</w:t>
        <w:br/>
        <w:t>Поетичного серця Парнас!</w:t>
      </w:r>
    </w:p>
    <w:p>
      <w:r>
        <w:br/>
        <w:t>Все тобі, кожна думка і слово,&lt;br /&gt;</w:t>
        <w:br/>
        <w:t>Щоб у веснах ти вічно цвіла&lt;br /&gt;</w:t>
        <w:br/>
        <w:t>У вишневих квітучих обновах&lt;br /&gt;</w:t>
        <w:br/>
        <w:t>В кожнім місті, в садочках села!</w:t>
      </w:r>
    </w:p>
    <w:p>
      <w:r>
        <w:br/>
        <w:t>Україна – європейська держава</w:t>
      </w:r>
    </w:p>
    <w:p>
      <w:r>
        <w:br/>
        <w:t>Ми відкритий для світу народ – українці,&lt;br /&gt;</w:t>
        <w:br/>
        <w:t>Що у Східній Європі живем споконвік!&lt;br /&gt;</w:t>
        <w:br/>
        <w:t>В домі бути господарем мужеві й жінці –&lt;br /&gt;</w:t>
        <w:br/>
        <w:t>Наше право, дароване Богом повік!</w:t>
      </w:r>
    </w:p>
    <w:p>
      <w:r>
        <w:br/>
        <w:t>В нас багата земля, урожаями славна,&lt;br /&gt;</w:t>
        <w:br/>
        <w:t>Працьовитий, красивий і мудрий народ!&lt;br /&gt;</w:t>
        <w:br/>
        <w:t>В наших ріках – меди, як відомо віддавна,&lt;br /&gt;</w:t>
        <w:br/>
        <w:t>Берегами ж кисельними – стільки щедрот!</w:t>
      </w:r>
    </w:p>
    <w:p>
      <w:r>
        <w:br/>
        <w:t>Квітне сад український, що вродить у літі,&lt;br /&gt;</w:t>
        <w:br/>
        <w:t>У плодах зарясніє похиле гілля.&lt;br /&gt;</w:t>
        <w:br/>
        <w:t>Нас шанують у всьому великому світі,&lt;br /&gt;</w:t>
        <w:br/>
        <w:t>Придивляються пильно до нас звіддаля.</w:t>
      </w:r>
    </w:p>
    <w:p>
      <w:r>
        <w:br/>
        <w:t>В давнину це було, у боях&lt;br /&gt;</w:t>
        <w:br/>
        <w:t>Синьоводських,&lt;br /&gt;</w:t>
        <w:br/>
        <w:t>Українці, брати-білоруси, Литва&lt;br /&gt;</w:t>
        <w:br/>
        <w:t>Зупинили Орду у степу немонгольськім&lt;br /&gt;</w:t>
        <w:br/>
        <w:t>І на рідні краї відновили права!</w:t>
      </w:r>
    </w:p>
    <w:p>
      <w:r>
        <w:br/>
        <w:t>Всю Європу тоді заслонили собою!&lt;br /&gt;</w:t>
        <w:br/>
        <w:t>І хоча з того часу минули віки,&lt;br /&gt;</w:t>
        <w:br/>
        <w:t>Але слава безсмертна вогненного бою&lt;br /&gt;</w:t>
        <w:br/>
        <w:t>В благодаті Європи роки і роки.</w:t>
      </w:r>
    </w:p>
    <w:p>
      <w:r>
        <w:br/>
        <w:t>Запорізьке козацтво в боях небувалих&lt;br /&gt;</w:t>
        <w:br/>
        <w:t>Берегло Україну, Європи краї&lt;br /&gt;</w:t>
        <w:br/>
        <w:t>Від ворожих набігів, страшних і зухвалих.&lt;br /&gt;</w:t>
        <w:br/>
        <w:t>Лютий ворог летів, як осині рої!</w:t>
      </w:r>
    </w:p>
    <w:p>
      <w:r>
        <w:br/>
        <w:t>І Богун, і Нечай, і Сірко з Кривоносом –&lt;br /&gt;</w:t>
        <w:br/>
        <w:t>Українські звитяжці в далекій війні –&lt;br /&gt;</w:t>
        <w:br/>
        <w:t>У жнивах вікопомних складали покоси&lt;br /&gt;</w:t>
        <w:br/>
        <w:t>І нападникам злим твердо мовили: "Ні!"</w:t>
      </w:r>
    </w:p>
    <w:p>
      <w:r>
        <w:br/>
        <w:t>Зберегли за собою Європи родину!&lt;br /&gt;</w:t>
        <w:br/>
        <w:t>Час рікою спливав. Та фашизму зерно&lt;br /&gt;</w:t>
        <w:br/>
        <w:t>Не дало європейцям розправити спину,&lt;br /&gt;</w:t>
        <w:br/>
        <w:t>І зійшло будяками в Європі воно.</w:t>
      </w:r>
    </w:p>
    <w:p>
      <w:r>
        <w:br/>
        <w:t>Тож фашизму коричневий дим знавіснілий&lt;br /&gt;</w:t>
        <w:br/>
        <w:t>Ми гасили у сивім величнім Дніпрі.&lt;br /&gt;</w:t>
        <w:br/>
        <w:t>Амбразуру війни затулив своїм тілом&lt;br /&gt;</w:t>
        <w:br/>
        <w:t>Наш солдат, щоб жили всі у мирі й добрі!</w:t>
      </w:r>
    </w:p>
    <w:p>
      <w:r>
        <w:br/>
        <w:t>Щоб Європа постала і дружна, й могутня,&lt;br /&gt;</w:t>
        <w:br/>
        <w:t>Щоб народи у ній були вірні брати.&lt;br /&gt;</w:t>
        <w:br/>
        <w:t>В Європейський Союз нас веде незабутня&lt;br /&gt;</w:t>
        <w:br/>
        <w:t>Давня дружба, яку нам у серці нести!</w:t>
      </w:r>
    </w:p>
    <w:p>
      <w:r>
        <w:br/>
        <w:t>Вдома, в Україні</w:t>
      </w:r>
    </w:p>
    <w:p>
      <w:r>
        <w:br/>
        <w:t>Я у себе вдома, в Україні.&lt;br /&gt;</w:t>
        <w:br/>
        <w:t>Навесні ось мріями цвіту,&lt;br /&gt;</w:t>
        <w:br/>
        <w:t>Задивляюся у небо синє,&lt;br /&gt;</w:t>
        <w:br/>
        <w:t>На корону сонця золоту.&lt;br /&gt;</w:t>
        <w:br/>
        <w:t>Я у себе вдома, в Україні!</w:t>
      </w:r>
    </w:p>
    <w:p>
      <w:r>
        <w:br/>
        <w:t>Навесні ось мріями цвіту,&lt;br /&gt;</w:t>
        <w:br/>
        <w:t>Бо й земля моя цвіте крилато!&lt;br /&gt;</w:t>
        <w:br/>
        <w:t>Відкриваю істину просту:&lt;br /&gt;</w:t>
        <w:br/>
        <w:t>Затишно удома, в своїй хаті –&lt;br /&gt;</w:t>
        <w:br/>
        <w:t>В Україні мріями цвіту!</w:t>
      </w:r>
    </w:p>
    <w:p>
      <w:r>
        <w:br/>
        <w:t>Задивляюся у небо синє,&lt;br /&gt;</w:t>
        <w:br/>
        <w:t>Де хмаринки, як думок політ,&lt;br /&gt;</w:t>
        <w:br/>
        <w:t>А у серці – мова солов’їна,&lt;br /&gt;</w:t>
        <w:br/>
        <w:t>Що звучить піснями на ввесь світ!&lt;br /&gt;</w:t>
        <w:br/>
        <w:t>Задивляюся у небо синє.</w:t>
      </w:r>
    </w:p>
    <w:p>
      <w:r>
        <w:br/>
        <w:t>Вже корону сонця золоту&lt;br /&gt;</w:t>
        <w:br/>
        <w:t>Одягла щаслива Україна!&lt;br /&gt;</w:t>
        <w:br/>
        <w:t>Це мій дім, де вчуся і росту,&lt;br /&gt;</w:t>
        <w:br/>
        <w:t>Мріями у майбуття полину,&lt;br /&gt;</w:t>
        <w:br/>
        <w:t>Аж під квітку сонця золоту!</w:t>
      </w:r>
    </w:p>
    <w:p>
      <w:r>
        <w:br/>
        <w:t>Я у себе вдома, в Україні!&lt;br /&gt;</w:t>
        <w:br/>
        <w:t>І довкола рідні все краї –&lt;br /&gt;</w:t>
        <w:br/>
        <w:t>Веселкові, польові, гаїні,&lt;br /&gt;</w:t>
        <w:br/>
        <w:t>Де живуть і земляки мої,&lt;br /&gt;</w:t>
        <w:br/>
        <w:t>Бо я в себе вдома, в Україні!</w:t>
      </w:r>
    </w:p>
    <w:p>
      <w:r>
        <w:br/>
        <w:t>Говерла</w:t>
      </w:r>
    </w:p>
    <w:p>
      <w:r>
        <w:br/>
        <w:t>Осіннього туману острови.&lt;br /&gt;</w:t>
        <w:br/>
        <w:t>Високогір’я світлі закарпатські&lt;br /&gt;</w:t>
        <w:br/>
        <w:t>Під небом, наче сяйво корогви!&lt;br /&gt;</w:t>
        <w:br/>
        <w:t>А ці хмарини, як коші козацькі,</w:t>
      </w:r>
    </w:p>
    <w:p>
      <w:r>
        <w:br/>
        <w:t>Дозор високогірний тут несуть:&lt;br /&gt;</w:t>
        <w:br/>
        <w:t>Чи все, як слід, у любій Україні?&lt;br /&gt;</w:t>
        <w:br/>
        <w:t>Історії своєї не забуть,&lt;br /&gt;</w:t>
        <w:br/>
        <w:t>Плекати у своїй-таки ж країні</w:t>
      </w:r>
    </w:p>
    <w:p>
      <w:r>
        <w:br/>
        <w:t>Минулого славетні сторінки,&lt;br /&gt;</w:t>
        <w:br/>
        <w:t>Що пращурів святих политі кров’ю!&lt;br /&gt;</w:t>
        <w:br/>
        <w:t>В літописах збережено роки,&lt;br /&gt;</w:t>
        <w:br/>
        <w:t>Які в серцях у нас горять любов’ю!</w:t>
      </w:r>
    </w:p>
    <w:p>
      <w:r>
        <w:br/>
        <w:t>Говерла між туманів, як свіча,&lt;br /&gt;</w:t>
        <w:br/>
        <w:t>Палає у осінньому привіллі.&lt;br /&gt;</w:t>
        <w:br/>
        <w:t>Нагадує козацького меча,&lt;br /&gt;</w:t>
        <w:br/>
        <w:t>Прихиленого у рум’янім зіллі.</w:t>
      </w:r>
    </w:p>
    <w:p>
      <w:r>
        <w:br/>
        <w:t>Знак пам’яті, майбутньому зарок,&lt;br /&gt;</w:t>
        <w:br/>
        <w:t>Щоб берегли славетну Україну&lt;br /&gt;</w:t>
        <w:br/>
        <w:t>У всесвіті, посеред сонць, зірок&lt;br /&gt;</w:t>
        <w:br/>
        <w:t>І не забули давню ту руїну,</w:t>
      </w:r>
    </w:p>
    <w:p>
      <w:r>
        <w:br/>
        <w:t>Яка і досі болем гоготить&lt;br /&gt;</w:t>
        <w:br/>
        <w:t>У наших думах, як зринають мрії.&lt;br /&gt;</w:t>
        <w:br/>
        <w:t>Історії святої кожна мить&lt;br /&gt;</w:t>
        <w:br/>
        <w:t>Діймає горем, але й серце гріє</w:t>
      </w:r>
    </w:p>
    <w:p>
      <w:r>
        <w:br/>
        <w:t>Своєю величчю і доброти&lt;br /&gt;</w:t>
        <w:br/>
        <w:t>Крилом, вражає видивом двобою&lt;br /&gt;</w:t>
        <w:br/>
        <w:t>Із лютим злом, здолать, перерости&lt;br /&gt;</w:t>
        <w:br/>
        <w:t>Яке, мій друже, нам же із тобою!</w:t>
      </w:r>
    </w:p>
    <w:p>
      <w:r>
        <w:br/>
        <w:t>Говерла височіє, як душа&lt;br /&gt;</w:t>
        <w:br/>
        <w:t>Великого і мудрого народу!&lt;br /&gt;</w:t>
        <w:br/>
        <w:t>Запишемось до древнього коша,&lt;br /&gt;</w:t>
        <w:br/>
        <w:t>Відстоїмо країни честь, свободу!</w:t>
      </w:r>
    </w:p>
    <w:p>
      <w:r>
        <w:br/>
        <w:t>Небо України</w:t>
      </w:r>
    </w:p>
    <w:p>
      <w:r>
        <w:br/>
        <w:t>Яке чудове небо України –&lt;br /&gt;</w:t>
        <w:br/>
        <w:t>Біляві хмари, синій океан!&lt;br /&gt;</w:t>
        <w:br/>
        <w:t>Ген, ніби замку давнього руїни,&lt;br /&gt;</w:t>
        <w:br/>
        <w:t>На сході ж золотий пшеничний лан.</w:t>
      </w:r>
    </w:p>
    <w:p>
      <w:r>
        <w:br/>
        <w:t>Приспів:&lt;br /&gt;</w:t>
        <w:br/>
        <w:t>А я лечу на килимі із хмарки,&lt;br /&gt;</w:t>
        <w:br/>
        <w:t>Все небо озираючи щораз.&lt;br /&gt;</w:t>
        <w:br/>
        <w:t>Ось сонечко розсунуло фіранки&lt;br /&gt;</w:t>
        <w:br/>
        <w:t>І сипле щире золото до нас.</w:t>
      </w:r>
    </w:p>
    <w:p>
      <w:r>
        <w:br/>
        <w:t>Мов волошками зацвітає поле,&lt;br /&gt;</w:t>
        <w:br/>
        <w:t>Ромашки відкривають пелюстки.&lt;br /&gt;</w:t>
        <w:br/>
        <w:t>І стільки щастя, стільки світла, волі,&lt;br /&gt;</w:t>
        <w:br/>
        <w:t>Що вистачить усім нам на віки.</w:t>
      </w:r>
    </w:p>
    <w:p>
      <w:r>
        <w:br/>
        <w:t>Приспів</w:t>
      </w:r>
    </w:p>
    <w:p>
      <w:r>
        <w:br/>
        <w:t>Веселка семиколірно зринає,&lt;br /&gt;</w:t>
        <w:br/>
        <w:t>На крапельках дрібних ряхтить яса&lt;br /&gt;</w:t>
        <w:br/>
        <w:t>На радість і добро моєму краю!&lt;br /&gt;</w:t>
        <w:br/>
        <w:t>Такі в нас, в Україні, небеса!</w:t>
      </w:r>
    </w:p>
    <w:p>
      <w:r>
        <w:br/>
        <w:t>Приспів</w:t>
      </w:r>
    </w:p>
    <w:p>
      <w:r>
        <w:br/>
        <w:t>Чорниці</w:t>
      </w:r>
    </w:p>
    <w:p>
      <w:r>
        <w:br/>
        <w:t>Чорницею покриті схили гір,&lt;br /&gt;</w:t>
        <w:br/>
        <w:t>Улітку сині, наче хвилі моря,&lt;br /&gt;</w:t>
        <w:br/>
        <w:t>А восени – хоч погляду не вір –&lt;br /&gt;</w:t>
        <w:br/>
        <w:t>Рожеві, безконечно-неозорі.</w:t>
      </w:r>
    </w:p>
    <w:p>
      <w:r>
        <w:br/>
        <w:t>Приспів:&lt;br /&gt;</w:t>
        <w:br/>
        <w:t>Карпати! Український дивосвіт.&lt;br /&gt;</w:t>
        <w:br/>
        <w:t>Тут спів лунає дзвінко, на ввесь світ!&lt;br /&gt;</w:t>
        <w:br/>
        <w:t>Каскади гір, і ріки, і лани&lt;br /&gt;</w:t>
        <w:br/>
        <w:t>Нас ваблять від весни і до весни.</w:t>
      </w:r>
    </w:p>
    <w:p>
      <w:r>
        <w:br/>
        <w:t>Чорниця – зваба в погляді очей,&lt;br /&gt;</w:t>
        <w:br/>
        <w:t>Вуста – що восени її рум’янки.&lt;br /&gt;</w:t>
        <w:br/>
        <w:t>Русяві кучері струмками до плечей.&lt;br /&gt;</w:t>
        <w:br/>
        <w:t>О, вродо україночки-горянки!</w:t>
      </w:r>
    </w:p>
    <w:p>
      <w:r>
        <w:br/>
        <w:t>Приспів</w:t>
      </w:r>
    </w:p>
    <w:p>
      <w:r>
        <w:br/>
        <w:t>А легені – вже кращих не знайти:&lt;br /&gt;</w:t>
        <w:br/>
        <w:t>Мов велети – землі своїй на славу!&lt;br /&gt;</w:t>
        <w:br/>
        <w:t>І скільки щирості, любові, доброти&lt;br /&gt;</w:t>
        <w:br/>
        <w:t>У погляді цих горців нелукавих!</w:t>
      </w:r>
    </w:p>
    <w:p>
      <w:r>
        <w:br/>
        <w:t>Приспів</w:t>
      </w:r>
    </w:p>
    <w:p>
      <w:r>
        <w:br/>
        <w:t>ДВОЛИСНИК&lt;br /&gt;</w:t>
        <w:br/>
        <w:t>Пригода в лісі&lt;br /&gt;</w:t>
        <w:br/>
        <w:t>Казка</w:t>
      </w:r>
    </w:p>
    <w:p>
      <w:r>
        <w:br/>
        <w:t>Було це в нашій любій Україні,&lt;br /&gt;</w:t>
        <w:br/>
        <w:t>Де, як моря, смарагдові ліси,&lt;br /&gt;</w:t>
        <w:br/>
        <w:t>Де птах над ними у привіллі лине!&lt;br /&gt;</w:t>
        <w:br/>
        <w:t>І стільки тут казкової краси!</w:t>
      </w:r>
    </w:p>
    <w:p>
      <w:r>
        <w:br/>
        <w:t>Стояла хатка в лозняку, край річки.&lt;br /&gt;</w:t>
        <w:br/>
        <w:t>Там мавка господинею була,&lt;br /&gt;</w:t>
        <w:br/>
        <w:t>Що лісовик взивав її Марічка.&lt;br /&gt;</w:t>
        <w:br/>
        <w:t>Нікому в світі не робила зла.</w:t>
      </w:r>
    </w:p>
    <w:p>
      <w:r>
        <w:br/>
        <w:t>Щороку прала лісу світлі шати&lt;br /&gt;</w:t>
        <w:br/>
        <w:t>І розправляла праскою-дощем,&lt;br /&gt;</w:t>
        <w:br/>
        <w:t>Звірят скликала до своєї хати&lt;br /&gt;</w:t>
        <w:br/>
        <w:t>І частувала радісно борщем.</w:t>
      </w:r>
    </w:p>
    <w:p>
      <w:r>
        <w:br/>
        <w:t>Та якось не минули ліс два Гриці –&lt;br /&gt;</w:t>
        <w:br/>
        <w:t>Велосипед застряг поміж квіток.&lt;br /&gt;</w:t>
        <w:br/>
        <w:t>Бач, замість того, щоб у школі вчиться,&lt;br /&gt;</w:t>
        <w:br/>
        <w:t>То вирішили прогулять урок.</w:t>
      </w:r>
    </w:p>
    <w:p>
      <w:r>
        <w:br/>
        <w:t>Розводять ватру та збирають дрова.&lt;br /&gt;</w:t>
        <w:br/>
        <w:t>А там же мишки бідної нора,&lt;br /&gt;</w:t>
        <w:br/>
        <w:t>І їжачкова схованка чудова,&lt;br /&gt;</w:t>
        <w:br/>
        <w:t>Ще й поряд – павучкова дітвора.</w:t>
      </w:r>
    </w:p>
    <w:p>
      <w:r>
        <w:br/>
        <w:t>Не помічають неуважні Гриці,&lt;br /&gt;</w:t>
        <w:br/>
        <w:t>Якої наробили вже біди.&lt;br /&gt;</w:t>
        <w:br/>
        <w:t>Зірвалися з верхів’їв лісу птиці,&lt;br /&gt;</w:t>
        <w:br/>
        <w:t>Кричать:&lt;br /&gt;</w:t>
        <w:br/>
        <w:t>– На допомогу, всі сюди!</w:t>
      </w:r>
    </w:p>
    <w:p>
      <w:r>
        <w:br/>
        <w:t>А хлопці вже беруть велосипеда&lt;br /&gt;</w:t>
        <w:br/>
        <w:t>Й, не загасивши полум’я як слід,&lt;br /&gt;</w:t>
        <w:br/>
        <w:t>Летять, немов у космосі комета,&lt;br /&gt;</w:t>
        <w:br/>
        <w:t>Щоб наробити в лісі й інших бід.</w:t>
      </w:r>
    </w:p>
    <w:p>
      <w:r>
        <w:br/>
        <w:t>Біжить за ними у травичці мишка,&lt;br /&gt;</w:t>
        <w:br/>
        <w:t>І їжачок наставив колючки.&lt;br /&gt;</w:t>
        <w:br/>
        <w:t>А павучата підібрались нишком,&lt;br /&gt;</w:t>
        <w:br/>
        <w:t>Розвісили липучі гамачки.</w:t>
      </w:r>
    </w:p>
    <w:p>
      <w:r>
        <w:br/>
        <w:t>Оце-то так, утрапили в халепу!&lt;br /&gt;</w:t>
        <w:br/>
        <w:t>А в лісі вже їдкий валує дим.&lt;br /&gt;</w:t>
        <w:br/>
        <w:t>На поміч хмарка поспіша зі степу,&lt;br /&gt;</w:t>
        <w:br/>
        <w:t>Щоб квітам, травам помогти малим,</w:t>
      </w:r>
    </w:p>
    <w:p>
      <w:r>
        <w:br/>
        <w:t>Порятувати злякані дерева,&lt;br /&gt;</w:t>
        <w:br/>
        <w:t>Де мавка носить воду від ріки.&lt;br /&gt;</w:t>
        <w:br/>
        <w:t>За вітром лине хмаронька травнева.&lt;br /&gt;</w:t>
        <w:br/>
        <w:t>Біжать із дитсадочка малюки.</w:t>
      </w:r>
    </w:p>
    <w:p>
      <w:r>
        <w:br/>
        <w:t>В руках у них малесенькі відерця,&lt;br /&gt;</w:t>
        <w:br/>
        <w:t>Лопаточки, совочки для піску.&lt;br /&gt;</w:t>
        <w:br/>
        <w:t>Гукають:&lt;br /&gt;</w:t>
        <w:br/>
        <w:t>– Станемо за ліс до герцю,&lt;br /&gt;</w:t>
        <w:br/>
        <w:t>Канал прориємо, повернемо ріку!</w:t>
      </w:r>
    </w:p>
    <w:p>
      <w:r>
        <w:br/>
        <w:t>Ріка й сама спішить на допомогу.&lt;br /&gt;</w:t>
        <w:br/>
        <w:t>Шипить вогонь, тікає, як змія.&lt;br /&gt;</w:t>
        <w:br/>
        <w:t>І школярі, минаючи дорогу,&lt;br /&gt;</w:t>
        <w:br/>
        <w:t>До лісу навпростець! І з ними я</w:t>
      </w:r>
    </w:p>
    <w:p>
      <w:r>
        <w:br/>
        <w:t>Біжу допомогти знайомій мавці,&lt;br /&gt;</w:t>
        <w:br/>
        <w:t>Порятувати квіти і звірят!&lt;br /&gt;</w:t>
        <w:br/>
        <w:t>А де ж бо Гриці, два отих лукавці?&lt;br /&gt;</w:t>
        <w:br/>
        <w:t>Вогонь у лісі їсть усе підряд.</w:t>
      </w:r>
    </w:p>
    <w:p>
      <w:r>
        <w:br/>
        <w:t>Від страху знепритомніли, а хмара&lt;br /&gt;</w:t>
        <w:br/>
        <w:t>Їх піднесла над лісом у дощі.&lt;br /&gt;</w:t>
        <w:br/>
        <w:t>Отямилися. Що це за примара?&lt;br /&gt;</w:t>
        <w:br/>
        <w:t>Де ліс, вогонь, ялинки і кущі?</w:t>
      </w:r>
    </w:p>
    <w:p>
      <w:r>
        <w:br/>
        <w:t>Тут хмара громом ще й загоготіла:&lt;br /&gt;</w:t>
        <w:br/>
        <w:t>– Я вас оберігати ліс навчу!&lt;br /&gt;</w:t>
        <w:br/>
        <w:t>Поглянули униз – народу сила,&lt;br /&gt;</w:t>
        <w:br/>
        <w:t>А лісу ж, лісу шкода до плачу!</w:t>
      </w:r>
    </w:p>
    <w:p>
      <w:r>
        <w:br/>
        <w:t>Де капнули розкаяння сльозини,&lt;br /&gt;</w:t>
        <w:br/>
        <w:t>Не тільки той вогонь жахливий згас,&lt;br /&gt;</w:t>
        <w:br/>
        <w:t>А й відросли згорілі вже рослини,&lt;br /&gt;</w:t>
        <w:br/>
        <w:t>Крізь сльози посміхнулися до нас.</w:t>
      </w:r>
    </w:p>
    <w:p>
      <w:r>
        <w:br/>
        <w:t>І раптом – що це? Як з мішечка груші,&lt;br /&gt;</w:t>
        <w:br/>
        <w:t>Два Гриці покотились у траву.&lt;br /&gt;</w:t>
        <w:br/>
        <w:t>І треба ж так, признатися тут мушу,&lt;br /&gt;</w:t>
        <w:br/>
        <w:t>Що втрапили в жалючу кропиву!</w:t>
      </w:r>
    </w:p>
    <w:p>
      <w:r>
        <w:br/>
        <w:t>А мавка на галяві розкладає&lt;br /&gt;</w:t>
        <w:br/>
        <w:t>Духмяні ягоди і розлива компот.&lt;br /&gt;</w:t>
        <w:br/>
        <w:t>Які ліси прекрасні в нашім краї,&lt;br /&gt;</w:t>
        <w:br/>
        <w:t>І скільки в них для нас усіх щедрот!</w:t>
      </w:r>
    </w:p>
    <w:p>
      <w:r>
        <w:br/>
        <w:t>Їх берегти слід, як зіницю ока,&lt;br /&gt;</w:t>
        <w:br/>
        <w:t>Бо це ж легені нашої землі!&lt;br /&gt;</w:t>
        <w:br/>
        <w:t>Домівка мишки, їжачка, сороки,&lt;br /&gt;</w:t>
        <w:br/>
        <w:t>Ще й павучата в нім живуть малі!</w:t>
      </w:r>
    </w:p>
    <w:p>
      <w:r>
        <w:br/>
        <w:t>Це зрозуміли добре горе-Гриці.&lt;br /&gt;</w:t>
        <w:br/>
        <w:t>У ліс тепер ідуть, неначе в храм,&lt;br /&gt;</w:t>
        <w:br/>
        <w:t>Вслухаючись у пісеньку синиці,&lt;br /&gt;</w:t>
        <w:br/>
        <w:t>Вклоняючись деревам і вітрам.</w:t>
      </w:r>
    </w:p>
    <w:p>
      <w:r>
        <w:br/>
        <w:t>І люди, і звірята – щире братство,&lt;br /&gt;</w:t>
        <w:br/>
        <w:t>Щоб ліс, немов домівку,берегти.&lt;br /&gt;</w:t>
        <w:br/>
        <w:t>Не кидай папірця тут – святотатство&lt;br /&gt;</w:t>
        <w:br/>
        <w:t>Смітити в лісі, в храмі чистоти!</w:t>
      </w:r>
    </w:p>
    <w:p>
      <w:r>
        <w:br/>
        <w:t>Тож бережімо квітку, і травинку,&lt;br /&gt;</w:t>
        <w:br/>
        <w:t>І лісу безконечну далину.&lt;br /&gt;</w:t>
        <w:br/>
        <w:t>Ось клен кленочку тихо мовить:&lt;br /&gt;</w:t>
        <w:br/>
        <w:t>– Синку,&lt;br /&gt;</w:t>
        <w:br/>
        <w:t>Люби наш ліс, домівку осяйну!</w:t>
      </w:r>
    </w:p>
    <w:p>
      <w:r>
        <w:br/>
        <w:t>Насаджуймо ліси! Їх поливати&lt;br /&gt;</w:t>
        <w:br/>
        <w:t>Ми будемо старатися щораз.&lt;br /&gt;</w:t>
        <w:br/>
        <w:t>А мавка лісова виходить з хати&lt;br /&gt;</w:t>
        <w:br/>
        <w:t>І дружньо посміхається до нас!</w:t>
      </w:r>
    </w:p>
    <w:p>
      <w:r>
        <w:br/>
        <w:t>Берізка і платан</w:t>
      </w:r>
    </w:p>
    <w:p>
      <w:r>
        <w:br/>
        <w:t>Берізка в платті із парчі,&lt;br /&gt;</w:t>
        <w:br/>
        <w:t>Що виткали небесні феї&lt;br /&gt;</w:t>
        <w:br/>
        <w:t>Для неї, любої, вночі,&lt;br /&gt;</w:t>
        <w:br/>
        <w:t>Неначе снігова лілея –</w:t>
      </w:r>
    </w:p>
    <w:p>
      <w:r>
        <w:br/>
        <w:t>Окраса нашого двора,&lt;br /&gt;</w:t>
        <w:br/>
        <w:t>Струнка, висока, тонкостана!&lt;br /&gt;</w:t>
        <w:br/>
        <w:t>Під нею наша дітвора&lt;br /&gt;</w:t>
        <w:br/>
        <w:t>На гірку витягала сани.</w:t>
      </w:r>
    </w:p>
    <w:p>
      <w:r>
        <w:br/>
        <w:t>Всім люба, бо ж яка краса!&lt;br /&gt;</w:t>
        <w:br/>
        <w:t>На гілочки її тоненькі&lt;br /&gt;</w:t>
        <w:br/>
        <w:t>Ще й іній сиплють небеса,&lt;br /&gt;</w:t>
        <w:br/>
        <w:t>Плетуть мережива легенькі.</w:t>
      </w:r>
    </w:p>
    <w:p>
      <w:r>
        <w:br/>
        <w:t>Минають вражені вітри,&lt;br /&gt;</w:t>
        <w:br/>
        <w:t>Щоб не струсить ниток сріблястих.&lt;br /&gt;</w:t>
        <w:br/>
        <w:t>Скажу, і не повіриш ти,&lt;br /&gt;</w:t>
        <w:br/>
        <w:t>Від чого їй прийшлось пропасти!</w:t>
      </w:r>
    </w:p>
    <w:p>
      <w:r>
        <w:br/>
        <w:t>Почувся вантажівки рик.&lt;br /&gt;</w:t>
        <w:br/>
        <w:t>Відповідальні роботяги –&lt;br /&gt;</w:t>
        <w:br/>
        <w:t>До всього кожен, мабуть, звик,&lt;br /&gt;</w:t>
        <w:br/>
        <w:t>Бо вистачило в них відваги –</w:t>
      </w:r>
    </w:p>
    <w:p>
      <w:r>
        <w:br/>
        <w:t>Спиляли дерево гінке,&lt;br /&gt;</w:t>
        <w:br/>
        <w:t>Що п’ятий поверх вже минало.&lt;br /&gt;</w:t>
        <w:br/>
        <w:t>Стріпнулося гілля тонке,&lt;br /&gt;</w:t>
        <w:br/>
        <w:t>І так берізоньки не стало.</w:t>
      </w:r>
    </w:p>
    <w:p>
      <w:r>
        <w:br/>
        <w:t>Її забрали в той же день –&lt;br /&gt;</w:t>
        <w:br/>
        <w:t>Для шашликів, мов, пригодиться.&lt;br /&gt;</w:t>
        <w:br/>
        <w:t>А у дворі лишився пень&lt;br /&gt;</w:t>
        <w:br/>
        <w:t>І сліз струмки на наших лицях!</w:t>
      </w:r>
    </w:p>
    <w:p>
      <w:r>
        <w:br/>
        <w:t>А нещодавно довелось&lt;br /&gt;</w:t>
        <w:br/>
        <w:t>Таку побачити картину:&lt;br /&gt;</w:t>
        <w:br/>
        <w:t>Я, щоб купить собі чогось,&lt;br /&gt;</w:t>
        <w:br/>
        <w:t>Зайшла в Криму до магазину.</w:t>
      </w:r>
    </w:p>
    <w:p>
      <w:r>
        <w:br/>
        <w:t>Посеред зали ріс платан –&lt;br /&gt;</w:t>
        <w:br/>
        <w:t>Гілками уже поза дахом!&lt;br /&gt;</w:t>
        <w:br/>
        <w:t>Пишався, як татарський хан,&lt;br /&gt;</w:t>
        <w:br/>
        <w:t>А з двору видавався птахом,</w:t>
      </w:r>
    </w:p>
    <w:p>
      <w:r>
        <w:br/>
        <w:t>Якому зберегли життя&lt;br /&gt;</w:t>
        <w:br/>
        <w:t>І не підрізали крилята.&lt;br /&gt;</w:t>
        <w:br/>
        <w:t>Тож не зазнають каяття&lt;br /&gt;</w:t>
        <w:br/>
        <w:t>Ані дорослі, ні малята!</w:t>
      </w:r>
    </w:p>
    <w:p>
      <w:r>
        <w:br/>
        <w:t>Лобода</w:t>
      </w:r>
    </w:p>
    <w:p>
      <w:r>
        <w:br/>
        <w:t>Літа метелик у пороші цвіту,&lt;br /&gt;</w:t>
        <w:br/>
        <w:t>Тріпоче крильцями – колібрі-птах&lt;br /&gt;</w:t>
        <w:br/>
        <w:t>В поезії Сосюриного літа,&lt;br /&gt;</w:t>
        <w:br/>
        <w:t>Що маревом над травами в степах.</w:t>
      </w:r>
    </w:p>
    <w:p>
      <w:r>
        <w:br/>
        <w:t>Пилку із лободи йому достатньо&lt;br /&gt;</w:t>
        <w:br/>
        <w:t>У цей блакитно-золотистий день,&lt;br /&gt;</w:t>
        <w:br/>
        <w:t>Такий прозоро-світлий, благодатний&lt;br /&gt;</w:t>
        <w:br/>
        <w:t>Для радості, польоту і пісень!</w:t>
      </w:r>
    </w:p>
    <w:p>
      <w:r>
        <w:br/>
        <w:t>Легенький вітер, волошкове небо,&lt;br /&gt;</w:t>
        <w:br/>
        <w:t>І стільки цвіту у блакитній млі!&lt;br /&gt;</w:t>
        <w:br/>
        <w:t>Чого ж іще метеликові треба?&lt;br /&gt;</w:t>
        <w:br/>
        <w:t>Лиш пахло б лободою на землі!</w:t>
      </w:r>
    </w:p>
    <w:p>
      <w:r>
        <w:br/>
        <w:t>Бережімо ліси</w:t>
      </w:r>
    </w:p>
    <w:p>
      <w:r>
        <w:br/>
        <w:t>Немов коріатида, храм лісів&lt;br /&gt;</w:t>
        <w:br/>
        <w:t>Плечима я натужно підпираю.&lt;br /&gt;</w:t>
        <w:br/>
        <w:t>За зростом флори кілька ярусів&lt;br /&gt;</w:t>
        <w:br/>
        <w:t>Несуть до неба ці ліси безкраї.</w:t>
      </w:r>
    </w:p>
    <w:p>
      <w:r>
        <w:br/>
        <w:t>Тримають сонце в кронах золотих&lt;br /&gt;</w:t>
        <w:br/>
        <w:t>І ловлять зорі в них, немов у сітку.&lt;br /&gt;</w:t>
        <w:br/>
        <w:t>Зірвався вітер, але в лісі стих.&lt;br /&gt;</w:t>
        <w:br/>
        <w:t>Тому дерева – безсловесні свідки,</w:t>
      </w:r>
    </w:p>
    <w:p>
      <w:r>
        <w:br/>
        <w:t>Що навіть урагани гасять гнів,&lt;br /&gt;</w:t>
        <w:br/>
        <w:t>Зустрівши лісу грізну оборону,&lt;br /&gt;</w:t>
        <w:br/>
        <w:t>Де павучок для гілки клена сплів&lt;br /&gt;</w:t>
        <w:br/>
        <w:t>Сріблясту, наче з інею, корону,</w:t>
      </w:r>
    </w:p>
    <w:p>
      <w:r>
        <w:br/>
        <w:t>Де мишка має нірку під листком,&lt;br /&gt;</w:t>
        <w:br/>
        <w:t>Де птахи мостять між гілок гніздечка.&lt;br /&gt;</w:t>
        <w:br/>
        <w:t>Простує білочка хистким містком&lt;br /&gt;</w:t>
        <w:br/>
        <w:t>Із віт від мене зовсім недалечко.</w:t>
      </w:r>
    </w:p>
    <w:p>
      <w:r>
        <w:br/>
        <w:t>Ось зайчик умивається в росі&lt;br /&gt;</w:t>
        <w:br/>
        <w:t>Та дивиться, чи все навкруг безпечно.&lt;br /&gt;</w:t>
        <w:br/>
        <w:t>І знають оці мешканці усі,&lt;br /&gt;</w:t>
        <w:br/>
        <w:t>Що ліс – їхня домівка, безперечно.</w:t>
      </w:r>
    </w:p>
    <w:p>
      <w:r>
        <w:br/>
        <w:t>Тож, бережімо ліс, цей храм життя,&lt;br /&gt;</w:t>
        <w:br/>
        <w:t>Оці дуби, берізоньки веселі,&lt;br /&gt;</w:t>
        <w:br/>
        <w:t>Бо він – то наше спільне майбуття,&lt;br /&gt;</w:t>
        <w:br/>
        <w:t>Всього живого лагідна оселя!</w:t>
      </w:r>
    </w:p>
    <w:p>
      <w:r>
        <w:br/>
        <w:t>Барбарис</w:t>
      </w:r>
    </w:p>
    <w:p>
      <w:r>
        <w:br/>
        <w:t>Довкола осінь, ранньо— й пізньотемна,&lt;br /&gt;</w:t>
        <w:br/>
        <w:t>Вже погасила скрізь свої вогні.&lt;br /&gt;</w:t>
        <w:br/>
        <w:t>Пташки повідлітали недаремно –&lt;br /&gt;</w:t>
        <w:br/>
        <w:t>Такі похмуро-темні нині дні.</w:t>
      </w:r>
    </w:p>
    <w:p>
      <w:r>
        <w:br/>
        <w:t>Але маленький кущик барбарису&lt;br /&gt;</w:t>
        <w:br/>
        <w:t>Яріє листям з плетива кайми.&lt;br /&gt;</w:t>
        <w:br/>
        <w:t>То осінь малювала! Кожну риску&lt;br /&gt;</w:t>
        <w:br/>
        <w:t>Осипала гарячими слізьми.</w:t>
      </w:r>
    </w:p>
    <w:p>
      <w:r>
        <w:br/>
        <w:t>Вгорі заплакала й зоря вечірня,&lt;br /&gt;</w:t>
        <w:br/>
        <w:t>Рожева, як і теплої пори,&lt;br /&gt;</w:t>
        <w:br/>
        <w:t>Над хмарами, немов високогірна!&lt;br /&gt;</w:t>
        <w:br/>
        <w:t>І зайнялись вогнями явори.</w:t>
      </w:r>
    </w:p>
    <w:p>
      <w:r>
        <w:br/>
        <w:t>Душа співає радості осанну!&lt;br /&gt;</w:t>
        <w:br/>
        <w:t>Не згасне світло у осінній тьмі,&lt;br /&gt;</w:t>
        <w:br/>
        <w:t>І барбарису вогнище рум’яне,&lt;br /&gt;</w:t>
        <w:br/>
        <w:t>І полум’яне серце, і самі</w:t>
      </w:r>
    </w:p>
    <w:p>
      <w:r>
        <w:br/>
        <w:t>Багрянці сходу й заходу гарячі,&lt;br /&gt;</w:t>
        <w:br/>
        <w:t>Що не підвладні холоду ніяк.&lt;br /&gt;</w:t>
        <w:br/>
        <w:t>Хоча сльота і мрякою заплаче,&lt;br /&gt;</w:t>
        <w:br/>
        <w:t>Та все вогнисте – то життя маяк!</w:t>
      </w:r>
    </w:p>
    <w:p>
      <w:r>
        <w:br/>
        <w:t>Вже пізня осінь погасила ватри.&lt;br /&gt;</w:t>
        <w:br/>
        <w:t>За барвою одержав перший приз&lt;br /&gt;</w:t>
        <w:br/>
        <w:t>В декорі темно-сірого театру&lt;br /&gt;</w:t>
        <w:br/>
        <w:t>Малиново-червоний барбарис!</w:t>
      </w:r>
    </w:p>
    <w:p>
      <w:r>
        <w:br/>
        <w:t>Бори під Острогом</w:t>
      </w:r>
    </w:p>
    <w:p>
      <w:r>
        <w:br/>
        <w:t>Сосновий бір Острожчини – як море,&lt;br /&gt;</w:t>
        <w:br/>
        <w:t>Що вже давно плеснуло з берегів&lt;br /&gt;</w:t>
        <w:br/>
        <w:t>І розлилось смарагдом неозоро&lt;br /&gt;</w:t>
        <w:br/>
        <w:t>Поміж ясних березових гаїв.</w:t>
      </w:r>
    </w:p>
    <w:p>
      <w:r>
        <w:br/>
        <w:t>Зимою – між снігів, що мов оправа&lt;br /&gt;</w:t>
        <w:br/>
        <w:t>Вічнозелених безконечних хвиль.&lt;br /&gt;</w:t>
        <w:br/>
        <w:t>Це ж Рівненщини і краса, і слава,&lt;br /&gt;</w:t>
        <w:br/>
        <w:t>І особливий незрівнянний стиль.</w:t>
      </w:r>
    </w:p>
    <w:p>
      <w:r>
        <w:br/>
        <w:t>Під соснами притрушений травою&lt;br /&gt;</w:t>
        <w:br/>
        <w:t>Пісок, неначе на морському дні.&lt;br /&gt;</w:t>
        <w:br/>
        <w:t>Виношу з лісу часто із собою,&lt;br /&gt;</w:t>
        <w:br/>
        <w:t>Як скарб, ще не написані пісні.</w:t>
      </w:r>
    </w:p>
    <w:p>
      <w:r>
        <w:br/>
        <w:t>А сосни височіють так, неначе&lt;br /&gt;</w:t>
        <w:br/>
        <w:t>То щогли велетенських кораблів!&lt;br /&gt;</w:t>
        <w:br/>
        <w:t>Ліси, ліси! Ви нас усіх пробачте,&lt;br /&gt;</w:t>
        <w:br/>
        <w:t>Бо ж хтось сокиру принести посмів</w:t>
      </w:r>
    </w:p>
    <w:p>
      <w:r>
        <w:br/>
        <w:t>Вам на біду та й людям не на щастя:&lt;br /&gt;</w:t>
        <w:br/>
        <w:t>Всі ж летимо на кораблі "Земля"!&lt;br /&gt;</w:t>
        <w:br/>
        <w:t>І нам його уберегти удасться,&lt;br /&gt;</w:t>
        <w:br/>
        <w:t>Як знатимем, що ми одна сім’я:</w:t>
      </w:r>
    </w:p>
    <w:p>
      <w:r>
        <w:br/>
        <w:t>І дерево, і квітка, і людина,&lt;br /&gt;</w:t>
        <w:br/>
        <w:t>Амеб родина в крапельці води,&lt;br /&gt;</w:t>
        <w:br/>
        <w:t>Верба у лузі, в березі калина.&lt;br /&gt;</w:t>
        <w:br/>
        <w:t>Тож сосну на узліссі посади!</w:t>
      </w:r>
    </w:p>
    <w:p>
      <w:r>
        <w:br/>
        <w:t>Світ рослин</w:t>
      </w:r>
    </w:p>
    <w:p>
      <w:r>
        <w:br/>
        <w:t>Ми в древнім краї ліліпутів.&lt;br /&gt;</w:t>
        <w:br/>
        <w:t>Ось папороть, плаун, хвощі –&lt;br /&gt;</w:t>
        <w:br/>
        <w:t>Їм велетнями вже не бути,&lt;br /&gt;</w:t>
        <w:br/>
        <w:t>Хоч поливають їх дощі.</w:t>
      </w:r>
    </w:p>
    <w:p>
      <w:r>
        <w:br/>
        <w:t>Колись же, на світанку ери&lt;br /&gt;</w:t>
        <w:br/>
        <w:t>Життя на матінці Землі,&lt;br /&gt;</w:t>
        <w:br/>
        <w:t>Були дерева-піонери,&lt;br /&gt;</w:t>
        <w:br/>
        <w:t>Гіганти, а тепер малі</w:t>
      </w:r>
    </w:p>
    <w:p>
      <w:r>
        <w:br/>
        <w:t>Ростуть собі попід кущами&lt;br /&gt;</w:t>
        <w:br/>
        <w:t>Та сіють спори, як колись.&lt;br /&gt;</w:t>
        <w:br/>
        <w:t>Не затоптати їх ногами –&lt;br /&gt;</w:t>
        <w:br/>
        <w:t>Гаметами вони злились</w:t>
      </w:r>
    </w:p>
    <w:p>
      <w:r>
        <w:br/>
        <w:t>І виростили спорофіти&lt;br /&gt;</w:t>
        <w:br/>
        <w:t>Та спороносні колоски.&lt;br /&gt;</w:t>
        <w:br/>
        <w:t>Тепер рослини ці – як діти,&lt;br /&gt;</w:t>
        <w:br/>
        <w:t>На рідкість мудрі малюки.</w:t>
      </w:r>
    </w:p>
    <w:p>
      <w:r>
        <w:br/>
        <w:t>Могутніх предків настанови&lt;br /&gt;</w:t>
        <w:br/>
        <w:t>Для них – святиня повсякчас.&lt;br /&gt;</w:t>
        <w:br/>
        <w:t>І хоч вони малі, як гноми,&lt;br /&gt;</w:t>
        <w:br/>
        <w:t>Та дорогі ж які для нас!</w:t>
      </w:r>
    </w:p>
    <w:p>
      <w:r>
        <w:br/>
        <w:t>Ці вищі спорові рослини –&lt;br /&gt;</w:t>
        <w:br/>
        <w:t>Джерела кисню для людини!</w:t>
      </w:r>
    </w:p>
    <w:p>
      <w:r>
        <w:br/>
        <w:t>Вдячність</w:t>
      </w:r>
    </w:p>
    <w:p>
      <w:r>
        <w:br/>
        <w:t>Підняла з-під кущика дволисник,&lt;br /&gt;</w:t>
        <w:br/>
        <w:t>Що край клумби зірваний упав,&lt;br /&gt;</w:t>
        <w:br/>
        <w:t>І в посудину з водою, в мисник,&lt;br /&gt;</w:t>
        <w:br/>
        <w:t>Я поставила не для забав.</w:t>
      </w:r>
    </w:p>
    <w:p>
      <w:r>
        <w:br/>
        <w:t>Може, знайда за якусь-то днину&lt;br /&gt;</w:t>
        <w:br/>
        <w:t>Відживеться – посаджу тоді&lt;br /&gt;</w:t>
        <w:br/>
        <w:t>У земельку стебельце-дитину,&lt;br /&gt;</w:t>
        <w:br/>
        <w:t>Як корінчик пустить у воді.</w:t>
      </w:r>
    </w:p>
    <w:p>
      <w:r>
        <w:br/>
        <w:t>А на ранок бачу – що за диво! –&lt;br /&gt;</w:t>
        <w:br/>
        <w:t>Квітконос піднявся з-під листків!&lt;br /&gt;</w:t>
        <w:br/>
        <w:t>Посміхалося маля щасливе&lt;br /&gt;</w:t>
        <w:br/>
        <w:t>Квіточкою вдячною без слів.</w:t>
      </w:r>
    </w:p>
    <w:p>
      <w:r>
        <w:br/>
        <w:t>Я до клумби – і вона квітчаста!&lt;br /&gt;</w:t>
        <w:br/>
        <w:t>Що ж, таке трапляється не часто.</w:t>
      </w:r>
    </w:p>
    <w:p>
      <w:r>
        <w:br/>
        <w:t>ЖИТТЯ ЛЮДСЬКЕ СЕРЕД ПУСТЕЛЬ КОСМІЧНИХ</w:t>
      </w:r>
    </w:p>
    <w:p>
      <w:r>
        <w:br/>
        <w:t>Кольорова казка</w:t>
      </w:r>
    </w:p>
    <w:p>
      <w:r>
        <w:br/>
        <w:t>Кружля метелик біля хризантеми.&lt;br /&gt;</w:t>
        <w:br/>
        <w:t>Сам білий, а вона як сонця схід!&lt;br /&gt;</w:t>
        <w:br/>
        <w:t>Отак розпочинаю я поему&lt;br /&gt;</w:t>
        <w:br/>
        <w:t>Про наш барвистий кольоровий світ.</w:t>
      </w:r>
    </w:p>
    <w:p>
      <w:r>
        <w:br/>
        <w:t>І Блакить&lt;br /&gt;</w:t>
        <w:br/>
        <w:t>Живе в небесній сині королева –&lt;br /&gt;</w:t>
        <w:br/>
        <w:t>Володарка всього блакитного.&lt;br /&gt;</w:t>
        <w:br/>
        <w:t>До її послуг замок кришталевий&lt;br /&gt;</w:t>
        <w:br/>
        <w:t>І фарби всіх відтінків синього.</w:t>
      </w:r>
    </w:p>
    <w:p>
      <w:r>
        <w:br/>
        <w:t>Бо тільки синім володіє пані,&lt;br /&gt;</w:t>
        <w:br/>
        <w:t>Ясну блакить малює на світанні.&lt;br /&gt;</w:t>
        <w:br/>
        <w:t>А вдень світлішає небесна баня –&lt;br /&gt;</w:t>
        <w:br/>
        <w:t>Вже не така, яка була зарані.</w:t>
      </w:r>
    </w:p>
    <w:p>
      <w:r>
        <w:br/>
        <w:t>Художниці ж турбот іще доволі:&lt;br /&gt;</w:t>
        <w:br/>
        <w:t>Налити синню волошки у полі,&lt;br /&gt;</w:t>
        <w:br/>
        <w:t>Пофарбувати цвіт дзвіночків синім,&lt;br /&gt;</w:t>
        <w:br/>
        <w:t>Покрапати на незабудки милі.</w:t>
      </w:r>
    </w:p>
    <w:p>
      <w:r>
        <w:br/>
        <w:t>А квіти, які звуться "синє небо"?&lt;br /&gt;</w:t>
        <w:br/>
        <w:t>Для них ледь-ледь темнішу барву треба.&lt;br /&gt;</w:t>
        <w:br/>
        <w:t>Нехай плетуться, прагнуть високості –&lt;br /&gt;</w:t>
        <w:br/>
        <w:t>До королеви завітають в гості.</w:t>
      </w:r>
    </w:p>
    <w:p>
      <w:r>
        <w:br/>
        <w:t>Палац небесний спуститься низенько,&lt;br /&gt;</w:t>
        <w:br/>
        <w:t>І королева – синьоцвіту ненька –&lt;br /&gt;</w:t>
        <w:br/>
        <w:t>Вже пестить квіти ніжною рукою –&lt;br /&gt;</w:t>
        <w:br/>
        <w:t>Здається ж, вітрові нема спокою!</w:t>
      </w:r>
    </w:p>
    <w:p>
      <w:r>
        <w:br/>
        <w:t>Ось і в Марійки сині оченята,&lt;br /&gt;</w:t>
        <w:br/>
        <w:t>І в Петрика – як волошкове свято.&lt;br /&gt;</w:t>
        <w:br/>
        <w:t>Мов крапельки небесної блакиті,&lt;br /&gt;</w:t>
        <w:br/>
        <w:t>Всіх веселять у кольоровім світі!</w:t>
      </w:r>
    </w:p>
    <w:p>
      <w:r>
        <w:br/>
        <w:t>А в королеви вистача роботи –&lt;br /&gt;</w:t>
        <w:br/>
        <w:t>Пофарбувати волошковим води,&lt;br /&gt;</w:t>
        <w:br/>
        <w:t>Щоб струмували у відтінках сині&lt;br /&gt;</w:t>
        <w:br/>
        <w:t>На радість квітам, звірам і людині!</w:t>
      </w:r>
    </w:p>
    <w:p>
      <w:r>
        <w:br/>
        <w:t>ІІ Рожеве&lt;br /&gt;</w:t>
        <w:br/>
        <w:t>Де сонечко вкладається поспати,&lt;br /&gt;</w:t>
        <w:br/>
        <w:t>Червона барва – йому рідна мати.&lt;br /&gt;</w:t>
        <w:br/>
        <w:t>Щоранку сонце світиться рожево –&lt;br /&gt;</w:t>
        <w:br/>
        <w:t>Цілує його ненька-королева.</w:t>
      </w:r>
    </w:p>
    <w:p>
      <w:r>
        <w:br/>
        <w:t>І розсипає світлі променятка,&lt;br /&gt;</w:t>
        <w:br/>
        <w:t>І рум’яніють щічки у дитятка,&lt;br /&gt;</w:t>
        <w:br/>
        <w:t>Що спить іще і бачить милі сни –&lt;br /&gt;</w:t>
        <w:br/>
        <w:t>Рожево-ніжні у малят вони.</w:t>
      </w:r>
    </w:p>
    <w:p>
      <w:r>
        <w:br/>
        <w:t>ІІІ Смарагдове&lt;br /&gt;</w:t>
        <w:br/>
        <w:t>Весна дарує щедро зелень світу&lt;br /&gt;</w:t>
        <w:br/>
        <w:t>І залишає все це потім літу:&lt;br /&gt;</w:t>
        <w:br/>
        <w:t>Смарагдами виблискує трава,&lt;br /&gt;</w:t>
        <w:br/>
        <w:t>І для дерев ця барва не нова.</w:t>
      </w:r>
    </w:p>
    <w:p>
      <w:r>
        <w:br/>
        <w:t>Тож зелень розливається, як море,&lt;br /&gt;</w:t>
        <w:br/>
        <w:t>Виблискує на сонці неозоро!</w:t>
      </w:r>
    </w:p>
    <w:p>
      <w:r>
        <w:br/>
        <w:t>У кожному зеленому листочку,&lt;br /&gt;</w:t>
        <w:br/>
        <w:t>У хлорофілом звитому віночку&lt;br /&gt;</w:t>
        <w:br/>
        <w:t>Для атмосфери кисню є доволі –&lt;br /&gt;</w:t>
        <w:br/>
        <w:t>В садах, лісах і у широкім полі!</w:t>
      </w:r>
    </w:p>
    <w:p>
      <w:r>
        <w:br/>
        <w:t>Отож, без зелені немає цвіту.&lt;br /&gt;</w:t>
        <w:br/>
        <w:t>Хвала ж смарагдовим весні і літу!</w:t>
      </w:r>
    </w:p>
    <w:p>
      <w:r>
        <w:br/>
        <w:t>IV Золотаве&lt;br /&gt;</w:t>
        <w:br/>
        <w:t>Настане осінь, і смарагд отави&lt;br /&gt;</w:t>
        <w:br/>
        <w:t>Вбирає в себе барви золотаві.&lt;br /&gt;</w:t>
        <w:br/>
        <w:t>Жовтіє листя, сиплеться додолу,&lt;br /&gt;</w:t>
        <w:br/>
        <w:t>Все золотаве – ген, до видноколу!</w:t>
      </w:r>
    </w:p>
    <w:p>
      <w:r>
        <w:br/>
        <w:t>Не тільки осінь золотом багата,&lt;br /&gt;</w:t>
        <w:br/>
        <w:t>Й весна повсюдно сипала дукати.</w:t>
      </w:r>
    </w:p>
    <w:p>
      <w:r>
        <w:br/>
        <w:t>То золотіли скрізь поміж травою&lt;br /&gt;</w:t>
        <w:br/>
        <w:t>Кульбабки золотою головою.&lt;br /&gt;</w:t>
        <w:br/>
        <w:t>І сонечко над нами золоте.&lt;br /&gt;</w:t>
        <w:br/>
        <w:t>Під ним усе зростає і цвіте!</w:t>
      </w:r>
    </w:p>
    <w:p>
      <w:r>
        <w:br/>
        <w:t>V Про решту барв&lt;br /&gt;</w:t>
        <w:br/>
        <w:t>Завершимо поему загадково,&lt;br /&gt;</w:t>
        <w:br/>
        <w:t>Щоб пізнавали світ ви знову й знову.</w:t>
      </w:r>
    </w:p>
    <w:p>
      <w:r>
        <w:br/>
        <w:t>Тож до веселки помандруймо, друзі,&lt;br /&gt;</w:t>
        <w:br/>
        <w:t>Що в різнотрав’я хилиться у лузі.&lt;br /&gt;</w:t>
        <w:br/>
        <w:t>Про барви знає все вона, щаслива:&lt;br /&gt;</w:t>
        <w:br/>
        <w:t>Чому є фіолетовим чорнило,</w:t>
      </w:r>
    </w:p>
    <w:p>
      <w:r>
        <w:br/>
        <w:t>Чому чорніють скопані грядки&lt;br /&gt;</w:t>
        <w:br/>
        <w:t>Й чому біліють взимку на святки.&lt;br /&gt;</w:t>
        <w:br/>
        <w:t>У таємницю кольорових див&lt;br /&gt;</w:t>
        <w:br/>
        <w:t>Отой метелик білий нас завів,</w:t>
      </w:r>
    </w:p>
    <w:p>
      <w:r>
        <w:br/>
        <w:t>Кружляючи довкола хризантеми&lt;br /&gt;</w:t>
        <w:br/>
        <w:t>Ще на початку нашої поеми.</w:t>
      </w:r>
    </w:p>
    <w:p>
      <w:r>
        <w:br/>
        <w:t>Прадавні коди</w:t>
      </w:r>
    </w:p>
    <w:p>
      <w:r>
        <w:br/>
        <w:t>Життя людське серед пустель космічних,&lt;br /&gt;</w:t>
        <w:br/>
        <w:t>Між темряви і зоряних вогнів,&lt;br /&gt;</w:t>
        <w:br/>
        <w:t>Здається світлим зернятком пшеничним,&lt;br /&gt;</w:t>
        <w:br/>
        <w:t>В якому код майбутніх наших днів.</w:t>
      </w:r>
    </w:p>
    <w:p>
      <w:r>
        <w:br/>
        <w:t>Та тільки як його розшифрувати,&lt;br /&gt;</w:t>
        <w:br/>
        <w:t>Щоби пізнать правічну таїну?&lt;br /&gt;</w:t>
        <w:br/>
        <w:t>Моря, ліси, поля, степи, Карпати&lt;br /&gt;</w:t>
        <w:br/>
        <w:t>Задумою до серця пригорну</w:t>
      </w:r>
    </w:p>
    <w:p>
      <w:r>
        <w:br/>
        <w:t>І зрозумію, що прадавні коди&lt;br /&gt;</w:t>
        <w:br/>
        <w:t>На теренах праматінки землі –&lt;br /&gt;</w:t>
        <w:br/>
        <w:t>Це гени українського народу,&lt;br /&gt;</w:t>
        <w:br/>
        <w:t>Які не загубилися в імлі!</w:t>
      </w:r>
    </w:p>
    <w:p>
      <w:r>
        <w:br/>
        <w:t>Тутанхамон&lt;br /&gt;</w:t>
        <w:br/>
        <w:t>Броварчанину Вадиму</w:t>
      </w:r>
    </w:p>
    <w:p>
      <w:r>
        <w:br/>
        <w:t>Не відаєш, що ти – Тутанхамон,&lt;br /&gt;</w:t>
        <w:br/>
        <w:t>Правитель Стародавнього Єгипту!&lt;br /&gt;</w:t>
        <w:br/>
        <w:t>Для нього ти син Бога і закон,&lt;br /&gt;</w:t>
        <w:br/>
        <w:t>Та відродився в нас на диво світу.</w:t>
      </w:r>
    </w:p>
    <w:p>
      <w:r>
        <w:br/>
        <w:t>Загинув же у зовсім юнім віці –&lt;br /&gt;</w:t>
        <w:br/>
        <w:t>У десять літ вже фараоном був!&lt;br /&gt;</w:t>
        <w:br/>
        <w:t>Одружений з дочкою Нефертіті,&lt;br /&gt;</w:t>
        <w:br/>
        <w:t>А нині ти усе оте забув.</w:t>
      </w:r>
    </w:p>
    <w:p>
      <w:r>
        <w:br/>
        <w:t>Звичайний хлопець, учиться у школі,&lt;br /&gt;</w:t>
        <w:br/>
        <w:t>А погляд дуже владний з-поміж вій,&lt;br /&gt;</w:t>
        <w:br/>
        <w:t>Немов гіпнотизує мимоволі.&lt;br /&gt;</w:t>
        <w:br/>
        <w:t>В поставі гідність, гордість, супокій.</w:t>
      </w:r>
    </w:p>
    <w:p>
      <w:r>
        <w:br/>
        <w:t>Ось він собі, за звичаєм хлопчачим,&lt;br /&gt;</w:t>
        <w:br/>
        <w:t>Біжить з м’ячем і грає у футбол –&lt;br /&gt;</w:t>
        <w:br/>
        <w:t>Так плечі розправляє він, неначе&lt;br /&gt;</w:t>
        <w:br/>
        <w:t>Йому накинув мантію Атон.</w:t>
      </w:r>
    </w:p>
    <w:p>
      <w:r>
        <w:br/>
        <w:t>Тутанхамон! Під маскою в гробниці&lt;br /&gt;</w:t>
        <w:br/>
        <w:t>Він зник із-поміж золота, як тінь.&lt;br /&gt;</w:t>
        <w:br/>
        <w:t>Не знаю, чи тобі, буває, сниться&lt;br /&gt;</w:t>
        <w:br/>
        <w:t>Котресь із фараонських повелінь?</w:t>
      </w:r>
    </w:p>
    <w:p>
      <w:r>
        <w:br/>
        <w:t>Ось радники схилилися в поклоні,&lt;br /&gt;</w:t>
        <w:br/>
        <w:t>Чекають на накази повсякчас.&lt;br /&gt;</w:t>
        <w:br/>
        <w:t>Матуся Нефертіті щедро доні&lt;br /&gt;</w:t>
        <w:br/>
        <w:t>Дарує щонайкращу із прикрас.</w:t>
      </w:r>
    </w:p>
    <w:p>
      <w:r>
        <w:br/>
        <w:t>Богиня Бастет у подобі кішки&lt;br /&gt;</w:t>
        <w:br/>
        <w:t>Сидить на позолоченім стільці.&lt;br /&gt;</w:t>
        <w:br/>
        <w:t>Ти налягав на ногу, але пішки&lt;br /&gt;</w:t>
        <w:br/>
        <w:t>Любив гуляти, плавав у ріці</w:t>
      </w:r>
    </w:p>
    <w:p>
      <w:r>
        <w:br/>
        <w:t>Найбільшій в світі – ну, звичайно, Нілі,&lt;br /&gt;</w:t>
        <w:br/>
        <w:t>А Анхесенамон плела вінки –&lt;br /&gt;</w:t>
        <w:br/>
        <w:t>Твоя дружина між лілеї білі&lt;br /&gt;</w:t>
        <w:br/>
        <w:t>Вплітала незабудки залюбки.</w:t>
      </w:r>
    </w:p>
    <w:p>
      <w:r>
        <w:br/>
        <w:t>Одну знайшли в твоєму саркофазі&lt;br /&gt;</w:t>
        <w:br/>
        <w:t>Між розсипів найкращих із прикрас,&lt;br /&gt;</w:t>
        <w:br/>
        <w:t>І всім тоді подумалось на разі:&lt;br /&gt;</w:t>
        <w:br/>
        <w:t>Над справжнім цвітом, ні, не владен час!</w:t>
      </w:r>
    </w:p>
    <w:p>
      <w:r>
        <w:br/>
        <w:t>І над любов’ю він не владарює.&lt;br /&gt;</w:t>
        <w:br/>
        <w:t>Бач, Анхесенамон – немов дитя!&lt;br /&gt;</w:t>
        <w:br/>
        <w:t>Ніщо на світі не минає всує,&lt;br /&gt;</w:t>
        <w:br/>
        <w:t>Ніщо не гине в світі без пуття!</w:t>
      </w:r>
    </w:p>
    <w:p>
      <w:r>
        <w:br/>
        <w:t>Тутенхамон – о, юний фараон!&lt;br /&gt;</w:t>
        <w:br/>
        <w:t>А поряд квітка Анхесенамон.</w:t>
      </w:r>
    </w:p>
    <w:p>
      <w:r>
        <w:br/>
        <w:t>Сльоза Чураївни</w:t>
      </w:r>
    </w:p>
    <w:p>
      <w:r>
        <w:br/>
        <w:t>Рожевий дощ ранкової зорі&lt;br /&gt;</w:t>
        <w:br/>
        <w:t>За хмарами в подаленілім небі&lt;br /&gt;</w:t>
        <w:br/>
        <w:t>З краплинкою у чайки на крилі,&lt;br /&gt;</w:t>
        <w:br/>
        <w:t>Сльозою – даниною світлій Гебі.</w:t>
      </w:r>
    </w:p>
    <w:p>
      <w:r>
        <w:br/>
        <w:t>Яка картина обрисів і барв!&lt;br /&gt;</w:t>
        <w:br/>
        <w:t>Шатро іще не баченої зливи –&lt;br /&gt;</w:t>
        <w:br/>
        <w:t>Немов рожева тінь розквітлих мальв&lt;br /&gt;</w:t>
        <w:br/>
        <w:t>І берега високого обриви.</w:t>
      </w:r>
    </w:p>
    <w:p>
      <w:r>
        <w:br/>
        <w:t>Бузкові відблиски високих хвиль,&lt;br /&gt;</w:t>
        <w:br/>
        <w:t>І захід сонця за морською даллю,&lt;br /&gt;</w:t>
        <w:br/>
        <w:t>Малюнка неаполітанський стиль,&lt;br /&gt;</w:t>
        <w:br/>
        <w:t>Ще й блискавки – розплавленою сталлю!</w:t>
      </w:r>
    </w:p>
    <w:p>
      <w:r>
        <w:br/>
        <w:t>Палахкотить малиново гроза,&lt;br /&gt;</w:t>
        <w:br/>
        <w:t>Жахаючи чаїне царство моря!&lt;br /&gt;</w:t>
        <w:br/>
        <w:t>Веселкою розмаяна яса&lt;br /&gt;</w:t>
        <w:br/>
        <w:t>Зринає без веселощів чи горя.</w:t>
      </w:r>
    </w:p>
    <w:p>
      <w:r>
        <w:br/>
        <w:t>В людському серці пристрасті земні,&lt;br /&gt;</w:t>
        <w:br/>
        <w:t>Уся краса матусі України,&lt;br /&gt;</w:t>
        <w:br/>
        <w:t>Смарагди і румянці запашні,&lt;br /&gt;</w:t>
        <w:br/>
        <w:t>Як у поезії Костенко Ліни,</w:t>
      </w:r>
    </w:p>
    <w:p>
      <w:r>
        <w:br/>
        <w:t>В поемі про Марусині пісні,&lt;br /&gt;</w:t>
        <w:br/>
        <w:t>Про творчість українки-полтавчанки.&lt;br /&gt;</w:t>
        <w:br/>
        <w:t>Її село, неначе уві сні,&lt;br /&gt;</w:t>
        <w:br/>
        <w:t>В малюнку неба грозового ранку.</w:t>
      </w:r>
    </w:p>
    <w:p>
      <w:r>
        <w:br/>
        <w:t>Подаленіла в травах череда,&lt;br /&gt;</w:t>
        <w:br/>
        <w:t>Опалами рясніють світлі роси.&lt;br /&gt;</w:t>
        <w:br/>
        <w:t>Співає Чураївна молода,&lt;br /&gt;</w:t>
        <w:br/>
        <w:t>Звиваючи віночком довгі коси.</w:t>
      </w:r>
    </w:p>
    <w:p>
      <w:r>
        <w:br/>
        <w:t>Співає про славетних козаків,&lt;br /&gt;</w:t>
        <w:br/>
        <w:t>Про славного їх батька Дорошенка.&lt;br /&gt;</w:t>
        <w:br/>
        <w:t>І досі береже той щирий спів&lt;br /&gt;</w:t>
        <w:br/>
        <w:t>У самім серці Україна-ненька!</w:t>
      </w:r>
    </w:p>
    <w:p>
      <w:r>
        <w:br/>
        <w:t>До світу поза обрієм гроза,&lt;br /&gt;</w:t>
        <w:br/>
        <w:t>А України врода – наче мрія!&lt;br /&gt;</w:t>
        <w:br/>
        <w:t>Це море, як Марусина сльоза,&lt;br /&gt;</w:t>
        <w:br/>
        <w:t>Горить-ряхтить, ніколи не зміліє!</w:t>
      </w:r>
    </w:p>
    <w:p>
      <w:r>
        <w:br/>
        <w:t>Шевченкові краї</w:t>
      </w:r>
    </w:p>
    <w:p>
      <w:r>
        <w:br/>
        <w:t>Цвітуть незабудки в козацькім краю понад Россю,&lt;br /&gt;</w:t>
        <w:br/>
        <w:t>А хвиля срібляста, неначе лебідка, зліта.&lt;br /&gt;</w:t>
        <w:br/>
        <w:t>Цей край у житах, у вінках золотого колосся&lt;br /&gt;</w:t>
        <w:br/>
        <w:t>Всіх юністю вабить, хоча й проминають літа.</w:t>
      </w:r>
    </w:p>
    <w:p>
      <w:r>
        <w:br/>
        <w:t>Шевченка сліди поміж трав, мов краплиночки сонця!&lt;br /&gt;</w:t>
        <w:br/>
        <w:t>Кирилівка, Моринці, дуб, де малюнки ховав.&lt;br /&gt;</w:t>
        <w:br/>
        <w:t>А небо таке ж, і хмаринка пливе, наче сон, ця,&lt;br /&gt;</w:t>
        <w:br/>
        <w:t>І берег над Россю – розкоші квітучих отав!</w:t>
      </w:r>
    </w:p>
    <w:p>
      <w:r>
        <w:br/>
        <w:t>Я чуюся птахом. Ось руки – широке розкрилля,&lt;br /&gt;</w:t>
        <w:br/>
        <w:t>А синява неба над Россю глибинно густа!&lt;br /&gt;</w:t>
        <w:br/>
        <w:t>Тут погляди сяють, тут людність – як птаха стокрила!&lt;br /&gt;</w:t>
        <w:br/>
        <w:t>Здолає усе, бо козацький цей край неспроста!</w:t>
      </w:r>
    </w:p>
    <w:p>
      <w:r>
        <w:br/>
        <w:t>Тут Корсунь горів, він палав аж до неба стіною,&lt;br /&gt;</w:t>
        <w:br/>
        <w:t>І військо Богдана ішло визволять земляків.&lt;br /&gt;</w:t>
        <w:br/>
        <w:t>Тож Різаний Яр – оберіг незабутнього бою.&lt;br /&gt;</w:t>
        <w:br/>
        <w:t>Ровів не зрівняли потоки минулих віків.</w:t>
      </w:r>
    </w:p>
    <w:p>
      <w:r>
        <w:br/>
        <w:t>Та Корсунь постав із пожарів, як Фенікс крилатий.&lt;br /&gt;</w:t>
        <w:br/>
        <w:t>Кипіла ріка у котлах кам’яних берегів!&lt;br /&gt;</w:t>
        <w:br/>
        <w:t>А далі пісок, ще за ним – чорноземи багаті.&lt;br /&gt;</w:t>
        <w:br/>
        <w:t>Потік росьовий не змінився з тих пір, не змілів.</w:t>
      </w:r>
    </w:p>
    <w:p>
      <w:r>
        <w:br/>
        <w:t>В гранітах нуртує, у піну пірна леопардом,&lt;br /&gt;</w:t>
        <w:br/>
        <w:t>Аж ген спочиває у тінях високих беріз.&lt;br /&gt;</w:t>
        <w:br/>
        <w:t>І знову в тисках кам’яних африканським гепардом&lt;br /&gt;</w:t>
        <w:br/>
        <w:t>Зринає і падає іскрами радісних сліз!</w:t>
      </w:r>
    </w:p>
    <w:p>
      <w:r>
        <w:br/>
        <w:t>Довкола священна земля у садах і дібровах,&lt;br /&gt;</w:t>
        <w:br/>
        <w:t>Немов самоцвіт біля стрічки красуні-ріки.&lt;br /&gt;</w:t>
        <w:br/>
        <w:t>Таке Понадросся, рум’яне, ясне, чорноброве,&lt;br /&gt;</w:t>
        <w:br/>
        <w:t>В нім долі людські – край Росі повноводі струмки!</w:t>
      </w:r>
    </w:p>
    <w:p>
      <w:r>
        <w:br/>
        <w:t>Шевченківський край, де історії світлі джерела!&lt;br /&gt;</w:t>
        <w:br/>
        <w:t>Прозора вода у Росі, наче, справді, сльоза.&lt;br /&gt;</w:t>
        <w:br/>
        <w:t>Кружляє над лісом, мов спогад легенди, орел, а&lt;br /&gt;</w:t>
        <w:br/>
        <w:t>На кінчиках трав у лугах розцвітає роса!</w:t>
      </w:r>
    </w:p>
    <w:p>
      <w:r>
        <w:br/>
        <w:t>Острозька академія</w:t>
      </w:r>
    </w:p>
    <w:p>
      <w:r>
        <w:br/>
        <w:t>Острозька академія! О, диво:&lt;br /&gt;</w:t>
        <w:br/>
        <w:t>Воскресла пам’ять глибини століть!&lt;br /&gt;</w:t>
        <w:br/>
        <w:t>І я стою, зворушена, щаслива,&lt;br /&gt;</w:t>
        <w:br/>
        <w:t>Сльозинку змахуючи мимохідь.</w:t>
      </w:r>
    </w:p>
    <w:p>
      <w:r>
        <w:br/>
        <w:t>Яка будівля – гарна, ґонорова!&lt;br /&gt;</w:t>
        <w:br/>
        <w:t>Яка у ній бездонна таїна!&lt;br /&gt;</w:t>
        <w:br/>
        <w:t>Стократно відчуваю силу слова:&lt;br /&gt;</w:t>
        <w:br/>
        <w:t>Тут правив мир – все рушила війна!</w:t>
      </w:r>
    </w:p>
    <w:p>
      <w:r>
        <w:br/>
        <w:t>Ховалися тоді у підземелля –&lt;br /&gt;</w:t>
        <w:br/>
        <w:t>Вони, як кажуть, в кілька ярусів!&lt;br /&gt;</w:t>
        <w:br/>
        <w:t>Та чи могла порятувать оселя,&lt;br /&gt;</w:t>
        <w:br/>
        <w:t>Що наче корабель без парусів?</w:t>
      </w:r>
    </w:p>
    <w:p>
      <w:r>
        <w:br/>
        <w:t>Тут прихистили, мабуть, найцінніше&lt;br /&gt;</w:t>
        <w:br/>
        <w:t>Монахи: книги – мудрості овид.&lt;br /&gt;</w:t>
        <w:br/>
        <w:t>За ці скарби що може бути більше?&lt;br /&gt;</w:t>
        <w:br/>
        <w:t>Спускаємось під землю. Міцність плит</w:t>
      </w:r>
    </w:p>
    <w:p>
      <w:r>
        <w:br/>
        <w:t>Вражає і вселяє нам надію,&lt;br /&gt;</w:t>
        <w:br/>
        <w:t>Що предковічні збереглись скарби.&lt;br /&gt;</w:t>
        <w:br/>
        <w:t>Тож мудрість предків і для нас зоріє,&lt;br /&gt;</w:t>
        <w:br/>
        <w:t>Історії величної карби!</w:t>
      </w:r>
    </w:p>
    <w:p>
      <w:r>
        <w:br/>
        <w:t>Храм академії, святі ікони.&lt;br /&gt;</w:t>
        <w:br/>
        <w:t>Молитва відкриває небеса!&lt;br /&gt;</w:t>
        <w:br/>
        <w:t>Коли лунають споконвічні дзвони,&lt;br /&gt;</w:t>
        <w:br/>
        <w:t>Минуле тут неначе воскреса.</w:t>
      </w:r>
    </w:p>
    <w:p>
      <w:r>
        <w:br/>
        <w:t>Ось Сагайдачний, України слава,&lt;br /&gt;</w:t>
        <w:br/>
        <w:t>Смотрицький, знаменитий граматист,&lt;br /&gt;</w:t>
        <w:br/>
        <w:t>Та Наливайки – мови вчили, право,&lt;br /&gt;</w:t>
        <w:br/>
        <w:t>І кожен з них відкрив талант свій, хист</w:t>
      </w:r>
    </w:p>
    <w:p>
      <w:r>
        <w:br/>
        <w:t>У стінах цих, де мудра книгозбірня,&lt;br /&gt;</w:t>
        <w:br/>
        <w:t>Де чулись настанови вчителів.&lt;br /&gt;</w:t>
        <w:br/>
        <w:t>Хоч, може, в них була і думка спірна,&lt;br /&gt;</w:t>
        <w:br/>
        <w:t>Та пошук тут, як вогнище, горів!</w:t>
      </w:r>
    </w:p>
    <w:p>
      <w:r>
        <w:br/>
        <w:t>Минулось лихо вікової смути,&lt;br /&gt;</w:t>
        <w:br/>
        <w:t>І знову академія жива.&lt;br /&gt;</w:t>
        <w:br/>
        <w:t>Тож віримо, що їй тут вічно бути!&lt;br /&gt;</w:t>
        <w:br/>
        <w:t>Вона прадавня, і вона нова!</w:t>
      </w:r>
    </w:p>
    <w:p>
      <w:r>
        <w:br/>
        <w:t>Хронометр весни</w:t>
      </w:r>
    </w:p>
    <w:p>
      <w:r>
        <w:br/>
        <w:t>Мірилом часу з безлічі секунд&lt;br /&gt;</w:t>
        <w:br/>
        <w:t>У сяйві золотого надвечір’я&lt;br /&gt;</w:t>
        <w:br/>
        <w:t>Він випірнув із тисячі облуд&lt;br /&gt;</w:t>
        <w:br/>
        <w:t>І запалив нове ясне сузір’я.</w:t>
      </w:r>
    </w:p>
    <w:p>
      <w:r>
        <w:br/>
        <w:t>А був то ніжний яблуневий цвіт,&lt;br /&gt;</w:t>
        <w:br/>
        <w:t>Сріблясто скрізь розсипався, як зорі!&lt;br /&gt;</w:t>
        <w:br/>
        <w:t>Гірляндами яскрився серед віт&lt;br /&gt;</w:t>
        <w:br/>
        <w:t>В ефірно-часовім бездоннім морі,</w:t>
      </w:r>
    </w:p>
    <w:p>
      <w:r>
        <w:br/>
        <w:t>За вітром плив, минаючи віки!&lt;br /&gt;</w:t>
        <w:br/>
        <w:t>Щаслива мить зринала поза часом.&lt;br /&gt;</w:t>
        <w:br/>
        <w:t>На кронах яблунь весняні вінки!&lt;br /&gt;</w:t>
        <w:br/>
        <w:t>Над ними пролітали ми з Пегасом.</w:t>
      </w:r>
    </w:p>
    <w:p>
      <w:r>
        <w:br/>
        <w:t>А якось у краю календарів,&lt;br /&gt;</w:t>
        <w:br/>
        <w:t>Куди зібралися роки і дати,&lt;br /&gt;</w:t>
        <w:br/>
        <w:t>Розсипали поезії посів,&lt;br /&gt;</w:t>
        <w:br/>
        <w:t>А урожай не встигли ще зібрати.</w:t>
      </w:r>
    </w:p>
    <w:p>
      <w:r>
        <w:br/>
        <w:t>Пегас спішив між яблунь до ріки,&lt;br /&gt;</w:t>
        <w:br/>
        <w:t>Де час летів потужною стрілою.&lt;br /&gt;</w:t>
        <w:br/>
        <w:t>Зірчасто розцвітали маяки&lt;br /&gt;</w:t>
        <w:br/>
        <w:t>Потоків, що відомі глибиною.</w:t>
      </w:r>
    </w:p>
    <w:p>
      <w:r>
        <w:br/>
        <w:t>У річці часу місяць кораблем.&lt;br /&gt;</w:t>
        <w:br/>
        <w:t>У квітах мріли корабельні реї.&lt;br /&gt;</w:t>
        <w:br/>
        <w:t>Фантаст-письменник, незрівнянний Лем,&lt;br /&gt;</w:t>
        <w:br/>
        <w:t>Спиняв і зачаровував бореї.</w:t>
      </w:r>
    </w:p>
    <w:p>
      <w:r>
        <w:br/>
        <w:t>А ми уже у часу на крилі&lt;br /&gt;</w:t>
        <w:br/>
        <w:t>Пливли на незвичайнім кораблі!</w:t>
      </w:r>
    </w:p>
    <w:p>
      <w:r>
        <w:br/>
        <w:t>Географічне диво</w:t>
      </w:r>
    </w:p>
    <w:p>
      <w:r>
        <w:br/>
        <w:t>Феєрверк – географічне диво,&lt;br /&gt;</w:t>
        <w:br/>
        <w:t>Барвоцвіт таємний уночі!&lt;br /&gt;</w:t>
        <w:br/>
        <w:t>І на мить усі стають щасливі,&lt;br /&gt;</w:t>
        <w:br/>
        <w:t>Мов від щастя в нього є ключі!</w:t>
      </w:r>
    </w:p>
    <w:p>
      <w:r>
        <w:br/>
        <w:t>В другому столітті у Китаї&lt;br /&gt;</w:t>
        <w:br/>
        <w:t>Феєрверком заяскрів бамбук,&lt;br /&gt;</w:t>
        <w:br/>
        <w:t>Зрубаний в бамбуковому гаї.&lt;br /&gt;</w:t>
        <w:br/>
        <w:t>Вибухнув у полум’ї! Той звук</w:t>
      </w:r>
    </w:p>
    <w:p>
      <w:r>
        <w:br/>
        <w:t>Мав відводить пошесті і голод,&lt;br /&gt;</w:t>
        <w:br/>
        <w:t>І стихійні лиха, неврожай,&lt;br /&gt;</w:t>
        <w:br/>
        <w:t>Посеред весни раптовий холод.&lt;br /&gt;</w:t>
        <w:br/>
        <w:t>Феєрверк, всі біди нажахай!</w:t>
      </w:r>
    </w:p>
    <w:p>
      <w:r>
        <w:br/>
        <w:t>І горів бамбук, а в нім селітра,&lt;br /&gt;</w:t>
        <w:br/>
        <w:t>Деревне вугілля зазвичай&lt;br /&gt;</w:t>
        <w:br/>
        <w:t>Та ще сірка, що вогнем розквітла,&lt;br /&gt;</w:t>
        <w:br/>
        <w:t>Відганяли демонів! Стрічай</w:t>
      </w:r>
    </w:p>
    <w:p>
      <w:r>
        <w:br/>
        <w:t>Щедрі дні при добрім урожаї!&lt;br /&gt;</w:t>
        <w:br/>
        <w:t>Епідемії пощезли враз!&lt;br /&gt;</w:t>
        <w:br/>
        <w:t>Феєрверк лиху біду жахає&lt;br /&gt;</w:t>
        <w:br/>
        <w:t>Й постає найкращою з окрас!</w:t>
      </w:r>
    </w:p>
    <w:p>
      <w:r>
        <w:br/>
        <w:t>Марко Поло диво попідхмарне&lt;br /&gt;</w:t>
        <w:br/>
        <w:t>У Європу землякам приніс.&lt;br /&gt;</w:t>
        <w:br/>
        <w:t>Знаємо, що це було не марно!&lt;br /&gt;</w:t>
        <w:br/>
        <w:t>Тож вогнистий попідхмарний ліс</w:t>
      </w:r>
    </w:p>
    <w:p>
      <w:r>
        <w:br/>
        <w:t>Поставав щасливим знаком Божим,&lt;br /&gt;</w:t>
        <w:br/>
        <w:t>Як благословення навіки!&lt;br /&gt;</w:t>
        <w:br/>
        <w:t>Вірилось, що біди переможем!&lt;br /&gt;</w:t>
        <w:br/>
        <w:t>Вогники у небі – маяки</w:t>
      </w:r>
    </w:p>
    <w:p>
      <w:r>
        <w:br/>
        <w:t>Щастя, благодаті і удачі,&lt;br /&gt;</w:t>
        <w:br/>
        <w:t>Вірності, любові, доброти!&lt;br /&gt;</w:t>
        <w:br/>
        <w:t>Розквітає райський сад неначе,&lt;br /&gt;</w:t>
        <w:br/>
        <w:t>Як далекі зоряні світи!</w:t>
      </w:r>
    </w:p>
    <w:p>
      <w:r>
        <w:br/>
        <w:t>Зорепад той, що летить на щастя,&lt;br /&gt;</w:t>
        <w:br/>
        <w:t>Вісник ще й славетних перемог!&lt;br /&gt;</w:t>
        <w:br/>
        <w:t>Все задумане, напевне, вдасться,&lt;br /&gt;</w:t>
        <w:br/>
        <w:t>Збудемося суму і тривог!</w:t>
      </w:r>
    </w:p>
    <w:p>
      <w:r>
        <w:br/>
        <w:t>Осипають цвіт троянди саду&lt;br /&gt;</w:t>
        <w:br/>
        <w:t>І зринають знову зусібіч.&lt;br /&gt;</w:t>
        <w:br/>
        <w:t>Розсипає феєрверк відраду&lt;br /&gt;</w:t>
        <w:br/>
        <w:t>Протягом секунд – стрімких сторіч.</w:t>
      </w:r>
    </w:p>
    <w:p>
      <w:r>
        <w:br/>
        <w:t>Із пелюстки визирає сонце&lt;br /&gt;</w:t>
        <w:br/>
        <w:t>У веселці ніжній навкруги,&lt;br /&gt;</w:t>
        <w:br/>
        <w:t>Виринає в голубім віконці&lt;br /&gt;</w:t>
        <w:br/>
        <w:t>Озера, де з хмарок береги.</w:t>
      </w:r>
    </w:p>
    <w:p>
      <w:r>
        <w:br/>
        <w:t>Осипаються тюльпани білі,&lt;br /&gt;</w:t>
        <w:br/>
        <w:t>Стелиться рожевий портулак!&lt;br /&gt;</w:t>
        <w:br/>
        <w:t>Спалахом срібляться заметілі,&lt;br /&gt;</w:t>
        <w:br/>
        <w:t>В багреці вітрильник, наче мак!</w:t>
      </w:r>
    </w:p>
    <w:p>
      <w:r>
        <w:br/>
        <w:t>Мерехтять над ними зорепади.&lt;br /&gt;</w:t>
        <w:br/>
        <w:t>Це мистецтво – феєрверка мить!&lt;br /&gt;</w:t>
        <w:br/>
        <w:t>Для сердець знаходимо відраду&lt;br /&gt;</w:t>
        <w:br/>
        <w:t>В сяйві, що назустріч нам летить!</w:t>
      </w:r>
    </w:p>
    <w:p>
      <w:r>
        <w:br/>
        <w:t>ПЕРГАМЕНТ ВОД ОМАНЛИВО БЛАКИТНИЙ&lt;br /&gt;</w:t>
        <w:br/>
        <w:t>Мертве море&lt;br /&gt;</w:t>
        <w:br/>
        <w:t>Перлиною серед пустель розлогих,&lt;br /&gt;</w:t>
        <w:br/>
        <w:t>Де сонце повну силу набира,&lt;br /&gt;</w:t>
        <w:br/>
        <w:t>Між берегів солончаково-голих,&lt;br /&gt;</w:t>
        <w:br/>
        <w:t>Це море наче з пекла визира.</w:t>
      </w:r>
    </w:p>
    <w:p>
      <w:r>
        <w:br/>
        <w:t>Його глибини грязево-солоні,&lt;br /&gt;</w:t>
        <w:br/>
        <w:t>Цілющі, наче вранішня роса.&lt;br /&gt;</w:t>
        <w:br/>
        <w:t>Немов дитина в батьківській долоні,&lt;br /&gt;</w:t>
        <w:br/>
        <w:t>На хвилях – неба синього краса!</w:t>
      </w:r>
    </w:p>
    <w:p>
      <w:r>
        <w:br/>
        <w:t>Пергамент вод оманливо-блакитний,&lt;br /&gt;</w:t>
        <w:br/>
        <w:t>Вітрило біле – давніх літ перо.&lt;br /&gt;</w:t>
        <w:br/>
        <w:t>В поезії є свій закон несхитний:&lt;br /&gt;</w:t>
        <w:br/>
        <w:t>Людських сердець прославити добро.</w:t>
      </w:r>
    </w:p>
    <w:p>
      <w:r>
        <w:br/>
        <w:t>Тих, хто наповнили природну чашу&lt;br /&gt;</w:t>
        <w:br/>
        <w:t>Сльозами щирими у давнину.&lt;br /&gt;</w:t>
        <w:br/>
        <w:t>Біди ж людської страхітливу сажу&lt;br /&gt;</w:t>
        <w:br/>
        <w:t>Закинуто у саму глибину!</w:t>
      </w:r>
    </w:p>
    <w:p>
      <w:r>
        <w:br/>
        <w:t>Та, кажуть, висихає Мертве море,&lt;br /&gt;</w:t>
        <w:br/>
        <w:t>Не б’ють джерела сліз сердечних ран.&lt;br /&gt;</w:t>
        <w:br/>
        <w:t>Йорданію минає зло і горе.&lt;br /&gt;</w:t>
        <w:br/>
        <w:t>Під небом квітне сонячний Амман!</w:t>
      </w:r>
    </w:p>
    <w:p>
      <w:r>
        <w:br/>
        <w:t>Амман</w:t>
      </w:r>
    </w:p>
    <w:p>
      <w:r>
        <w:br/>
        <w:t>Я до тебе прийду, як паломниця, знову,&lt;br /&gt;</w:t>
        <w:br/>
        <w:t>Де хрестився Христос у священній воді.&lt;br /&gt;</w:t>
        <w:br/>
        <w:t>О, Амман! У арабському світі обнова,&lt;br /&gt;</w:t>
        <w:br/>
        <w:t>Що розквітла у мирі, любові, труді!</w:t>
      </w:r>
    </w:p>
    <w:p>
      <w:r>
        <w:br/>
        <w:t>Виноградник на ґрунті червоно-шорсткому.&lt;br /&gt;</w:t>
        <w:br/>
        <w:t>Для поливу розтануть у горах сніги!&lt;br /&gt;</w:t>
        <w:br/>
        <w:t>У Аммані нема місця помислу злому,&lt;br /&gt;</w:t>
        <w:br/>
        <w:t>Тут все добрі та світлі і люди, й боги.</w:t>
      </w:r>
    </w:p>
    <w:p>
      <w:r>
        <w:br/>
        <w:t>Розквітає ірис – пелюстки-оксамити –&lt;br /&gt;</w:t>
        <w:br/>
        <w:t>Край осель і доріг, у пустелях глухих,&lt;br /&gt;</w:t>
        <w:br/>
        <w:t>Ожили, ніжним сонцем весняним&lt;br /&gt;</w:t>
        <w:br/>
        <w:t>зігріті,&lt;br /&gt;</w:t>
        <w:br/>
        <w:t>Де ще сніг у підгір’ях сховався, притих.</w:t>
      </w:r>
    </w:p>
    <w:p>
      <w:r>
        <w:br/>
        <w:t>А верблюди скубуть собі першу травицю,&lt;br /&gt;</w:t>
        <w:br/>
        <w:t>Запасають поживу на літо жарке,&lt;br /&gt;</w:t>
        <w:br/>
        <w:t>Із струмків на узгір’ях п’ють чисту водицю&lt;br /&gt;</w:t>
        <w:br/>
        <w:t>І вдихають повітря, від цвіту п’янке.</w:t>
      </w:r>
    </w:p>
    <w:p>
      <w:r>
        <w:br/>
        <w:t>О, Аммане, столице Йорданського краю,&lt;br /&gt;</w:t>
        <w:br/>
        <w:t>Що на горах у білім хітоні ряхтить!&lt;br /&gt;</w:t>
        <w:br/>
        <w:t>Вітер з моря будівлі твої омиває.&lt;br /&gt;</w:t>
        <w:br/>
        <w:t>Час в Йорданії – наче зупинена мить!</w:t>
      </w:r>
    </w:p>
    <w:p>
      <w:r>
        <w:br/>
        <w:t>Жар-птиця Мертвого моря</w:t>
      </w:r>
    </w:p>
    <w:p>
      <w:r>
        <w:br/>
        <w:t>На Мертвім морі ранок, мов жар-птиця,&lt;br /&gt;</w:t>
        <w:br/>
        <w:t>Пливе по хвилях іскрами вогню,&lt;br /&gt;</w:t>
        <w:br/>
        <w:t>Веселкою барвистою іскриться,&lt;br /&gt;</w:t>
        <w:br/>
        <w:t>Здіймається в блакить, назустріч дню!</w:t>
      </w:r>
    </w:p>
    <w:p>
      <w:r>
        <w:br/>
        <w:t>Бархани солі попід берегами&lt;br /&gt;</w:t>
        <w:br/>
        <w:t>Всі барви відбивають водночас,&lt;br /&gt;</w:t>
        <w:br/>
        <w:t>І ті пливуть у море разом з нами,&lt;br /&gt;</w:t>
        <w:br/>
        <w:t>А берег сяє біло, як алмаз.</w:t>
      </w:r>
    </w:p>
    <w:p>
      <w:r>
        <w:br/>
        <w:t>Удалині, край узбережжя, траса,&lt;br /&gt;</w:t>
        <w:br/>
        <w:t>Вночі рухливих сповнена вогнів.&lt;br /&gt;</w:t>
        <w:br/>
        <w:t>Попід горами море – як окраса,&lt;br /&gt;</w:t>
        <w:br/>
        <w:t>Як справджений найкращий з-поміж снів!</w:t>
      </w:r>
    </w:p>
    <w:p>
      <w:r>
        <w:br/>
        <w:t>Святкова п’ятниця</w:t>
      </w:r>
    </w:p>
    <w:p>
      <w:r>
        <w:br/>
        <w:t>Прокинувся вогненний змій, і вечір&lt;br /&gt;</w:t>
        <w:br/>
        <w:t>Яскравою зорею запалав.&lt;br /&gt;</w:t>
        <w:br/>
        <w:t>Позолотивши гір далеких плечі,&lt;br /&gt;</w:t>
        <w:br/>
        <w:t>Звір кинувся у Мертве море вплав.</w:t>
      </w:r>
    </w:p>
    <w:p>
      <w:r>
        <w:br/>
        <w:t>І запалив оці тремтливі свічі&lt;br /&gt;</w:t>
        <w:br/>
        <w:t>Довкруж басейну, біля мушмули,&lt;br /&gt;</w:t>
        <w:br/>
        <w:t>Що обвивають, наче стріли, двічі&lt;br /&gt;</w:t>
        <w:br/>
        <w:t>Наїдками заставлені столи.</w:t>
      </w:r>
    </w:p>
    <w:p>
      <w:r>
        <w:br/>
        <w:t>Зернистий плов, гранати, апельсини&lt;br /&gt;</w:t>
        <w:br/>
        <w:t>І винограду ґрона запашні.&lt;br /&gt;</w:t>
        <w:br/>
        <w:t>Таке буває, звісно, не щоднини –&lt;br /&gt;</w:t>
        <w:br/>
        <w:t>Щоп’ятниці, сказали так мені.</w:t>
      </w:r>
    </w:p>
    <w:p>
      <w:r>
        <w:br/>
        <w:t>Бо за Кораном п’ятниця священна –&lt;br /&gt;</w:t>
        <w:br/>
        <w:t>Святковий день, вечеря гомінка!&lt;br /&gt;</w:t>
        <w:br/>
        <w:t>Смакує виноград? Тоді іще на,&lt;br /&gt;</w:t>
        <w:br/>
        <w:t>Не забідніє щедрості рука.</w:t>
      </w:r>
    </w:p>
    <w:p>
      <w:r>
        <w:br/>
        <w:t>А танцівниця в золоті браслетів&lt;br /&gt;</w:t>
        <w:br/>
        <w:t>Звивається у проміжках столів.&lt;br /&gt;</w:t>
        <w:br/>
        <w:t>Волосся хвиля водоспадом злетів&lt;br /&gt;</w:t>
        <w:br/>
        <w:t>Виразніша від різномовних слів.</w:t>
      </w:r>
    </w:p>
    <w:p>
      <w:r>
        <w:br/>
        <w:t>Прозоре покривало відхилила&lt;br /&gt;</w:t>
        <w:br/>
        <w:t>І посміхнулась, кличучи в танок.&lt;br /&gt;</w:t>
        <w:br/>
        <w:t>О, східна музика – велика сила&lt;br /&gt;</w:t>
        <w:br/>
        <w:t>Під срібним сяйвом лагідних зірок!</w:t>
      </w:r>
    </w:p>
    <w:p>
      <w:r>
        <w:br/>
        <w:t>Всіх радує вечірня прохолода –&lt;br /&gt;</w:t>
        <w:br/>
        <w:t>То дихає пустеля в темноті, –&lt;br /&gt;</w:t>
        <w:br/>
        <w:t>І дівчини, що так танцює, врода,&lt;br /&gt;</w:t>
        <w:br/>
        <w:t>І як бряжчать браслети золоті.</w:t>
      </w:r>
    </w:p>
    <w:p>
      <w:r>
        <w:br/>
        <w:t>Димить кальян, а музика іскриста&lt;br /&gt;</w:t>
        <w:br/>
        <w:t>Вже багатьох привабила в танок,&lt;br /&gt;</w:t>
        <w:br/>
        <w:t>І танцювали, скільки стало хисту,&lt;br /&gt;</w:t>
        <w:br/>
        <w:t>У жриці танцю беручи урок.</w:t>
      </w:r>
    </w:p>
    <w:p>
      <w:r>
        <w:br/>
        <w:t>А поряд хлюпотіло Мертве море.&lt;br /&gt;</w:t>
        <w:br/>
        <w:t>Та хоч вода у ньому і гірка,&lt;br /&gt;</w:t>
        <w:br/>
        <w:t>Під місяцем у цю вечірню пору&lt;br /&gt;</w:t>
        <w:br/>
        <w:t>Медово грала хвиля гомінка!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росинка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