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рибка</w:t>
      </w:r>
    </w:p>
    <w:p>
      <w:r>
        <w:br/>
        <w:t xml:space="preserve"> В замку був веселий бал,&lt;br /&gt;</w:t>
        <w:br/>
        <w:t>Музиканти співали.&lt;br /&gt;</w:t>
        <w:br/>
        <w:t>Вітерець в саду качав&lt;br /&gt;</w:t>
        <w:br/>
        <w:t>Легкі гойдалки.</w:t>
      </w:r>
    </w:p>
    <w:p>
      <w:r>
        <w:br/>
        <w:t>У замку, в солодкому маренні,&lt;br /&gt;</w:t>
        <w:br/>
        <w:t>Співала, співала скрипка.&lt;br /&gt;</w:t>
        <w:br/>
        <w:t>А в саду була у ставку&lt;br /&gt;</w:t>
        <w:br/>
        <w:t>Золота рибка.</w:t>
      </w:r>
    </w:p>
    <w:p>
      <w:r>
        <w:br/>
        <w:t>І кружляли під місяцем,&lt;br /&gt;</w:t>
        <w:br/>
        <w:t>Точно вирізні,&lt;br /&gt;</w:t>
        <w:br/>
        <w:t>Сп'янілі навесні,&lt;br /&gt;</w:t>
        <w:br/>
        <w:t>Метелики нічні.</w:t>
      </w:r>
    </w:p>
    <w:p>
      <w:r>
        <w:br/>
        <w:t>Ставок качав собі зірку,&lt;br /&gt;</w:t>
        <w:br/>
        <w:t>Гнулися трави гнучко,&lt;br /&gt;</w:t>
        <w:br/>
        <w:t>І з'являлася там у ставку&lt;br /&gt;</w:t>
        <w:br/>
        <w:t>Золота рибка.</w:t>
      </w:r>
    </w:p>
    <w:p>
      <w:r>
        <w:br/>
        <w:t>Хоч не бачили її&lt;br /&gt;</w:t>
        <w:br/>
        <w:t>Музиканти бала,&lt;br /&gt;</w:t>
        <w:br/>
        <w:t>Але від рибки, від неї,&lt;br /&gt;</w:t>
        <w:br/>
        <w:t>Музика звучала.</w:t>
      </w:r>
    </w:p>
    <w:p>
      <w:r>
        <w:br/>
        <w:t>Трохи настане тиша,&lt;br /&gt;</w:t>
        <w:br/>
        <w:t>Золота рибка&lt;br /&gt;</w:t>
        <w:br/>
        <w:t>Промайне, і знову видно&lt;br /&gt;</w:t>
        <w:br/>
        <w:t>Поміж гостей посмішка.</w:t>
      </w:r>
    </w:p>
    <w:p>
      <w:r>
        <w:br/>
        <w:t>Знову скрипка зазвучить,&lt;br /&gt;</w:t>
        <w:br/>
        <w:t>Пісня лунає.&lt;br /&gt;</w:t>
        <w:br/>
        <w:t>І в серцях любов дзюрчить,&lt;br /&gt;</w:t>
        <w:br/>
        <w:t>І весна сміється.</w:t>
      </w:r>
    </w:p>
    <w:p>
      <w:r>
        <w:br/>
        <w:t>Погляд до погляду шепоче: "Чекаю!"&lt;br /&gt;</w:t>
        <w:br/>
        <w:t>Так світло і хитко,&lt;br /&gt;</w:t>
        <w:br/>
        <w:t>Тому що там у ставку —&lt;br /&gt;</w:t>
        <w:br/>
        <w:t>Золота рибка.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