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діжа</w:t>
      </w:r>
    </w:p>
    <w:p>
      <w:r>
        <w:br/>
        <w:t xml:space="preserve"> &lt;p&gt;Про нашого діда казали, що він уміє злодіям одводити очі. Ніби й справді він щось таке мав.</w:t>
      </w:r>
    </w:p>
    <w:p>
      <w:r>
        <w:br/>
        <w:t>Їдемо оце до схід сонця в поле. У полі скрізь лежить іще клубкам густий туман. Покаже він батогом у поле й гукає:</w:t>
      </w:r>
    </w:p>
    <w:p>
      <w:r>
        <w:br/>
        <w:t>— А глянь, глянь, скільки ото сивих кабанів понаганяв він у поле. (А хто саме понаганяв, про те не каже).</w:t>
      </w:r>
    </w:p>
    <w:p>
      <w:r>
        <w:br/>
        <w:t>Глянеш туди, очам своїм віри не доймаєш — той туман уже не туман: все поле, скільки його очамн зведеш, забито чередами сивих кабанів. І вже поки не розійдеться він, все буде маритися, що то сунуть кудись, не потовпляться сиві кабани.</w:t>
      </w:r>
    </w:p>
    <w:p>
      <w:r>
        <w:br/>
        <w:t>Або так: спиниться серед двору, довго-довго дивиться на небо.</w:t>
      </w:r>
    </w:p>
    <w:p>
      <w:r>
        <w:br/>
        <w:t>А далі:</w:t>
      </w:r>
    </w:p>
    <w:p>
      <w:r>
        <w:br/>
        <w:t>— Біжи сюди, я тобі загадку загадаю.</w:t>
      </w:r>
    </w:p>
    <w:p>
      <w:r>
        <w:br/>
        <w:t>Прибіжиш.</w:t>
      </w:r>
    </w:p>
    <w:p>
      <w:r>
        <w:br/>
        <w:t>— Яку?</w:t>
      </w:r>
    </w:p>
    <w:p>
      <w:r>
        <w:br/>
        <w:t>— А ось яку: біжать коні вороні, на них узди порвані.</w:t>
      </w:r>
    </w:p>
    <w:p>
      <w:r>
        <w:br/>
        <w:t>Одгадую і так і сяк — не виходить.</w:t>
      </w:r>
    </w:p>
    <w:p>
      <w:r>
        <w:br/>
        <w:t>— Ні,— каже,— так ти не вгадаєш, глянь краще вгору.</w:t>
      </w:r>
    </w:p>
    <w:p>
      <w:r>
        <w:br/>
        <w:t>Глянеш.</w:t>
      </w:r>
    </w:p>
    <w:p>
      <w:r>
        <w:br/>
        <w:t>— Ну, що ти побачив там?</w:t>
      </w:r>
    </w:p>
    <w:p>
      <w:r>
        <w:br/>
        <w:t>— Хмари, а більш нічого.</w:t>
      </w:r>
    </w:p>
    <w:p>
      <w:r>
        <w:br/>
        <w:t>— Подивись краще, може, то й не хмари.</w:t>
      </w:r>
    </w:p>
    <w:p>
      <w:r>
        <w:br/>
        <w:t>Тільки він скаже так, зразу ніби очі тобі розплющаться: вже немає хмар — то табуни сполоханих, розпу-жаних диких коней скільки духу мчаться понад хатами, понад садами, понад церквою, хвости та гриви на вітрі порозпускавши. Летять кудись, летять, і краю їм немає.</w:t>
      </w:r>
    </w:p>
    <w:p>
      <w:r>
        <w:br/>
        <w:t>Дід же скаже та й піде собі, а ти як станеш, то й стоїш мов укопаний, та й дивишся, і про все на світі забудеш — ніби справді заворожений.</w:t>
      </w:r>
    </w:p>
    <w:p>
      <w:r>
        <w:br/>
        <w:t>Було ще яхось улітку увечері. Посеред двору на колодках сиділи всі наші: тато й мама, старша наша сестра і дехто з сусідів. Гомонів між ними й дід: розповідав, здається, байку про німця-астронома, що зайшов ночувати в село до чоловіка.</w:t>
      </w:r>
    </w:p>
    <w:p>
      <w:r>
        <w:br/>
        <w:t>А я кругом двору, ніби той об'їждчик, хвицаючись і тоненько іржучи, ганяю безперестану на хворостині. А більші діти, як галич, збили ярмарок коло ями, що ро-машами та кропивою позаростала: в дворі у нас почали копати глинище. Стрибають через яму і в яму, один одного пхають, сиплються землею, як борошно м'якою, галасують, геть-геть луна ходить. У дворі стоїть такий ярмарок, що за малими великі одне одного не чують.</w:t>
      </w:r>
    </w:p>
    <w:p>
      <w:r>
        <w:br/>
        <w:t>— Та вгамуйтесь! Не кричіть! Не казіться!-тільки й чути раз по раз з колодок.</w:t>
      </w:r>
    </w:p>
    <w:p>
      <w:r>
        <w:br/>
        <w:t>— Та й чого це вони дуріють так сьогодні?</w:t>
      </w:r>
    </w:p>
    <w:p>
      <w:r>
        <w:br/>
        <w:t>Далі до діда:</w:t>
      </w:r>
    </w:p>
    <w:p>
      <w:r>
        <w:br/>
        <w:t>— Хоч би ви, діду, поробили їм що-небудь, щоб вони хоч на часину примовкли.</w:t>
      </w:r>
    </w:p>
    <w:p>
      <w:r>
        <w:br/>
        <w:t>— Я їм пороблю! Я їх зараз усіх в поросят поперекидаю,— жартує дід.</w:t>
      </w:r>
    </w:p>
    <w:p>
      <w:r>
        <w:br/>
        <w:t>А нам ще веселіше од того.</w:t>
      </w:r>
    </w:p>
    <w:p>
      <w:r>
        <w:br/>
        <w:t>На подвір'ї було темно, а далі почало чогось видніти. Ті, що на колодках сиділи, чогось примовкли і дивились всі в один бік. За нашим двором темніли городи, за городами верби рядами з долини верхи аж до неба попіднімали, а геть-геть за вербами, де вдень, як море, квітувала пшениця і звідкіль увечері вітер тільки її дух приносив, там червоно червонілося, ніби десь у полі огонь пастухи розкладали.</w:t>
      </w:r>
    </w:p>
    <w:p>
      <w:r>
        <w:br/>
        <w:t>— Андрійку, гов! — гукає дід.</w:t>
      </w:r>
    </w:p>
    <w:p>
      <w:r>
        <w:br/>
        <w:t>— Чого-о? — одгукуюсь десь за повіткою.</w:t>
      </w:r>
    </w:p>
    <w:p>
      <w:r>
        <w:br/>
        <w:t>— Скачи сюди, покажу диво!</w:t>
      </w:r>
    </w:p>
    <w:p>
      <w:r>
        <w:br/>
        <w:t>— Дурите! (Ми з дідом товаришували).</w:t>
      </w:r>
    </w:p>
    <w:p>
      <w:r>
        <w:br/>
        <w:t>— Далебі, ні.</w:t>
      </w:r>
    </w:p>
    <w:p>
      <w:r>
        <w:br/>
        <w:t>Я хльоскаю батіжком із валу свого вороного й шумлю до діда:</w:t>
      </w:r>
    </w:p>
    <w:p>
      <w:r>
        <w:br/>
        <w:t>— Ви, діду, кликали мене?</w:t>
      </w:r>
    </w:p>
    <w:p>
      <w:r>
        <w:br/>
        <w:t>— Іди сюди! — Дід бере мене на руки, я спершу пручаюсь, боюся, що дід мене догори дригом поставить. Дід бере силою.— Дивись — чи бачив ти таке: за лісом, за пралісом золота діжа сходить.</w:t>
      </w:r>
    </w:p>
    <w:p>
      <w:r>
        <w:br/>
        <w:t>Я примовк. Далі як не закричу, як не загаласую:</w:t>
      </w:r>
    </w:p>
    <w:p>
      <w:r>
        <w:br/>
        <w:t>— Ай-яй-яй! Дивіться! Що воно таке?</w:t>
      </w:r>
    </w:p>
    <w:p>
      <w:r>
        <w:br/>
        <w:t>Інші діти од ями на той галас вистрибом. Поставали на колодки, попідіймали голови.</w:t>
      </w:r>
    </w:p>
    <w:p>
      <w:r>
        <w:br/>
        <w:t>Там за вербами викочувалася вгору в колесо завбільшки золота діжа, на очах сходила, червоніла сама, і небо червоніло. А назустріч їй вершечками засяяли верби, мовби золотими перами втикались.</w:t>
      </w:r>
    </w:p>
    <w:p>
      <w:r>
        <w:br/>
        <w:t>Тихо стало, як у церкві.</w:t>
      </w:r>
    </w:p>
    <w:p>
      <w:r>
        <w:br/>
        <w:t>А далі вже я догадався та як крикну:</w:t>
      </w:r>
    </w:p>
    <w:p>
      <w:r>
        <w:br/>
        <w:t>— Та це ж місяць зіходить! Всі засміялись:</w:t>
      </w:r>
    </w:p>
    <w:p>
      <w:r>
        <w:br/>
        <w:t>— А ти ж думав і справді діжа?</w:t>
      </w:r>
    </w:p>
    <w:p>
      <w:r>
        <w:br/>
        <w:t>Що місяць, то місяць — всякий бачив, але, як зразу показалось, так уже й увесь вечір здавалося, що то золота діжа сходить. Діжа, та й край, хоч тобі що...</w:t>
      </w:r>
    </w:p>
    <w:p>
      <w:r>
        <w:br/>
        <w:t>Діти посідали на краю ями, ноги вниз поспускали і розмовляли вже тихо-тихенько, мовби боялися сполохати те повнеє диво. Хтось пригадав із хлопців загадку про місяць:</w:t>
      </w:r>
    </w:p>
    <w:p>
      <w:r>
        <w:br/>
        <w:t>"Серед моря-моря — червона комора".</w:t>
      </w:r>
    </w:p>
    <w:p>
      <w:r>
        <w:br/>
        <w:t>Другий — другу:</w:t>
      </w:r>
    </w:p>
    <w:p>
      <w:r>
        <w:br/>
        <w:t>"Вийшов гість, став на поміст та й розпустив коні по всій оболоні".</w:t>
      </w:r>
    </w:p>
    <w:p>
      <w:r>
        <w:br/>
        <w:t>Спершу загадували про місяць, про зорі, про сонце, а далі й усякі інші.</w:t>
      </w:r>
    </w:p>
    <w:p>
      <w:r>
        <w:br/>
        <w:t>А чарівна діжа сходила, сходила та й потекла через край... Золоте тісто розплилося по всьому двору й городу.</w:t>
      </w:r>
    </w:p>
    <w:p>
      <w:r>
        <w:br/>
        <w:t>Обмокли в золоті білі пахучі романи, позолотився волохатий полинь, заяскрилась, засвітилась кропива.</w:t>
      </w:r>
    </w:p>
    <w:p>
      <w:r>
        <w:br/>
        <w:t>Спершу не було видно, а тепер застовбуріли на городі соняшники...</w:t>
      </w:r>
    </w:p>
    <w:p>
      <w:r>
        <w:br/>
        <w:t>Навіть чорне колоддя серед двору й те покроплене золотим тістом. А на колодках між темними поставами аж сяє в білій сорочці веселий чарівник дід, що наворожив нам цей золотий вечір.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діжа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