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 вітри над землею, вітри…</w:t>
      </w:r>
    </w:p>
    <w:p>
      <w:r>
        <w:br/>
        <w:t xml:space="preserve"> Знов вітри над землею, вітри&lt;br /&gt;</w:t>
        <w:br/>
        <w:t>І блакить, і розриви, і дим&lt;br /&gt;</w:t>
        <w:br/>
        <w:t>Сонну землю черкає згори&lt;br /&gt;</w:t>
        <w:br/>
        <w:t>Смерть черкає крилом голубим.</w:t>
      </w:r>
    </w:p>
    <w:p>
      <w:r>
        <w:br/>
        <w:t>Ширше груди! Повніше серця!&lt;br /&gt;</w:t>
        <w:br/>
        <w:t>(Бо згориш від чекання, згориш!)&lt;br /&gt;</w:t>
        <w:br/>
        <w:t>Чи була коли днина, як ця,&lt;br /&gt;</w:t>
        <w:br/>
        <w:t>І дівочі уста принадніш?!</w:t>
      </w:r>
    </w:p>
    <w:p>
      <w:r>
        <w:br/>
        <w:t>О, ця днина, як п'яне вино!&lt;br /&gt;</w:t>
        <w:br/>
        <w:t>О, ця смерть, як холодна блакить!&lt;br /&gt;</w:t>
        <w:br/>
        <w:t>Як велично, що нам не дано&lt;br /&gt;</w:t>
        <w:br/>
        <w:t>До тридцятого року дожить!</w:t>
      </w:r>
    </w:p>
    <w:p>
      <w:r>
        <w:br/>
        <w:t>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 вітри над землею, вітри…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