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Зневажений мечет</w:t>
      </w:r>
    </w:p>
    <w:p>
      <w:r>
        <w:br/>
        <w:t xml:space="preserve"> &lt;p&gt;Я виїздив Туреччину майже всіма залізничними шляхами. Пам’ять на пейзажі в мене чудова, кожну місцевість можу списати в подробицях (облич, навпаки, ніколи не пам’ятаю). Але який пейзаж між ст. Абрікей, звідки ми від’їхали о 8.45 ранку і Анкарою, де скінчилася наша поїздка о 4.15 дня, – не знаю. Ці майже 300 кілометрів шляху і майже 8 годин подорожі жодного сліду не лишили в моїй пам’яті.</w:t>
      </w:r>
    </w:p>
    <w:p>
      <w:r>
        <w:br/>
        <w:t>Мустафа-ефенді був мій попутник протягом однієї доби. Ми виїхали разом зі спаленого сонцем Мерсіну на Середземному морі, де люди смоктали цукор з довгих, ніби бамбукових, палиць і, поглядаючи на термометра, говорили:</w:t>
      </w:r>
    </w:p>
    <w:p>
      <w:r>
        <w:br/>
        <w:t>– 28 в затінку… Почалися холоди!</w:t>
      </w:r>
    </w:p>
    <w:p>
      <w:r>
        <w:br/>
        <w:t>На ст. Єнідже хамал Дуран переніс наші речі до багдадського поїзда, і ми знову потрапили до одного купе. В мене був один маленький чемодан, в мого попутника аж три. Я дав Дуранові 50 гурушів, і той зробив незадоволене обличчя. Але, коли мій попутник заплатив тільки 20, Дуран аж нічим не виявив якого-небудь незадоволення, уклонився ввічливо, покликав Аллахове благословіння на нашу подорож і пішов геть.</w:t>
      </w:r>
    </w:p>
    <w:p>
      <w:r>
        <w:br/>
        <w:t>Я подивився на свого попутника. Був це підстаркуватий чолов’яга з сивим волоссям, просто одягнений. Він вийняв з кишені пляшку дузіко і просто з шийки трохи ковтнув. Горілка була найпоганішого ґатунку – і на все купе пішов важкий пах тміну. 20 гурушів за три місця вантажу! Я згадав, що турки надзвичайно ощадливі і не витрачають зайвого там, де можна не витратити. Я пригадав, як директор величезного банку в Стамбулі, дуже багата людина, ніколи не жене свого авта з банку додому підчас перерви, а їде тунелем, і то не в першій класі за 3 гуруші, а в другій – за 4.</w:t>
      </w:r>
    </w:p>
    <w:p>
      <w:r>
        <w:br/>
        <w:t>І для хамала Дурана ця ощадливість закон. Але чужинці – хіба їм належиться бути ощадливими?</w:t>
      </w:r>
    </w:p>
    <w:p>
      <w:r>
        <w:br/>
        <w:t>Аж до вечора ми їхали горами Тавра. Величезне спорудження оця багдадська залізниця! Горами, перевалами, тунелями ми піднеслися аж на самісінькі верхів’я, де снігові гори іронічно поглядали на нас, немов нахиляючися до колій і посміхаючись із безпорадної одчайдушності людей, що вдиралися в саме серце гір, а втім не спромоглися подолати снігові корони.</w:t>
      </w:r>
    </w:p>
    <w:p>
      <w:r>
        <w:br/>
        <w:t>Тунелі заступали місце тунелів. Було місцями лише кілька метрів між ними.</w:t>
      </w:r>
    </w:p>
    <w:p>
      <w:r>
        <w:br/>
        <w:t>Поїзд винирне з кам’яної імли, блисне в просвітлі суворий пейзаж – безладно накопичені скелі, снігові гори, самотні сосни, шалені струмки – і знову втопаємо в скелястій норі. Там була станція Чіфте-хан – Подвійний Дім. Між двох тунелів на майданчику в кілометр довжиною, а завширшки тільки в дві залізничні колії перон, сумовитий вокзал, монотонний телеграф і несмілий тоненький дзвоник. Коли поїзд спинився, ми бачили вихід з одного тунелю і вхід до другого. Люди там живуть од поїзда до поїзда. Піде поїзд – і знову на цілу добу їх відрізано од усього світу.</w:t>
      </w:r>
    </w:p>
    <w:p>
      <w:r>
        <w:br/>
        <w:t>Я дивився на грізні, суворі скелі, на дим од паротяга, дим підносився вище хмар, бо надто глибоко знизилися хмари… Важко було щось говорити. Та мої сусіди, офіцери з Адани, люди звиклі до цієї суворості Анатолії, весело балакали, весело пили горілку й весело їли баранячі ковбасні обрізки, потрохи втягаючи мене в кумедну франко-німецько-турецьку балачку.</w:t>
      </w:r>
    </w:p>
    <w:p>
      <w:r>
        <w:br/>
        <w:t>Надвечір, коли гори, захекавшися, лишилися позаду, з правого боку потяглася безнадійно-нудною і безперервною биндою соляна пустеля. На ст. Конія наш вагон одчепили, веселі аданські офіцери перейшли до Стамбульського поїзда, а ми з мерсінським попутником почали чекати, поки причеплять вагона, що привезе нас впрост до Анкари, до столиці. Коли подали вагона, мого попутника не було біля речей, і я змушений був сам впаковувати його обдерті чемодани в своє купе. За кілька станцій він з’явився, очевидно потрапивши в Конії десь до іншого вагона. Він дуже зрадів, побачивши свої речі, і моя послуга спричинилася до щільнішого знайомства.</w:t>
      </w:r>
    </w:p>
    <w:p>
      <w:r>
        <w:br/>
        <w:t>Всю дорогу ми приязно розмовляли. Я не знаю турецької, Мустафа-ефенді не знав французької, але розмова точилася досить жваво. Спочатку Мустафа-ефенді щось оповідав мені – очевидно, про свою країну, бо показував у вікно на станції, де ми проїздили уже в темряві, та про свою родину, раз у раз повторюючи "Анкара". Я слухав і похитував головою. Потім уже і я викладав свої подорожні вражіння, висловлюючи все захоплення з прекрасної Туреччини – і Мустафа-ефенді так само повчаюче й схвалююче похитував головою.</w:t>
      </w:r>
    </w:p>
    <w:p>
      <w:r>
        <w:br/>
        <w:t>Отак приємно побалакавши кілька годин, ми зібралися спати, і мій попутник почастував мене своїм дешевим дузіко. Пити горілку мені довелося так само з пляшки, як і він це робив, але попросити склянки я не наважився. Хто його зна, які там східні звичаї! Може, Мустафа-ефенді виявив надзвичайну симпатію до мене, запросивши пити просто з шийки, а я, відмовившися, ображу його? Надто обережним треба бути чужинцеві-мандрівникові в східних краях.</w:t>
      </w:r>
    </w:p>
    <w:p>
      <w:r>
        <w:br/>
        <w:t>На ранок ми привіталися дружніми жестами, а потім поновили нашу розмову. Не знаю, на чому спинився вчора Мустафа-ефенді, але певен, що продовжував він як раз з того самого місця. І я так само, спинившися вчора на описові Ізміра, розповідав далі свої пригоди на Егейї.</w:t>
      </w:r>
    </w:p>
    <w:p>
      <w:r>
        <w:br/>
        <w:t>Потім Мустафа-ефенді дістав з-під полиці найобдертішого зі своїх чемоданів, розв’язав мотузки й неймовірно схвилював мене. Таких розкошів у подібному чемодані я не уявляв!</w:t>
      </w:r>
    </w:p>
    <w:p>
      <w:r>
        <w:br/>
        <w:t>Монети старовинні, ассирійські печатки, якісь голівки, ціла ваза дуже майстерного виробу й дуже давнього походження… Кожну річ загорнено в папірці й розкладено по бляшаних коробочках з-під цигарет. Окремо в кількох папірцях загорнено золоту монету, і Мустафа-ефенді похвалився мені, що коштує вона десять тисяч англійських фунтів… Знавши, як вимовляється турецькі числа, я так зрозумів його. А пашпорт мого знайомця – він отаким чином вирішив зміцнити знайомство зі мною – довів мені, що Мустафа-ефенді аж 6 місяців мандрував Сирією, відвідавши Алеппо, Багдад, Дамаск та інші міста, що слід свій лишили в його пашпорті у вигляді французьких і англійських віз.</w:t>
      </w:r>
    </w:p>
    <w:p>
      <w:r>
        <w:br/>
        <w:t>Коли я донесхочу намилувався прекрасними антиками й не лише з увічливості кілька разів промовив "машаллах!" – вираз найбільшого, побожного навіть, здивовання і захоплення, – мій попутник старанно зав’язав подертими мотузками подертого чемодана, недбало сховавши його знову під полицю. І того самого моменту з великим галасом вдерся до нашого купе кондуктор.</w:t>
      </w:r>
    </w:p>
    <w:p>
      <w:r>
        <w:br/>
        <w:t>Кондуктор несамовито кричав на Мустафу-ефенді. Спочатку у мене було вражіння, що то зустрілися два запеклі вороги з надто солідним стажем ворогування. Але коли Мустафа-ефенді здивовано й без усякого хвилювання почав щось відповідати кондукторові, раз у раз підводячи голову догори на знак негації, я зрозумів, що йде про щось сучасніше.</w:t>
      </w:r>
    </w:p>
    <w:p>
      <w:r>
        <w:br/>
        <w:t>Кондуктор лютував, Мустафа-ефенді здивовано промовляв "хаїр" (ні) та "йок" (нема). Говорилося, очевидно, про якийсь великий злочин, і свою співучасть у ньому Мустафа-ефенді рішуче заперечував.</w:t>
      </w:r>
    </w:p>
    <w:p>
      <w:r>
        <w:br/>
        <w:t>Тоді кондуктор накинувся на мене. Поки він викладав своє обвинувачення та використовував увесь арсенал лайки й образ, я мовчав, покурюючи цигаретку. Коли ж кондукторові схотілося взнати мою думку з цього приводу і він зробив павзу, недвозначно дивлячися на мене, я, подібно до Мустафи-ефенді, почав доводити, що я – "хаїр" та "йок". Кондукторові довелося звернутися до мого попутника. Але той рішуче заступився за мене, доводячи, що не тільки він, Мустафа, "хаїр" та "йок", але я, приятель його, теж, дійсно, – "хаїр" та "йок".</w:t>
      </w:r>
    </w:p>
    <w:p>
      <w:r>
        <w:br/>
        <w:t>Така відповідь не задовольнила кондуктора – злочин, очевидно, був надто великий, і злочинець не мав права сховатися за "хаїрами" з "йоками"… Кондуктор кричав своєї далі.</w:t>
      </w:r>
    </w:p>
    <w:p>
      <w:r>
        <w:br/>
        <w:t>Почавши прислухатися до його обвинувальної промови, я спіймав кілька слів, що найчастіше повторювалися, і до того ж – близько одне від одного. Ці слова нагнали на мене моторошний жах.</w:t>
      </w:r>
    </w:p>
    <w:p>
      <w:r>
        <w:br/>
        <w:t>– Джамі рюс, гяур… – кричав кондуктор.</w:t>
      </w:r>
    </w:p>
    <w:p>
      <w:r>
        <w:br/>
        <w:t>Я почав підозріло дивитися на Мустафу-ефенді. Звідки він дістав оці антики й монети? Чому він тримає їх у подертому чемодані та ще підкидає на вечірній станції випадковому попутникові?</w:t>
      </w:r>
    </w:p>
    <w:p>
      <w:r>
        <w:br/>
        <w:t>Хто проживе в Стамбулі хоч один день уже знає, що таке "джамі". До назви кожного мечету додається це слово: Єні-джамі, Валіде-джамі, Сулейманіє-джамісі… Воно-бо мечет і означає. Я рюс? Надто зрозумілі були ці чужі слова…</w:t>
      </w:r>
    </w:p>
    <w:p>
      <w:r>
        <w:br/>
        <w:t>Так, Мустафо-ефенді! Значить, ви зневажили мечет? Значить, ви обідрали якісь сельджуцькі храми – і от де джерело ваших антиків? А потім ви ошукуєте довіру наївного чужинця і скидаєте свою провину на нього? Адже ви можете навіть свідків поставити, що це я приніс подертого чемоданчика з грецькими монетами й ассирійськими левами до нашого купе. Я ще підозріліше подивився на свого попутника.</w:t>
      </w:r>
    </w:p>
    <w:p>
      <w:r>
        <w:br/>
        <w:t>Та Мустафа-ефенді так щиро й простодушно захищав мене, що мої підозріння зникли. Але в чому все ж таки річ?</w:t>
      </w:r>
    </w:p>
    <w:p>
      <w:r>
        <w:br/>
        <w:t>Незабаром до купе вдерлося ще кілька кондукторів, галас збільшився, і мені довелося одверто заявити:</w:t>
      </w:r>
    </w:p>
    <w:p>
      <w:r>
        <w:br/>
        <w:t>– Тюрча бельмас.</w:t>
      </w:r>
    </w:p>
    <w:p>
      <w:r>
        <w:br/>
        <w:t>Точного змісту цієї фрази я не знаю, але мені здавалося, що це мусить бути заява про те, що я не розумію турецької мови. Тоді кондуктори, так само хвилюючися далі, запросили мене до коридору.</w:t>
      </w:r>
    </w:p>
    <w:p>
      <w:r>
        <w:br/>
        <w:t>Довелося скоритися. В коридорі при виході з ґанку мені показали велике вікно з розбитою шибкою. Я нічого не розумів. Кондуктори й далі оперували трьома жахливими словами – джамі, рюс, гяур – і мені ставало ще моторошніше.</w:t>
      </w:r>
    </w:p>
    <w:p>
      <w:r>
        <w:br/>
        <w:t>Хитнувши головою на знак цілковитого нерозуміння змісту жахливої події та якого-будь зв’язку між розбитим склом і зневаженим мечетом, я повернувся до купе і запалив нову цигарку. Кондукторів моя поведінка, очевидно, не задовольнила. Я вийняв з чемодану французько-турецького диксіонера і почав порпатися в ньому.</w:t>
      </w:r>
    </w:p>
    <w:p>
      <w:r>
        <w:br/>
        <w:t>Словник зробив вражіння, подібне до масла на бурхливій хвилі. Кондуктори вмить замовкли і почали стежити за моїми рухами. Я зідхнув з полегшенням.</w:t>
      </w:r>
    </w:p>
    <w:p>
      <w:r>
        <w:br/>
        <w:t>От зараз знайду якесь потрібне мені слово і остаточно доведу, що жодних мечетів підчас всього перебування в Туреччині я не зневажав!</w:t>
      </w:r>
    </w:p>
    <w:p>
      <w:r>
        <w:br/>
        <w:t>Дивна річ переляк! Я вже написав цілу книжку про Туреччину, я вже робив про цю країну доповіді та завжди доводив, що релігійний фанатизм винищено тут дощенту. Але досить було почути сполучення "джамі" та "гяур", щоб поновилися в моїй свідомості старі розуміння, старі уявлення про Схід, як вогнище жорстокого фанатизму. Хтозна, може, тут за споганення мечету призначають довгорічну тюрму, а може, тільки висилають з країни? В обох випадках мене чекала велика неприємність, бо порушувалися всі мої плани та всі надії на цікаві вражіння.</w:t>
      </w:r>
    </w:p>
    <w:p>
      <w:r>
        <w:br/>
        <w:t>Можливо, що і в тюрмі турецькій цікаво посидіти, але я волію обійтися без подібних вражінь. І раптом випадкова сторінка в словнику штовхнула мене на справжнє розуміння події: "рюзгіяр" – вітер… І не знаю, чому саме, але раптом по цьому я згадав, що скло турецькою мовою зветься "джам"…</w:t>
      </w:r>
    </w:p>
    <w:p>
      <w:r>
        <w:br/>
        <w:t>Джам, а не джамі! Який сором! Адже в мене, в моїй власній книжці на відповідній сторінці розповідається про скляра, як той щоранку проходив повз моїх вікон та вигукував свій крам. Я не споганив мечету. Я тільки розбив шибку. Очевидно, було так: я вийшов на станції, а потім не причинив щільно за собою двері, вітер ("рюзгіяр", а не "рюс гяур") тріпонув, – і скло розбилося.</w:t>
      </w:r>
    </w:p>
    <w:p>
      <w:r>
        <w:br/>
        <w:t>Я вийшов ще раз на ґанок і подивився на розбите вікно. Тепер у ньому була величезна дірка. Очевидно, кондуктори обдивляючися й роблячи експертизу, з великої старанності видавили здоровенний шматок скла.</w:t>
      </w:r>
    </w:p>
    <w:p>
      <w:r>
        <w:br/>
        <w:t>Я повторив кілька раз знайдені мною слова, і кондуктори переконалися, що я визнаю свою провину. Але галас од цього не зменшився. Почали збігатися не лише кондуктори, але й пасажири зі всього поїзда, всі докірливо дивилися на мене, і кожний читав мені нотацію. Нарешті, прийшов поліцай і виголосив довгу промову. Я не зрозумів жодного слова окремо, але ввесь зміст цієї громадської догани був надто зрозумілий. Поліцай говорив, очевидно:</w:t>
      </w:r>
    </w:p>
    <w:p>
      <w:r>
        <w:br/>
        <w:t>– І як вам не сором, а? Ми вас, як людину приймаємо в своїй країні, даємо змогу за ті сами гроші, що й наші громадяни платять, їздити чудесною багдадською залізницею, а ви шибки розбиваєте! Хіба ж можна так?</w:t>
      </w:r>
    </w:p>
    <w:p>
      <w:r>
        <w:br/>
        <w:t>Спочатку я мовчав. Але потім лють мене взяла. Ну, припустімо, розбив, шайтан вас забирай зовсім з вашим джамом!.. Ну, заплатю. З поїзда не втечеш, чи не так? Чого ж ви тут мені мораль начитуєте? З кожним може таке бути! І я вголос висловив свою лють і образу моїм учителям доброї поведінки.</w:t>
      </w:r>
    </w:p>
    <w:p>
      <w:r>
        <w:br/>
        <w:t>Справа, очевидно, була не в цьому. Одної моєї згоди заплатити було мало. Може, це зветься в Туреччині хуліганством? Може, ще штраф якийсь належиться?.. Турки далі начитували мені мораль.</w:t>
      </w:r>
    </w:p>
    <w:p>
      <w:r>
        <w:br/>
        <w:t>– Куди ви їдете? – спитав поліцай.</w:t>
      </w:r>
    </w:p>
    <w:p>
      <w:r>
        <w:br/>
        <w:t>Це я зрозумів і відповів, що їду до Анкари.</w:t>
      </w:r>
    </w:p>
    <w:p>
      <w:r>
        <w:br/>
        <w:t>Поліцай знову виголосив прекрасну промову, яка, очевидно, мала означати, що в Анкарі, мовляв, ми з вами як слід поговоримо. Після цього всі пішли, але протягом всієї дороги аж до самої Анкари раз у раз підходили до мого купе пасажири й з огидливою цікавістю дивилися:</w:t>
      </w:r>
    </w:p>
    <w:p>
      <w:r>
        <w:br/>
        <w:t>– Оце він? Так ось він той, що розбиває шибки на багдадській залізниці? Ці-ка-во!</w:t>
      </w:r>
    </w:p>
    <w:p>
      <w:r>
        <w:br/>
        <w:t>Мене раптом пройняла одна жахлива думка. А скільки коштує отой джам? Я подивився. Грубе, дуже грубе скло, таких я не бачив у нас. А вгорі було зроблено прекрасний півмісяць з гарною зіркою. Мені здавалося, що той півмісяць з зіркою має коштувати дорожче за цілий джам.</w:t>
      </w:r>
    </w:p>
    <w:p>
      <w:r>
        <w:br/>
        <w:t>Я перерахував свої гроші. Їх у мене залишалося вже не багато, а в майбутньому було кілька день перебування в Анкарі, та ще тижнів зо два у Стамбулі… А подарунки друзям? Прощай, Туреччино! Доведеться голому і обдертому зайцем їхати в трюмі.</w:t>
      </w:r>
    </w:p>
    <w:p>
      <w:r>
        <w:br/>
        <w:t>Я виїздив Туреччину майже всіма залізницями, пам’ять на пейзажі у мене чудова, але який пейзаж між ст. Абрікей і Анкарою – не знаю. Чомусь отой пейзаж не зробив на мене найменшого вражіння і найменшого сліду не лишив у моїй пам’яті.</w:t>
      </w:r>
    </w:p>
    <w:p>
      <w:r>
        <w:br/>
        <w:t>Коли поїзд остаточно спинився, поліцай суворо підійшов до мене і суворо сказав щось, очевидно, таке:</w:t>
      </w:r>
    </w:p>
    <w:p>
      <w:r>
        <w:br/>
        <w:t>– Ну, ходімо, такий-сякий! Ось ви взнаєте, як джами розбивати!</w:t>
      </w:r>
    </w:p>
    <w:p>
      <w:r>
        <w:br/>
        <w:t>Та привів він мене не до караколу, а до якогось добродія на вокзалі.</w:t>
      </w:r>
    </w:p>
    <w:p>
      <w:r>
        <w:br/>
        <w:t>Вислухавши жахливу пригоду з розбитим джамом, добродій ввічливо запросив мене сісти й подібно до своїх попередників почав начитувати довгу мораль. Говорив він французькою.</w:t>
      </w:r>
    </w:p>
    <w:p>
      <w:r>
        <w:br/>
        <w:t>– Мені нема часу, – перебив я його, – скажіть краще, скільки коштує отой джам.</w:t>
      </w:r>
    </w:p>
    <w:p>
      <w:r>
        <w:br/>
        <w:t>Добродій зідхнув.</w:t>
      </w:r>
    </w:p>
    <w:p>
      <w:r>
        <w:br/>
        <w:t>– Мушу вам зробити неприємність, – відповів він: – Це дуже дороге скло. Вам доведеться чимало заплатити. Воно коштує…</w:t>
      </w:r>
    </w:p>
    <w:p>
      <w:r>
        <w:br/>
        <w:t>На столі з’явився великий реєстр, і добродій почав поволі водити пальцем по числах. Я бачив: 65, 69, 73…</w:t>
      </w:r>
    </w:p>
    <w:p>
      <w:r>
        <w:br/>
        <w:t>В мене лишалося тільки 100 лір. На ці гроші я мав прожити ще більше двох тижнів, купити подарунки й забезпечити себе квитком на пароплаві… Прощайте, вражіння!.. Їхати мені зайцем.</w:t>
      </w:r>
    </w:p>
    <w:p>
      <w:r>
        <w:br/>
        <w:t>Добродій раптом підвів голову і докінчив:</w:t>
      </w:r>
    </w:p>
    <w:p>
      <w:r>
        <w:br/>
        <w:t>– Воно коштує… дві ліри п’ятдесят!</w:t>
      </w:r>
    </w:p>
    <w:p>
      <w:r>
        <w:br/>
        <w:t>Тобто – два! Два карбованці!.. Я раптом згадав і Дурана-хамала, і багатія – директора банку, раптом пригадав все, що я чув про турецьку ощадливість, економність і розрахованість… Вийнявши п’ять лір, я сказав звичайною українською:</w:t>
      </w:r>
    </w:p>
    <w:p>
      <w:r>
        <w:br/>
        <w:t>– Беріть п’ять і покажіть, де у вас ще один такий джам!</w:t>
      </w:r>
    </w:p>
    <w:p>
      <w:r>
        <w:br/>
        <w:t>Але добродій не зрозумів української мови й повернув мені дві з половиною, ліри… А шкода!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Зневажений мечет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