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Зміями розкидається від заграви...</w:t>
      </w:r>
    </w:p>
    <w:p>
      <w:r>
        <w:br/>
        <w:t xml:space="preserve"> Зміями розкидається від заграви —&lt;br /&gt;</w:t>
        <w:br/>
        <w:t>Блискучими й глибокими зміями —&lt;br /&gt;</w:t>
        <w:br/>
        <w:t>Зміями огневими — на барви,&lt;br /&gt;</w:t>
        <w:br/>
        <w:t>Вкриті чорним простирадлом, вії.&lt;br /&gt;</w:t>
        <w:br/>
        <w:t>Це було вночі — може тому&lt;br /&gt;</w:t>
        <w:br/>
        <w:t>Не було видно ненажерних натовпів —&lt;br /&gt;</w:t>
        <w:br/>
        <w:t>Ніч схилялась до небо божественного,&lt;br /&gt;</w:t>
        <w:br/>
        <w:t>І одірвана вивіска бряжчала: на тобі.&lt;br /&gt;</w:t>
        <w:br/>
        <w:t>Може тому тремтіли дівочі вії&lt;br /&gt;</w:t>
        <w:br/>
        <w:t>Ненажерний світ — в ясній сльозі без барви— і&lt;br /&gt;</w:t>
        <w:br/>
        <w:t>Небо страшносудило огневими зміями,&lt;br /&gt;</w:t>
        <w:br/>
        <w:t>Небо розкидалося загравами.</w:t>
      </w:r>
    </w:p>
    <w:p>
      <w:r>
        <w:br/>
        <w:t>3&amp;ndash;II&amp;ndash;920.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Зміями розкидається від заграви...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