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Злочинці з паралельного світу — 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Злочинці з паралельного світу — 2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