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Зізнання машини, що вміє читати</w:t>
      </w:r>
    </w:p>
    <w:p>
      <w:r>
        <w:br/>
        <w:t xml:space="preserve"> Я, Номер Три Плюс Чотири Поділене На Сім,&lt;br /&gt;</w:t>
        <w:br/>
        <w:t>відома своїм знанням лінгвістики глибоким.&lt;br /&gt;</w:t>
        <w:br/>
        <w:t>Вже встигла розпізнати тисячі я мов,&lt;br /&gt;</w:t>
        <w:br/>
        <w:t>що людям вимерлим&lt;br /&gt;</w:t>
        <w:br/>
        <w:t>у їхніх діях слугували.</w:t>
      </w:r>
    </w:p>
    <w:p>
      <w:r>
        <w:br/>
        <w:t>Усе, що знаками своїми записали,&lt;br /&gt;</w:t>
        <w:br/>
        <w:t>хоча й притрушене шарами катастроф,&lt;br /&gt;</w:t>
        <w:br/>
        <w:t>видобуваю і відтворюю у первісному стані.</w:t>
      </w:r>
    </w:p>
    <w:p>
      <w:r>
        <w:br/>
        <w:t>Це не хизування –&lt;br /&gt;</w:t>
        <w:br/>
        <w:t>читаю навіть лаву&lt;br /&gt;</w:t>
        <w:br/>
        <w:t>і облікую попіл.</w:t>
      </w:r>
    </w:p>
    <w:p>
      <w:r>
        <w:br/>
        <w:t>Висвітлюю я на екрані&lt;br /&gt;</w:t>
        <w:br/>
        <w:t>про кожну річ загадану:&lt;br /&gt;</w:t>
        <w:br/>
        <w:t>коли її створили,&lt;br /&gt;</w:t>
        <w:br/>
        <w:t>з чого і для чого.</w:t>
      </w:r>
    </w:p>
    <w:p>
      <w:r>
        <w:br/>
        <w:t>І вже за власним імпульсом&lt;br /&gt;</w:t>
        <w:br/>
        <w:t>вивчаю деякі листи&lt;br /&gt;</w:t>
        <w:br/>
        <w:t>і виправляю в них&lt;br /&gt;</w:t>
        <w:br/>
        <w:t>орфографічні помилки.</w:t>
      </w:r>
    </w:p>
    <w:p>
      <w:r>
        <w:br/>
        <w:t>Я визнаю – певні слова&lt;br /&gt;</w:t>
        <w:br/>
        <w:t>у мене викликають трудність.&lt;br /&gt;</w:t>
        <w:br/>
        <w:t>Наприклад, станів, званих почуттями,&lt;br /&gt;</w:t>
        <w:br/>
        <w:t>не можу й досі пояснити стисло.</w:t>
      </w:r>
    </w:p>
    <w:p>
      <w:r>
        <w:br/>
        <w:t>Так само і з "душею", дивним словом.&lt;br /&gt;</w:t>
        <w:br/>
        <w:t>Наразі встановила, що це вид імли,&lt;br /&gt;</w:t>
        <w:br/>
        <w:t>триваліший, ймовірно, від смертних організмів.</w:t>
      </w:r>
    </w:p>
    <w:p>
      <w:r>
        <w:br/>
        <w:t>Однак, найбільший клопіт маю зі словом "є".&lt;br /&gt;</w:t>
        <w:br/>
        <w:t>Воно подібне на звичайну дію,&lt;br /&gt;</w:t>
        <w:br/>
        <w:t>керується загально, та не збірно,&lt;br /&gt;</w:t>
        <w:br/>
        <w:t>в теперішнім прачасі,&lt;br /&gt;</w:t>
        <w:br/>
        <w:t>недоконаного виду,&lt;br /&gt;</w:t>
        <w:br/>
        <w:t>хоч, як відомо, давно доконаного вже.</w:t>
      </w:r>
    </w:p>
    <w:p>
      <w:r>
        <w:br/>
        <w:t>Та тільки чи для визначення цього досить?&lt;br /&gt;</w:t>
        <w:br/>
        <w:t>У мене тріск на стиках і шурупів скрегіт.&lt;br /&gt;</w:t>
        <w:br/>
        <w:t>Кнопка зв'язку із Центром – коптить, замість світитись.</w:t>
      </w:r>
    </w:p>
    <w:p>
      <w:r>
        <w:br/>
        <w:t>Звернусь по допомогу, мабуть,&lt;br /&gt;</w:t>
        <w:br/>
        <w:t>до побратима Нуля Дві П'яті Поламані Навпіл.&lt;br /&gt;</w:t>
        <w:br/>
        <w:t>Щоправда, він безумець знаний,&lt;br /&gt;</w:t>
        <w:br/>
        <w:t>але ідеї має геніальні.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Зізнання машини, що вміє читати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