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Зітхання</w:t>
      </w:r>
    </w:p>
    <w:p>
      <w:r>
        <w:br/>
        <w:t xml:space="preserve"> Вітезслав Незвал&lt;br /&gt;</w:t>
        <w:br/>
        <w:t>Зітхання</w:t>
      </w:r>
    </w:p>
    <w:p>
      <w:r>
        <w:br/>
        <w:t>Перекладач: Р. Лубківський</w:t>
      </w:r>
    </w:p>
    <w:p>
      <w:r>
        <w:br/>
        <w:t>Рокитна річка мрій&lt;br /&gt;</w:t>
        <w:br/>
        <w:t>Де гусенята білі&lt;br /&gt;</w:t>
        <w:br/>
        <w:t>Іду гублюся в зіллі&lt;br /&gt;</w:t>
        <w:br/>
        <w:t>І в тиші голубій</w:t>
      </w:r>
    </w:p>
    <w:p>
      <w:r>
        <w:br/>
        <w:t>Поміж рядами лип&lt;br /&gt;</w:t>
        <w:br/>
        <w:t>По картоплянім полю&lt;br /&gt;</w:t>
        <w:br/>
        <w:t>Чом серце твого болю&lt;br /&gt;</w:t>
        <w:br/>
        <w:t>Я чую тихий схлип</w:t>
      </w:r>
    </w:p>
    <w:p>
      <w:r>
        <w:br/>
        <w:t>Тут просто з ринви пив&lt;br /&gt;</w:t>
        <w:br/>
        <w:t>Ця яблуня те знає&lt;br /&gt;</w:t>
        <w:br/>
        <w:t>Чом жаль мене доймає&lt;br /&gt;</w:t>
        <w:br/>
        <w:t>О що я загубив</w:t>
      </w:r>
    </w:p>
    <w:p>
      <w:r>
        <w:br/>
        <w:t>Під цим було ліском&lt;br /&gt;</w:t>
        <w:br/>
        <w:t>Про давнину читаю&lt;br /&gt;</w:t>
        <w:br/>
        <w:t>Ти все зробив мій краю&lt;br /&gt;</w:t>
        <w:br/>
        <w:t>Щоб став я класиком</w:t>
      </w:r>
    </w:p>
    <w:p>
      <w:r>
        <w:br/>
        <w:t>Прийду повернусь чей&lt;br /&gt;</w:t>
        <w:br/>
        <w:t>До тих галяв край лісу&lt;br /&gt;</w:t>
        <w:br/>
        <w:t>Коли зніму завісу&lt;br /&gt;</w:t>
        <w:br/>
        <w:t>З натомлених очей</w:t>
      </w:r>
    </w:p>
    <w:p>
      <w:r>
        <w:br/>
        <w:t>І викупаюсь в них&lt;br /&gt;</w:t>
        <w:br/>
        <w:t>Як гусенята чисто&lt;br /&gt;</w:t>
        <w:br/>
        <w:t>Як світиться врочисто&lt;br /&gt;</w:t>
        <w:br/>
        <w:t>легкий весняний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Зітхання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