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Полісся</w:t>
      </w:r>
    </w:p>
    <w:p>
      <w:r>
        <w:br/>
        <w:t xml:space="preserve"> &lt;p&gt;На протилежному боці галявини під кущем свидини я помітив синю цятку. Вона вирізнялася на прижухлому тлі осіннього різнотрав’я. Підійшов — а це велика квітка з жовтавою серединкою і витончено-ніжними яскравими пелюстками. Такої я ще й не зустрічав.</w:t>
      </w:r>
    </w:p>
    <w:p>
      <w:r>
        <w:br/>
        <w:t>Залишаю рюкзак, щоб позначити місце, а сам чимдуж по схилу вниз, до Горині. Десь там Носаль полоще корінці лікарського зілля — один знайомий дуже просив принести. Ага, ось і він. Сидить навпочіпки біля води.</w:t>
      </w:r>
    </w:p>
    <w:p>
      <w:r>
        <w:br/>
        <w:t>— Іване Михайловичу! — гукаю зраділо. — Аби ви знали, що я знайшов!..</w:t>
      </w:r>
    </w:p>
    <w:p>
      <w:r>
        <w:br/>
        <w:t>— Тс-с!.. — Носаль застережливо посварився пальцем. І жестом наказує присісти поруч.</w:t>
      </w:r>
    </w:p>
    <w:p>
      <w:r>
        <w:br/>
        <w:t>Коли я виконав його наказ, Іван Михайлович шепоче:</w:t>
      </w:r>
    </w:p>
    <w:p>
      <w:r>
        <w:br/>
        <w:t>— Послухайте музику осені.</w:t>
      </w:r>
    </w:p>
    <w:p>
      <w:r>
        <w:br/>
        <w:t>Спочатку я нічого не розумію. Та прислухаюся — справді ніби музика доноситься:</w:t>
      </w:r>
    </w:p>
    <w:p>
      <w:r>
        <w:br/>
        <w:t>"Тінь-тюль! Цінь-тюль!.."</w:t>
      </w:r>
    </w:p>
    <w:p>
      <w:r>
        <w:br/>
        <w:t>Ага, он воно що! На стрімкому і високому протилежному березі Горині прямо над річкою розмахнув своє гілля величезний дуб. Певно, не одне століття силкується вода підмити його, але дерево цупко тримається вузлуватим корінням за вапнякову землю і не поступається перед натиском річки. Саме з цього дуба раз у раз скапують стиглі жолуді. І тоді по сизому дзеркалі Горині розбігаються тремтливі кільця.</w:t>
      </w:r>
    </w:p>
    <w:p>
      <w:r>
        <w:br/>
        <w:t>"Тінь-тюль"! Цінь-тюль!.." — видзвонюють жолуді об воду.</w:t>
      </w:r>
    </w:p>
    <w:p>
      <w:r>
        <w:br/>
        <w:t>А далі за річкою золотаво палахкотять осики, тут і там серед зелені ліщин мерехтять рожеві іскри бересклету, височать сосни, мов пензлі вмочені в ультрамарин неба.</w:t>
      </w:r>
    </w:p>
    <w:p>
      <w:r>
        <w:br/>
        <w:t>"Тінь-тюль! Цінь-тюль!.."</w:t>
      </w:r>
    </w:p>
    <w:p>
      <w:r>
        <w:br/>
        <w:t>— То що там ви відкрили? — нарешті запитує Носаль.</w:t>
      </w:r>
    </w:p>
    <w:p>
      <w:r>
        <w:br/>
        <w:t>— Ходімо, покажу. Може, ще й ви такого не бачили.</w:t>
      </w:r>
    </w:p>
    <w:p>
      <w:r>
        <w:br/>
        <w:t>Веду на галявину.</w:t>
      </w:r>
    </w:p>
    <w:p>
      <w:r>
        <w:br/>
        <w:t>— О, та це ж айстра! — каже Іван Михайлович.</w:t>
      </w:r>
    </w:p>
    <w:p>
      <w:r>
        <w:br/>
        <w:t>— Айстра? — не можу приховати розчарування.</w:t>
      </w:r>
    </w:p>
    <w:p>
      <w:r>
        <w:br/>
        <w:t>Уже й сам завважую у квітки схожість з тими айстрами, які тисячу разів бачив на квітниках. Тільки у цієї стебло чогось аж надто буйне. Але то, мабуть, тому, що в траві росте. А я-то думав, недотепа, яку квітку вона мені нагадує…</w:t>
      </w:r>
    </w:p>
    <w:p>
      <w:r>
        <w:br/>
        <w:t>— Всього-на-всього айстра?..</w:t>
      </w:r>
    </w:p>
    <w:p>
      <w:r>
        <w:br/>
        <w:t>— Айстра, — ще раз стверджує Носаль. — Тільки не всього-на-всього, а дика айстра. Хіба цього мало?</w:t>
      </w:r>
    </w:p>
    <w:p>
      <w:r>
        <w:br/>
        <w:t>Проте повністю зміст сказаного я осягнув значно пізніше. Було, не раз виходиш узліссям десятки кілометрів, а на синій вогник айстри так і не нападеш. Бо, вивівши десятки сортів садових айстр та населивши ними квітники у містах і селах, доглядаючи і леліючи, людина нічого не зробила для збереження айстри дикої. Єдине, що збереглося, — давні народні назви рослини. Ласкаві, поетичні, вони передають і ставлення наших предків до осінньої красуні: синій цвіт, ромашка голуба, гайстра, волове око, волові очка, піддубровник. А ще зірочка. Остання назва напрочуд вдала! Адже квітка айстри — це ж і є, по суті, багатопроменева зірочка. До речі, наукова назва "айстра" походить від грецького слова, яке в перекладі теж означає "зірка".</w:t>
      </w:r>
    </w:p>
    <w:p>
      <w:r>
        <w:br/>
        <w:t>І з айстрами в давнину були пов’язані всякі повір'я. Сам батько ботаніки Теофраст писав: "Стверджують, що айстра допомагає в хорошій справі". Однак застерігає, що для цього викопувати рослину треба з коренем і обов’язково вночі, попередньо звівши над нею намет — так тільки зберігається її сила…</w:t>
      </w:r>
    </w:p>
    <w:p>
      <w:r>
        <w:br/>
        <w:t>Опівночі айстри в саду розцвіли…</w:t>
      </w:r>
    </w:p>
    <w:p>
      <w:r>
        <w:br/>
        <w:t>Умились росою, вінки одягли,</w:t>
      </w:r>
    </w:p>
    <w:p>
      <w:r>
        <w:br/>
        <w:t>І стали рожевого ранку чекать,</w:t>
      </w:r>
    </w:p>
    <w:p>
      <w:r>
        <w:br/>
        <w:t>І в райдугу барвів життя убирать…</w:t>
      </w:r>
    </w:p>
    <w:p>
      <w:r>
        <w:br/>
        <w:t>Пригадуєте, в Олександра Олеся? Поет так і назвав свій вірш "Айстри". Не знаю, з якої причини, але мені він завжди спливає в пам’яті при зустрічі з дикими айстрами.</w:t>
      </w:r>
    </w:p>
    <w:p>
      <w:r>
        <w:br/>
        <w:t>Можливо, дехто заперечить: яка там у диких айстр "райдуга барв"!..</w:t>
      </w:r>
    </w:p>
    <w:p>
      <w:r>
        <w:br/>
        <w:t>Але не поспішайте із запереченнями! Одного разу восени я таки натрапив на нехожений яр (він був посеред широкого поля, тож худоба туди не заходила, а люди — лише вряди-годи). І весь південний схил того яру палахкотів квітом диких айстр. Це палахкотіння справді нагадувало веселку: вигравали кольори від бузково-рожевого до темно-голубого.</w:t>
      </w:r>
    </w:p>
    <w:p>
      <w:r>
        <w:br/>
        <w:t>І марили айстри в розкішнім півсні</w:t>
      </w:r>
    </w:p>
    <w:p>
      <w:r>
        <w:br/>
        <w:t>Про трави шовкові, про сонячні дні,—</w:t>
      </w:r>
    </w:p>
    <w:p>
      <w:r>
        <w:br/>
        <w:t>І в мріях ввижалась їм казка ясна,</w:t>
      </w:r>
    </w:p>
    <w:p>
      <w:r>
        <w:br/>
        <w:t>Де квіти не в’януть, де вічна весна…</w:t>
      </w:r>
    </w:p>
    <w:p>
      <w:r>
        <w:br/>
        <w:t>Так марили айстри в саду восени,</w:t>
      </w:r>
    </w:p>
    <w:p>
      <w:r>
        <w:br/>
        <w:t>Так марили айстри і ждали весни…</w:t>
      </w:r>
    </w:p>
    <w:p>
      <w:r>
        <w:br/>
        <w:t>А ранок стрівав їх холодним дощем,</w:t>
      </w:r>
    </w:p>
    <w:p>
      <w:r>
        <w:br/>
        <w:t>І плакав десь вітер в саду за кущем…</w:t>
      </w:r>
    </w:p>
    <w:p>
      <w:r>
        <w:br/>
        <w:t>Ми, звичайно, розуміємо, що поет у цьому прекрасному алегоричному вірші, якого поклав на музику композитор Микола Лисенко, оплакує поразку революції 1905 року. Але який зримий, переконливий, який щемливо-чудовий опис квітів!</w:t>
      </w:r>
    </w:p>
    <w:p>
      <w:r>
        <w:br/>
        <w:t>І вгледіли айстри, що вколо — тюрма…</w:t>
      </w:r>
    </w:p>
    <w:p>
      <w:r>
        <w:br/>
        <w:t>І вгледіли айстри, що жити дарма,—</w:t>
      </w:r>
    </w:p>
    <w:p>
      <w:r>
        <w:br/>
        <w:t>Схилились і вмерли…</w:t>
      </w:r>
    </w:p>
    <w:p>
      <w:r>
        <w:br/>
        <w:t>Я привів незабаром Івана Михайловича до цього диво-яру. Ми йшли, як на крилах летіли: я — щоб помилуватися ще раз казковим видивом, Носаль — щоб поділити мою радість відкривача. Але перед цим уранці був мороз. І хоч сонце швидко розтопило білий накип інею, та айстри схилили голівки свої, потемніли. Лише кілька квіточок зорило синіми очицями.</w:t>
      </w:r>
    </w:p>
    <w:p>
      <w:r>
        <w:br/>
        <w:t>І мені відтоді стало зрозуміло, чому в середні віки, коли була створена так звана "мова квітів", айстра означала печаль.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Полісся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