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ранок</w:t>
      </w:r>
    </w:p>
    <w:p>
      <w:r>
        <w:br/>
        <w:t xml:space="preserve"> Мороз і сонце, — день розкішний!&lt;br /&gt;</w:t>
        <w:br/>
        <w:t>Ти ще дрімаєш, друже ніжний, —&lt;br /&gt;</w:t>
        <w:br/>
        <w:t>Красуне, час уже, проснись:&lt;br /&gt;</w:t>
        <w:br/>
        <w:t>Відкрий свій погляд яснозорий.&lt;br /&gt;</w:t>
        <w:br/>
        <w:t>Навстріч північної Аврори&lt;br /&gt;</w:t>
        <w:br/>
        <w:t>Зорею півночі з'явись!</w:t>
      </w:r>
    </w:p>
    <w:p>
      <w:r>
        <w:br/>
        <w:t>Згадай-но, вчора хуга злилась,&lt;br /&gt;</w:t>
        <w:br/>
        <w:t>В вечірнім небі мла носилась;&lt;br /&gt;</w:t>
        <w:br/>
        <w:t>Крізь хмари місяць вдалині&lt;br /&gt;</w:t>
        <w:br/>
        <w:t>Жовтів і блід на виднокрузі,&lt;br /&gt;</w:t>
        <w:br/>
        <w:t>І ти сиділа, вся у тузі, —&lt;br /&gt;</w:t>
        <w:br/>
        <w:t>А нині.. подивись — в вікні:</w:t>
      </w:r>
    </w:p>
    <w:p>
      <w:r>
        <w:br/>
        <w:t>Під голубими небесами&lt;br /&gt;</w:t>
        <w:br/>
        <w:t>Скрізь чарівними килимами&lt;br /&gt;</w:t>
        <w:br/>
        <w:t>На яснім сонці сніг лежить;&lt;br /&gt;</w:t>
        <w:br/>
        <w:t>Прозорий ліс лише чорніє,&lt;br /&gt;</w:t>
        <w:br/>
        <w:t>Крізь іней глиця зеленіє,&lt;br /&gt;</w:t>
        <w:br/>
        <w:t>І річка кригою блищить.</w:t>
      </w:r>
    </w:p>
    <w:p>
      <w:r>
        <w:br/>
        <w:t>Кімната вся янтарним блиском&lt;br /&gt;</w:t>
        <w:br/>
        <w:t>Осяяна. З веселим тріском&lt;br /&gt;</w:t>
        <w:br/>
        <w:t>Палає піч. І мрієш ти.&lt;br /&gt;</w:t>
        <w:br/>
        <w:t>Приємно снить біля лежанки.&lt;br /&gt;</w:t>
        <w:br/>
        <w:t>Проте, чи не звеліти в санки&lt;br /&gt;</w:t>
        <w:br/>
        <w:t>Конячку буру запрягти?</w:t>
      </w:r>
    </w:p>
    <w:p>
      <w:r>
        <w:br/>
        <w:t>І понесе нас, друже милий.&lt;br /&gt;</w:t>
        <w:br/>
        <w:t>По вранішній дорозі білій&lt;br /&gt;</w:t>
        <w:br/>
        <w:t>Кінь нетерплячий крізь сніги,&lt;br /&gt;</w:t>
        <w:br/>
        <w:t>Відвідаєм поля спустілі,&lt;br /&gt;</w:t>
        <w:br/>
        <w:t>Ліси, від снігу побілілі,&lt;br /&gt;</w:t>
        <w:br/>
        <w:t>І милі серцю береги.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