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пісенька для дітей</w:t>
      </w:r>
    </w:p>
    <w:p>
      <w:r>
        <w:br/>
        <w:t xml:space="preserve"> Жак Превер&lt;br /&gt;</w:t>
        <w:br/>
        <w:t>Зимова пісенька для дітей</w:t>
      </w:r>
    </w:p>
    <w:p>
      <w:r>
        <w:br/>
        <w:t>Перекладач: М.Коцюбинська&lt;br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Зимової ночі&lt;br /&gt;</w:t>
        <w:br/>
        <w:t>хтось білий під вікнами ходить&lt;br /&gt;</w:t>
        <w:br/>
        <w:t>хтось білий під вікнами бродить&lt;br /&gt;</w:t>
        <w:br/>
        <w:t>То ходить дід сніговик&lt;br /&gt;</w:t>
        <w:br/>
        <w:t>з люлькою своєю незмінною&lt;br /&gt;</w:t>
        <w:br/>
        <w:t>Великий дід сніговик&lt;br /&gt;</w:t>
        <w:br/>
        <w:t>якому незатишно й зимно&lt;br /&gt;</w:t>
        <w:br/>
        <w:t>Дід сніговик до села приходить&lt;br /&gt;</w:t>
        <w:br/>
        <w:t>Дід сніговик до села приходить&lt;br /&gt;</w:t>
        <w:br/>
        <w:t>У вікно зазирне на снігу потупцює&lt;br /&gt;</w:t>
        <w:br/>
        <w:t>а потім на вогник заходить&lt;br /&gt;</w:t>
        <w:br/>
        <w:t>До малої хатинки&lt;br /&gt;</w:t>
        <w:br/>
        <w:t>не стукаючи заходить&lt;br /&gt;</w:t>
        <w:br/>
        <w:t>До малої хатинки&lt;br /&gt;</w:t>
        <w:br/>
        <w:t>не стукаючи заходить&lt;br /&gt;</w:t>
        <w:br/>
        <w:t>І щоб нарешті зігрітися&lt;br /&gt;</w:t>
        <w:br/>
        <w:t>І щоб нарешті зігрітися&lt;br /&gt;</w:t>
        <w:br/>
        <w:t>біля гарячої грубки сідає&lt;br /&gt;</w:t>
        <w:br/>
        <w:t>біля червоної грубки сідає&lt;br /&gt;</w:t>
        <w:br/>
        <w:t>І раптом за мить зникає&lt;br /&gt;</w:t>
        <w:br/>
        <w:t>І лишається тільки води калюжа&lt;br /&gt;</w:t>
        <w:br/>
        <w:t>в якій плаває його файка&lt;br /&gt;</w:t>
        <w:br/>
        <w:t>І ще лишається стара шапка.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пісенька для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