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Зимова ніч</w:t>
      </w:r>
    </w:p>
    <w:p>
      <w:r>
        <w:br/>
        <w:t xml:space="preserve"> Нещасні бідняки, де б не були ви,&lt;br /&gt;</w:t>
        <w:br/>
        <w:t>Що терпите оцю негоду люту!&lt;br /&gt;</w:t>
        <w:br/>
        <w:t>Як ваші голови бездомні, ваші&lt;br /&gt;</w:t>
        <w:br/>
        <w:t>Запалі боки та діряві лахи&lt;br /&gt;</w:t>
        <w:br/>
        <w:t>Від бурі захистять вас?&lt;br /&gt;</w:t>
        <w:br/>
        <w:t>Шекспір</w:t>
      </w:r>
    </w:p>
    <w:p>
      <w:r>
        <w:br/>
        <w:t>Вже подих лютого Борею&lt;br /&gt;</w:t>
        <w:br/>
        <w:t>Тремтів між голою гіллею;&lt;br /&gt;</w:t>
        <w:br/>
        <w:t>Вже Феб, закутаний в кирею&lt;br /&gt;</w:t>
        <w:br/>
        <w:t>Хмар і снігів,&lt;br /&gt;</w:t>
        <w:br/>
        <w:t>Десь аж над самою землею&lt;br /&gt;</w:t>
        <w:br/>
        <w:t>На півдні тлів.</w:t>
      </w:r>
    </w:p>
    <w:p>
      <w:r>
        <w:br/>
        <w:t>Всю ніч пурга шпилі хитала.&lt;br /&gt;</w:t>
        <w:br/>
        <w:t>Спокійно в сховку праця спала.&lt;br /&gt;</w:t>
        <w:br/>
        <w:t>З-під снігового покривала&lt;br /&gt;</w:t>
        <w:br/>
        <w:t>Для себе хід,&lt;br /&gt;</w:t>
        <w:br/>
        <w:t>Вируючи, вода шукала&lt;br /&gt;</w:t>
        <w:br/>
        <w:t>Й трощила лід.</w:t>
      </w:r>
    </w:p>
    <w:p>
      <w:r>
        <w:br/>
        <w:t>Вслухаючись у хуртовину,&lt;br /&gt;</w:t>
        <w:br/>
        <w:t>Я думав про сільську скотину,&lt;br /&gt;</w:t>
        <w:br/>
        <w:t>Вівцю, що під таку годину&lt;br /&gt;</w:t>
        <w:br/>
        <w:t>В полях бреде&lt;br /&gt;</w:t>
        <w:br/>
        <w:t>I жметься до чужого тину,&lt;br /&gt;</w:t>
        <w:br/>
        <w:t>I смерті жде.</w:t>
      </w:r>
    </w:p>
    <w:p>
      <w:r>
        <w:br/>
        <w:t>Ти, пташко, зимним вітром гнана!&lt;br /&gt;</w:t>
        <w:br/>
        <w:t>Минулася пора весняна!&lt;br /&gt;</w:t>
        <w:br/>
        <w:t>Круг тебе буря невблаганна&lt;br /&gt;</w:t>
        <w:br/>
        <w:t>Реве, свистить!&lt;br /&gt;</w:t>
        <w:br/>
        <w:t>Де знайдеш місце, безталанна,&lt;br /&gt;</w:t>
        <w:br/>
        <w:t>Перепочить?</w:t>
      </w:r>
    </w:p>
    <w:p>
      <w:r>
        <w:br/>
        <w:t>I ви, що темними ночами&lt;br /&gt;</w:t>
        <w:br/>
        <w:t>Скрадаєтесь під мирні брами!&lt;br /&gt;</w:t>
        <w:br/>
        <w:t>I пір'я, і криваві плями&lt;br /&gt;</w:t>
        <w:br/>
        <w:t>В хлівах засіль&lt;br /&gt;</w:t>
        <w:br/>
        <w:t>Прощаю я, коли над вами&lt;br /&gt;</w:t>
        <w:br/>
        <w:t>Б'є заметіль.</w:t>
      </w:r>
    </w:p>
    <w:p>
      <w:r>
        <w:br/>
        <w:t>Ось Феба з хмарного завою&lt;br /&gt;</w:t>
        <w:br/>
        <w:t>Зійшла над даллю сніговою.&lt;br /&gt;</w:t>
        <w:br/>
        <w:t>Задумавшись, я самотою&lt;br /&gt;</w:t>
        <w:br/>
        <w:t>Вночі сидів —&lt;br /&gt;</w:t>
        <w:br/>
        <w:t>I враз розлігся наді мною&lt;br /&gt;</w:t>
        <w:br/>
        <w:t>Врочистий спів:</w:t>
      </w:r>
    </w:p>
    <w:p>
      <w:r>
        <w:br/>
        <w:t>"Ти, вітре, голосніше вий!&lt;br /&gt;</w:t>
        <w:br/>
        <w:t>Лютіше жаль, морозе злий!&lt;br /&gt;</w:t>
        <w:br/>
        <w:t>Сніги, заносьте стріхи хат!&lt;br /&gt;</w:t>
        <w:br/>
        <w:t>Які не люті ви, але стократ&lt;br /&gt;</w:t>
        <w:br/>
        <w:t>Людська жорстокіша злостивість,&lt;br /&gt;</w:t>
        <w:br/>
        <w:t>Безжалісна, несита мстивість,&lt;br /&gt;</w:t>
        <w:br/>
        <w:t>Що — Бога хвалячи — несе на брата брат.&lt;br /&gt;</w:t>
        <w:br/>
        <w:t>Зобач залізнорукий гніт,&lt;br /&gt;</w:t>
        <w:br/>
        <w:t>На честолюбство чорне глянь,&lt;br /&gt;</w:t>
        <w:br/>
        <w:t>Що, наче лютих псів, у світ&lt;br /&gt;</w:t>
        <w:br/>
        <w:t>Шле тьми смертей, незгод, страждань!&lt;br /&gt;</w:t>
        <w:br/>
        <w:t>I, навіть серед мирних паш —&lt;br /&gt;</w:t>
        <w:br/>
        <w:t>Той самий плач і стогін, та ж&lt;br /&gt;</w:t>
        <w:br/>
        <w:t>Ледача розкіш у шаленій зграї&lt;br /&gt;</w:t>
        <w:br/>
        <w:t>Рабів без совісті й стида,&lt;br /&gt;</w:t>
        <w:br/>
        <w:t>Від лесті п'яна, огляда&lt;br /&gt;</w:t>
        <w:br/>
        <w:t>Свої маєтності безкраї.&lt;br /&gt;</w:t>
        <w:br/>
        <w:t>А наймит? На своїй ріллі&lt;br /&gt;</w:t>
        <w:br/>
        <w:t>Горбом підпер він їхню славу.&lt;br /&gt;</w:t>
        <w:br/>
        <w:t>Неначе з іншої землі&lt;br /&gt;</w:t>
        <w:br/>
        <w:t>Він створений і в руки злі&lt;br /&gt;</w:t>
        <w:br/>
        <w:t>На рабство відданий, на глум і на розправу!</w:t>
      </w:r>
    </w:p>
    <w:p>
      <w:r>
        <w:br/>
        <w:t>А де ж любові ніжний пал,&lt;br /&gt;</w:t>
        <w:br/>
        <w:t>Де горда честь, що їм похвал&lt;br /&gt;</w:t>
        <w:br/>
        <w:t>Не жалують у вас?&lt;br /&gt;</w:t>
        <w:br/>
        <w:t>Ви під любові тінь святу&lt;br /&gt;</w:t>
        <w:br/>
        <w:t>Сховали серця пустоту&lt;br /&gt;</w:t>
        <w:br/>
        <w:t>Та себелюбства плаз!&lt;br /&gt;</w:t>
        <w:br/>
        <w:t>Коли ж невинність молода&lt;br /&gt;</w:t>
        <w:br/>
        <w:t>В їх сіть потрапить, глянь,&lt;br /&gt;</w:t>
        <w:br/>
        <w:t>Як славнозвісна честь ота&lt;br /&gt;</w:t>
        <w:br/>
        <w:t>Свій вид од жертви одверта,&lt;br /&gt;</w:t>
        <w:br/>
        <w:t>Глуха до жалощів, до сліз і до благань!&lt;br /&gt;</w:t>
        <w:br/>
        <w:t>I, може, десь в лихім кутку&lt;br /&gt;</w:t>
        <w:br/>
        <w:t>Якась із них у ніч таку&lt;br /&gt;</w:t>
        <w:br/>
        <w:t>Над немовлям не раз проллє сльозу гірку.</w:t>
      </w:r>
    </w:p>
    <w:p>
      <w:r>
        <w:br/>
        <w:t>Ви, що спите під ковдрою м'якою,&lt;br /&gt;</w:t>
        <w:br/>
        <w:t>Лише від примх страждаючи своїх,&lt;br /&gt;</w:t>
        <w:br/>
        <w:t>Подумайте, подумайте про тих,&lt;br /&gt;</w:t>
        <w:br/>
        <w:t>Хто зраджений і друзями, й судьбою!&lt;br /&gt;</w:t>
        <w:br/>
        <w:t>Голодні й стомлені вони&lt;br /&gt;</w:t>
        <w:br/>
        <w:t>Лягають на соломі спати,&lt;br /&gt;</w:t>
        <w:br/>
        <w:t>На них вода тече з холодної стіни,&lt;br /&gt;</w:t>
        <w:br/>
        <w:t>В них віхола гуляє серед хати!&lt;br /&gt;</w:t>
        <w:br/>
        <w:t>Подумайте про тих, що у глибу&lt;br /&gt;</w:t>
        <w:br/>
        <w:t>В'язниць кленуть свою лиху судьбу!&lt;br /&gt;</w:t>
        <w:br/>
        <w:t>На злочин згляньтесь і на зблуду!&lt;br /&gt;</w:t>
        <w:br/>
        <w:t>Як нещасливого до суду&lt;br /&gt;</w:t>
        <w:br/>
        <w:t>Ви кинете, кого здолів&lt;br /&gt;</w:t>
        <w:br/>
        <w:t>Несправедливий долі гнів?&lt;br /&gt;</w:t>
        <w:br/>
        <w:t>Сини нещастя — браття в світі цім.&lt;br /&gt;</w:t>
        <w:br/>
        <w:t>Щасливий той, хто допоможе їм!"</w:t>
      </w:r>
    </w:p>
    <w:p>
      <w:r>
        <w:br/>
        <w:t>Той спів завмер, бо Шантеклер,&lt;br /&gt;</w:t>
        <w:br/>
        <w:t>Дзвінкий пробудник дому,&lt;br /&gt;</w:t>
        <w:br/>
        <w:t>Гукнув, струсивши сніг із пер,&lt;br /&gt;</w:t>
        <w:br/>
        <w:t>Вітання дню новому.</w:t>
      </w:r>
    </w:p>
    <w:p>
      <w:r>
        <w:br/>
        <w:t>Та зрозумів я до кінця:&lt;br /&gt;</w:t>
        <w:br/>
        <w:t>Людина щира й добра&lt;br /&gt;</w:t>
        <w:br/>
        <w:t>Серед усіх творінь Творця —&lt;br /&gt;</w:t>
        <w:br/>
        <w:t>Його найкращий образ.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Зимова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