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Зимо, зимо, відступись!</w:t>
      </w:r>
    </w:p>
    <w:p>
      <w:r>
        <w:br/>
        <w:t xml:space="preserve"> От обманники які —&lt;br /&gt;</w:t>
        <w:br/>
        <w:t>Березневі ранки!&lt;br /&gt;</w:t>
        <w:br/>
        <w:t>Тане сніг,&lt;br /&gt;</w:t>
        <w:br/>
        <w:t>Течуть струмки,—&lt;br /&gt;</w:t>
        <w:br/>
        <w:t>Я й закинув санки.</w:t>
      </w:r>
    </w:p>
    <w:p>
      <w:r>
        <w:br/>
        <w:t>Кожушинку розстебнув —&lt;br /&gt;</w:t>
        <w:br/>
        <w:t>Жарко!&lt;br /&gt;</w:t>
        <w:br/>
        <w:t>А надвечір&lt;br /&gt;</w:t>
        <w:br/>
        <w:t>Вітер з півночі дмухнув,—&lt;br /&gt;</w:t>
        <w:br/>
        <w:t>Знову холоднеча!</w:t>
      </w:r>
    </w:p>
    <w:p>
      <w:r>
        <w:br/>
        <w:t>Мерзнуть щоки, мерзне ніс&lt;br /&gt;</w:t>
        <w:br/>
        <w:t>При такій погоді...&lt;br /&gt;</w:t>
        <w:br/>
        <w:t>Зимо, зимо, відступись!&lt;br /&gt;</w:t>
        <w:br/>
        <w:t>Побула — і годі!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Зимо, зимо, відступись!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