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Зима. Сніги...</w:t>
      </w:r>
    </w:p>
    <w:p>
      <w:r>
        <w:br/>
        <w:t xml:space="preserve"> Зима. Сніги. А я – зелене зілля,&lt;br /&gt;</w:t>
        <w:br/>
        <w:t>Так необачно проросло в замет...&lt;br /&gt;</w:t>
        <w:br/>
        <w:t>Навіщо же це жагуче сонце гріло&lt;br /&gt;</w:t>
        <w:br/>
        <w:t>І пробудило до життя мене?</w:t>
      </w:r>
    </w:p>
    <w:p>
      <w:r>
        <w:br/>
        <w:t>Зима ж!&lt;br /&gt;</w:t>
        <w:br/>
        <w:t>Сніги!&lt;br /&gt;</w:t>
        <w:br/>
        <w:t>А я – зелене зілля...&lt;br /&gt;</w:t>
        <w:br/>
        <w:t>Куди ступити?&lt;br /&gt;</w:t>
        <w:br/>
        <w:t>Крижаніє крок...&lt;br /&gt;</w:t>
        <w:br/>
        <w:t>Є у природи теж своє похмілля –&lt;br /&gt;</w:t>
        <w:br/>
        <w:t>Байдужий сніг на жар осінніх крон.</w:t>
      </w:r>
    </w:p>
    <w:p>
      <w:r>
        <w:br/>
        <w:t>Ну що ж, хай сніг!&lt;br /&gt;</w:t>
        <w:br/>
        <w:t>Хай буде біло-біло,&lt;br /&gt;</w:t>
        <w:br/>
        <w:t>Хай цілий світ морозом спалахне!&lt;br /&gt;</w:t>
        <w:br/>
        <w:t>Було ж тепло,&lt;br /&gt;</w:t>
        <w:br/>
        <w:t>Зігріло, і згубило,&lt;br /&gt;</w:t>
        <w:br/>
        <w:t>І воскресило до життя мене!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Зима. Сніги...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