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й Весна або Снігова Краля</w:t>
      </w:r>
    </w:p>
    <w:p>
      <w:r>
        <w:br/>
        <w:t xml:space="preserve"> &lt;p&gt;Дитяча фантастична оперка на дві одміни</w:t>
      </w:r>
    </w:p>
    <w:p>
      <w:r>
        <w:br/>
        <w:t>Дійові особи:</w:t>
      </w:r>
    </w:p>
    <w:p>
      <w:r>
        <w:br/>
        <w:t>Осінь</w:t>
      </w:r>
    </w:p>
    <w:p>
      <w:r>
        <w:br/>
        <w:t>Баба-казка</w:t>
      </w:r>
    </w:p>
    <w:p>
      <w:r>
        <w:br/>
        <w:t>Дід-ворожбит</w:t>
      </w:r>
    </w:p>
    <w:p>
      <w:r>
        <w:br/>
        <w:t>Хлопець-веретено</w:t>
      </w:r>
    </w:p>
    <w:p>
      <w:r>
        <w:br/>
        <w:t>Хлопець-гребінь</w:t>
      </w:r>
    </w:p>
    <w:p>
      <w:r>
        <w:br/>
        <w:t>Дівка-прядка</w:t>
      </w:r>
    </w:p>
    <w:p>
      <w:r>
        <w:br/>
        <w:t>Сич-віщун</w:t>
      </w:r>
    </w:p>
    <w:p>
      <w:r>
        <w:br/>
        <w:t>Зима</w:t>
      </w:r>
    </w:p>
    <w:p>
      <w:r>
        <w:br/>
        <w:t>Мороз</w:t>
      </w:r>
    </w:p>
    <w:p>
      <w:r>
        <w:br/>
        <w:t>Метелиця</w:t>
      </w:r>
    </w:p>
    <w:p>
      <w:r>
        <w:br/>
        <w:t>Ожеледь</w:t>
      </w:r>
    </w:p>
    <w:p>
      <w:r>
        <w:br/>
        <w:t>Вітер</w:t>
      </w:r>
    </w:p>
    <w:p>
      <w:r>
        <w:br/>
        <w:t>Дід-сніговик</w:t>
      </w:r>
    </w:p>
    <w:p>
      <w:r>
        <w:br/>
        <w:t>Масниця-молодиця</w:t>
      </w:r>
    </w:p>
    <w:p>
      <w:r>
        <w:br/>
        <w:t>Весна-красна</w:t>
      </w:r>
    </w:p>
    <w:p>
      <w:r>
        <w:br/>
        <w:t>Хори: дівчат-колядниць, хлопців-щедрівників, посівальників, дівчат-веснянок.</w:t>
      </w:r>
    </w:p>
    <w:p>
      <w:r>
        <w:br/>
        <w:t>Одміна перша</w:t>
      </w:r>
    </w:p>
    <w:p>
      <w:r>
        <w:br/>
        <w:t>Коли завіса звилася, Осінь на кону спить. Почувши прелюду до Зими, підводиться з острахом, а побачивши у дверях Мороза, ховається з жаху в куток, потім перебігає в другий.</w:t>
      </w:r>
    </w:p>
    <w:p>
      <w:r>
        <w:br/>
        <w:t>Мороз</w:t>
      </w:r>
    </w:p>
    <w:p>
      <w:r>
        <w:br/>
        <w:t>(ганяє з кутка в куток задрипану, заплакану Осінь, проводячи до дверей, співає)</w:t>
      </w:r>
    </w:p>
    <w:p>
      <w:r>
        <w:br/>
        <w:t>Геть, геть, геть, нетіпахо!</w:t>
      </w:r>
    </w:p>
    <w:p>
      <w:r>
        <w:br/>
        <w:t>Геть, ледащице-недбахо!</w:t>
      </w:r>
    </w:p>
    <w:p>
      <w:r>
        <w:br/>
        <w:t>їла-пила ти розкішно,</w:t>
      </w:r>
    </w:p>
    <w:p>
      <w:r>
        <w:br/>
        <w:t>В шати вдягалася пишно,</w:t>
      </w:r>
    </w:p>
    <w:p>
      <w:r>
        <w:br/>
        <w:t>Все пропила, прогуляла,</w:t>
      </w:r>
    </w:p>
    <w:p>
      <w:r>
        <w:br/>
        <w:t>Долю останню проспала,</w:t>
      </w:r>
    </w:p>
    <w:p>
      <w:r>
        <w:br/>
        <w:t>Геть, геть, геть, ледащице!</w:t>
      </w:r>
    </w:p>
    <w:p>
      <w:r>
        <w:br/>
        <w:t>Годі молити й проситься.</w:t>
      </w:r>
    </w:p>
    <w:p>
      <w:r>
        <w:br/>
        <w:t>Сльози твої не до речі!</w:t>
      </w:r>
    </w:p>
    <w:p>
      <w:r>
        <w:br/>
        <w:t>Ну ж, бери торбу на плечі!</w:t>
      </w:r>
    </w:p>
    <w:p>
      <w:r>
        <w:br/>
        <w:t>(Надіва їй торбу).</w:t>
      </w:r>
    </w:p>
    <w:p>
      <w:r>
        <w:br/>
        <w:t>Осінь</w:t>
      </w:r>
    </w:p>
    <w:p>
      <w:r>
        <w:br/>
        <w:t>(з торбою й палицею спиняється перед порогом, співає)</w:t>
      </w:r>
    </w:p>
    <w:p>
      <w:r>
        <w:br/>
        <w:t>Дядечку Морозе,</w:t>
      </w:r>
    </w:p>
    <w:p>
      <w:r>
        <w:br/>
        <w:t>Мій вельможний пане.</w:t>
      </w:r>
    </w:p>
    <w:p>
      <w:r>
        <w:br/>
        <w:t>Хто ж без мене, дядьку,</w:t>
      </w:r>
    </w:p>
    <w:p>
      <w:r>
        <w:br/>
        <w:t>Хатоньки догляне?</w:t>
      </w:r>
    </w:p>
    <w:p>
      <w:r>
        <w:br/>
        <w:t>Та без мене й стежка</w:t>
      </w:r>
    </w:p>
    <w:p>
      <w:r>
        <w:br/>
        <w:t>Заросте, пробита</w:t>
      </w:r>
    </w:p>
    <w:p>
      <w:r>
        <w:br/>
        <w:t>До могили сина,</w:t>
      </w:r>
    </w:p>
    <w:p>
      <w:r>
        <w:br/>
        <w:t>Коханого Літа.</w:t>
      </w:r>
    </w:p>
    <w:p>
      <w:r>
        <w:br/>
        <w:t>Мороз</w:t>
      </w:r>
    </w:p>
    <w:p>
      <w:r>
        <w:br/>
        <w:t>Що мені за діло</w:t>
      </w:r>
    </w:p>
    <w:p>
      <w:r>
        <w:br/>
        <w:t>До теї могили!</w:t>
      </w:r>
    </w:p>
    <w:p>
      <w:r>
        <w:br/>
        <w:t>Я хазяїн справний</w:t>
      </w:r>
    </w:p>
    <w:p>
      <w:r>
        <w:br/>
        <w:t>(енергійно)</w:t>
      </w:r>
    </w:p>
    <w:p>
      <w:r>
        <w:br/>
        <w:t>Чепурний та строгий!</w:t>
      </w:r>
    </w:p>
    <w:p>
      <w:r>
        <w:br/>
        <w:t>Я кладу із криги</w:t>
      </w:r>
    </w:p>
    <w:p>
      <w:r>
        <w:br/>
        <w:t>На річках дороги;</w:t>
      </w:r>
    </w:p>
    <w:p>
      <w:r>
        <w:br/>
        <w:t>Прибираю в лісі</w:t>
      </w:r>
    </w:p>
    <w:p>
      <w:r>
        <w:br/>
        <w:t>І болото й листя,</w:t>
      </w:r>
    </w:p>
    <w:p>
      <w:r>
        <w:br/>
        <w:t>Щоб було у мене</w:t>
      </w:r>
    </w:p>
    <w:p>
      <w:r>
        <w:br/>
        <w:t>Всюди, всюди чисто!</w:t>
      </w:r>
    </w:p>
    <w:p>
      <w:r>
        <w:br/>
        <w:t>Замикаю гади у глибокі нори,</w:t>
      </w:r>
    </w:p>
    <w:p>
      <w:r>
        <w:br/>
        <w:t>Заганяю птахи аж за синє море,</w:t>
      </w:r>
    </w:p>
    <w:p>
      <w:r>
        <w:br/>
        <w:t>Щоб було скрізь тихо,</w:t>
      </w:r>
    </w:p>
    <w:p>
      <w:r>
        <w:br/>
        <w:t>Щоб було скрізь чисто!</w:t>
      </w:r>
    </w:p>
    <w:p>
      <w:r>
        <w:br/>
        <w:t>Геть, нехлює, відсіль:</w:t>
      </w:r>
    </w:p>
    <w:p>
      <w:r>
        <w:br/>
        <w:t>Тут тобі не місце!</w:t>
      </w:r>
    </w:p>
    <w:p>
      <w:r>
        <w:br/>
        <w:t>Осінь</w:t>
      </w:r>
    </w:p>
    <w:p>
      <w:r>
        <w:br/>
        <w:t>(плаче)</w:t>
      </w:r>
    </w:p>
    <w:p>
      <w:r>
        <w:br/>
        <w:t>Горе мені, горе.</w:t>
      </w:r>
    </w:p>
    <w:p>
      <w:r>
        <w:br/>
        <w:t>Бідній сиротині,</w:t>
      </w:r>
    </w:p>
    <w:p>
      <w:r>
        <w:br/>
        <w:t>Не дають і плакать</w:t>
      </w:r>
    </w:p>
    <w:p>
      <w:r>
        <w:br/>
        <w:t>У своїй хатині!</w:t>
      </w:r>
    </w:p>
    <w:p>
      <w:r>
        <w:br/>
        <w:t>Ой піду далеко</w:t>
      </w:r>
    </w:p>
    <w:p>
      <w:r>
        <w:br/>
        <w:t>По сумній дорозі,</w:t>
      </w:r>
    </w:p>
    <w:p>
      <w:r>
        <w:br/>
        <w:t>Розіллю по світі</w:t>
      </w:r>
    </w:p>
    <w:p>
      <w:r>
        <w:br/>
        <w:t>Дрібненькії сльози!</w:t>
      </w:r>
    </w:p>
    <w:p>
      <w:r>
        <w:br/>
        <w:t>Вийшла з хати.</w:t>
      </w:r>
    </w:p>
    <w:p>
      <w:r>
        <w:br/>
        <w:t>Мороз сідає зажурившись праворуч і не звертає уваги на гурт, що вбіга слідом за Осінню. Хор: Веретено, Гребінь, Прядка. Баба-казка, Дід-ворожбит танцюють, приспівують.</w:t>
      </w:r>
    </w:p>
    <w:p>
      <w:r>
        <w:br/>
        <w:t>Дівка-прядка</w:t>
      </w:r>
    </w:p>
    <w:p>
      <w:r>
        <w:br/>
        <w:t>Нумо, нумо, нумо воркотати.</w:t>
      </w:r>
    </w:p>
    <w:p>
      <w:r>
        <w:br/>
        <w:t>Хлопець-гребінь</w:t>
      </w:r>
    </w:p>
    <w:p>
      <w:r>
        <w:br/>
        <w:t>А я буду,</w:t>
      </w:r>
    </w:p>
    <w:p>
      <w:r>
        <w:br/>
        <w:t>Буду пригравати.</w:t>
      </w:r>
    </w:p>
    <w:p>
      <w:r>
        <w:br/>
        <w:t>Баба-казка</w:t>
      </w:r>
    </w:p>
    <w:p>
      <w:r>
        <w:br/>
        <w:t>А я буду, буду потішати!</w:t>
      </w:r>
    </w:p>
    <w:p>
      <w:r>
        <w:br/>
        <w:t>Дід-ворожбит</w:t>
      </w:r>
    </w:p>
    <w:p>
      <w:r>
        <w:br/>
        <w:t>А я буду розважати,</w:t>
      </w:r>
    </w:p>
    <w:p>
      <w:r>
        <w:br/>
        <w:t>Ще й доленьку одкривати.</w:t>
      </w:r>
    </w:p>
    <w:p>
      <w:r>
        <w:br/>
        <w:t>Усі, побравшись за руки, гуртом крутять танка й співають разом:</w:t>
      </w:r>
    </w:p>
    <w:p>
      <w:r>
        <w:br/>
        <w:t>Нумо, нумо збираймося,</w:t>
      </w:r>
    </w:p>
    <w:p>
      <w:r>
        <w:br/>
        <w:t>У таночок сплітаймося.</w:t>
      </w:r>
    </w:p>
    <w:p>
      <w:r>
        <w:br/>
        <w:t>Ми пісеньку заспіваймо,</w:t>
      </w:r>
    </w:p>
    <w:p>
      <w:r>
        <w:br/>
        <w:t>Славну Зиму закликаймо:</w:t>
      </w:r>
    </w:p>
    <w:p>
      <w:r>
        <w:br/>
        <w:t>Ой ти, Зимонько-цариця,</w:t>
      </w:r>
    </w:p>
    <w:p>
      <w:r>
        <w:br/>
        <w:t>Огрядная, білолиця,</w:t>
      </w:r>
    </w:p>
    <w:p>
      <w:r>
        <w:br/>
        <w:t>Ясноока, чорноброва,</w:t>
      </w:r>
    </w:p>
    <w:p>
      <w:r>
        <w:br/>
        <w:t>Прибувай до нас здорова!</w:t>
      </w:r>
    </w:p>
    <w:p>
      <w:r>
        <w:br/>
        <w:t>Увіходять: Зима, Метелиця, Ожеледь, Дід-сніговик, Вітер</w:t>
      </w:r>
    </w:p>
    <w:p>
      <w:r>
        <w:br/>
        <w:t>Зима</w:t>
      </w:r>
    </w:p>
    <w:p>
      <w:r>
        <w:br/>
        <w:t>(підходить до Мороза, жартівливо співа до нього й заграє)</w:t>
      </w:r>
    </w:p>
    <w:p>
      <w:r>
        <w:br/>
        <w:t>Здоров, здоров, Морозеньку,</w:t>
      </w:r>
    </w:p>
    <w:p>
      <w:r>
        <w:br/>
        <w:t>Здоров, милий мій!</w:t>
      </w:r>
    </w:p>
    <w:p>
      <w:r>
        <w:br/>
        <w:t>Ой чого ти, Морозеньку,</w:t>
      </w:r>
    </w:p>
    <w:p>
      <w:r>
        <w:br/>
        <w:t>Та такий сумний?</w:t>
      </w:r>
    </w:p>
    <w:p>
      <w:r>
        <w:br/>
        <w:t>Чи ти мене, моє серце,</w:t>
      </w:r>
    </w:p>
    <w:p>
      <w:r>
        <w:br/>
        <w:t>В личко не пізнав?</w:t>
      </w:r>
    </w:p>
    <w:p>
      <w:r>
        <w:br/>
        <w:t>Чи ти мене, молодую,</w:t>
      </w:r>
    </w:p>
    <w:p>
      <w:r>
        <w:br/>
        <w:t>В гості не чекав?</w:t>
      </w:r>
    </w:p>
    <w:p>
      <w:r>
        <w:br/>
        <w:t>Мороз</w:t>
      </w:r>
    </w:p>
    <w:p>
      <w:r>
        <w:br/>
        <w:t>(одмовляє з досадою, не глядячи: іноді тільки кидає ласкавий погляд)</w:t>
      </w:r>
    </w:p>
    <w:p>
      <w:r>
        <w:br/>
        <w:t>Ой як мені, моя пані, веселому буть!</w:t>
      </w:r>
    </w:p>
    <w:p>
      <w:r>
        <w:br/>
        <w:t>Я не можу теї втрати ніколи забуть.</w:t>
      </w:r>
    </w:p>
    <w:p>
      <w:r>
        <w:br/>
        <w:t>Як ішла ти через воду, – одлигу дала,</w:t>
      </w:r>
    </w:p>
    <w:p>
      <w:r>
        <w:br/>
        <w:t>Як ішла ти через села, – снігу намела.</w:t>
      </w:r>
    </w:p>
    <w:p>
      <w:r>
        <w:br/>
        <w:t>Зима надуває губи й відходить.</w:t>
      </w:r>
    </w:p>
    <w:p>
      <w:r>
        <w:br/>
        <w:t>Не міряла, не лічила, марно рознесла.</w:t>
      </w:r>
    </w:p>
    <w:p>
      <w:r>
        <w:br/>
        <w:t>А його б то, мабуть, стало ще ка цілий рік,</w:t>
      </w:r>
    </w:p>
    <w:p>
      <w:r>
        <w:br/>
        <w:t>А його там дурно стопче гидкий чоловік!</w:t>
      </w:r>
    </w:p>
    <w:p>
      <w:r>
        <w:br/>
        <w:t>Дід-сніговик</w:t>
      </w:r>
    </w:p>
    <w:p>
      <w:r>
        <w:br/>
        <w:t>(підходить до Мороза, б’є його по плечу і втішає)</w:t>
      </w:r>
    </w:p>
    <w:p>
      <w:r>
        <w:br/>
        <w:t>Не журися, Морозеньку,</w:t>
      </w:r>
    </w:p>
    <w:p>
      <w:r>
        <w:br/>
        <w:t>Не великий гріх:</w:t>
      </w:r>
    </w:p>
    <w:p>
      <w:r>
        <w:br/>
        <w:t>Маю повен лантух снігу,</w:t>
      </w:r>
    </w:p>
    <w:p>
      <w:r>
        <w:br/>
        <w:t>Стане ще на всіх!</w:t>
      </w:r>
    </w:p>
    <w:p>
      <w:r>
        <w:br/>
        <w:t>Вітер тимчасом розважає Зиму й говорить з нею.</w:t>
      </w:r>
    </w:p>
    <w:p>
      <w:r>
        <w:br/>
        <w:t>Мороз</w:t>
      </w:r>
    </w:p>
    <w:p>
      <w:r>
        <w:br/>
        <w:t>А що вітер той невірний,</w:t>
      </w:r>
    </w:p>
    <w:p>
      <w:r>
        <w:br/>
        <w:t>Як не треба – дме,</w:t>
      </w:r>
    </w:p>
    <w:p>
      <w:r>
        <w:br/>
        <w:t>А як треба, то неначе</w:t>
      </w:r>
    </w:p>
    <w:p>
      <w:r>
        <w:br/>
        <w:t>Чорт його візьме.</w:t>
      </w:r>
    </w:p>
    <w:p>
      <w:r>
        <w:br/>
        <w:t>Вітер</w:t>
      </w:r>
    </w:p>
    <w:p>
      <w:r>
        <w:br/>
        <w:t>Тьху, ти, як він розходився!</w:t>
      </w:r>
    </w:p>
    <w:p>
      <w:r>
        <w:br/>
        <w:t>Дума він, що цар!</w:t>
      </w:r>
    </w:p>
    <w:p>
      <w:r>
        <w:br/>
        <w:t>Плюнь на нього: я твій милий</w:t>
      </w:r>
    </w:p>
    <w:p>
      <w:r>
        <w:br/>
        <w:t>Брат і проводар!</w:t>
      </w:r>
    </w:p>
    <w:p>
      <w:r>
        <w:br/>
        <w:t>Зима одпихає Вітра і знову підходить до Мороза з усмішкою, а той уже ласкавіший до неї, підводиться навіть.</w:t>
      </w:r>
    </w:p>
    <w:p>
      <w:r>
        <w:br/>
        <w:t>Мороз</w:t>
      </w:r>
    </w:p>
    <w:p>
      <w:r>
        <w:br/>
        <w:t>(до Зими)</w:t>
      </w:r>
    </w:p>
    <w:p>
      <w:r>
        <w:br/>
        <w:t>А ще твої челядоньки скарбу не глядять:</w:t>
      </w:r>
    </w:p>
    <w:p>
      <w:r>
        <w:br/>
        <w:t>Ожеледь ясні кришталі любить розкидать,</w:t>
      </w:r>
    </w:p>
    <w:p>
      <w:r>
        <w:br/>
        <w:t>А Метелиця без міри рада пустувать.</w:t>
      </w:r>
    </w:p>
    <w:p>
      <w:r>
        <w:br/>
        <w:t>Зима</w:t>
      </w:r>
    </w:p>
    <w:p>
      <w:r>
        <w:br/>
        <w:t>Заспокойся ти, мій друже,</w:t>
      </w:r>
    </w:p>
    <w:p>
      <w:r>
        <w:br/>
        <w:t>Буде все гаразд;</w:t>
      </w:r>
    </w:p>
    <w:p>
      <w:r>
        <w:br/>
        <w:t>Сором, сором, орле дужий,</w:t>
      </w:r>
    </w:p>
    <w:p>
      <w:r>
        <w:br/>
        <w:t>Плакать, сумувать!</w:t>
      </w:r>
    </w:p>
    <w:p>
      <w:r>
        <w:br/>
        <w:t>Пануватимеш безпечно,</w:t>
      </w:r>
    </w:p>
    <w:p>
      <w:r>
        <w:br/>
        <w:t>Не турбуйся ти,</w:t>
      </w:r>
    </w:p>
    <w:p>
      <w:r>
        <w:br/>
        <w:t>Я ж люблю тебе сердечно,</w:t>
      </w:r>
    </w:p>
    <w:p>
      <w:r>
        <w:br/>
        <w:t>Вір же ти мені.</w:t>
      </w:r>
    </w:p>
    <w:p>
      <w:r>
        <w:br/>
        <w:t>Мороз</w:t>
      </w:r>
    </w:p>
    <w:p>
      <w:r>
        <w:br/>
        <w:t>Заспокоїтись не можу:</w:t>
      </w:r>
    </w:p>
    <w:p>
      <w:r>
        <w:br/>
        <w:t>Все тут не гаразд!</w:t>
      </w:r>
    </w:p>
    <w:p>
      <w:r>
        <w:br/>
        <w:t>Доведеться у калюжі,</w:t>
      </w:r>
    </w:p>
    <w:p>
      <w:r>
        <w:br/>
        <w:t>Мабуть, пропадать!</w:t>
      </w:r>
    </w:p>
    <w:p>
      <w:r>
        <w:br/>
        <w:t>Ні, я серцем горе чую,</w:t>
      </w:r>
    </w:p>
    <w:p>
      <w:r>
        <w:br/>
        <w:t>Не йму віри я,</w:t>
      </w:r>
    </w:p>
    <w:p>
      <w:r>
        <w:br/>
        <w:t>Ти ж не важся запевняти.</w:t>
      </w:r>
    </w:p>
    <w:p>
      <w:r>
        <w:br/>
        <w:t>Все це є бридня!</w:t>
      </w:r>
    </w:p>
    <w:p>
      <w:r>
        <w:br/>
        <w:t>Зима пнеться обняти його, він пручається, плаче, одмахується сосною. Обоє сідають на сніговому троні. Дід сідає біля їхніх ніг, а ображений Вітер на авансцені ліворуч. Ожеледь праворуч. Вбігає знову Веретено, Прядка, Казка, Ворожбит, Гребінь плескають у долоні, крутяться, співають.</w:t>
      </w:r>
    </w:p>
    <w:p>
      <w:r>
        <w:br/>
        <w:t>Ой, вогні палають, кабани конають,</w:t>
      </w:r>
    </w:p>
    <w:p>
      <w:r>
        <w:br/>
        <w:t>Поросята плачуть, кутя в ступі скаче.</w:t>
      </w:r>
    </w:p>
    <w:p>
      <w:r>
        <w:br/>
        <w:t>Ось ковбасок низки, вже колядки близькі:</w:t>
      </w:r>
    </w:p>
    <w:p>
      <w:r>
        <w:br/>
        <w:t>Годі сумувати!</w:t>
      </w:r>
    </w:p>
    <w:p>
      <w:r>
        <w:br/>
        <w:t>Веселіше стане, як хазяїн гляне,</w:t>
      </w:r>
    </w:p>
    <w:p>
      <w:r>
        <w:br/>
        <w:t>Стане розмовляти, милую вітати;</w:t>
      </w:r>
    </w:p>
    <w:p>
      <w:r>
        <w:br/>
        <w:t>Як хазяйка красна усміхнеться ясно.</w:t>
      </w:r>
    </w:p>
    <w:p>
      <w:r>
        <w:br/>
        <w:t>Годі ж бо сваритись, час і помиритись!</w:t>
      </w:r>
    </w:p>
    <w:p>
      <w:r>
        <w:br/>
        <w:t>Ковбасочок низки, колядки вже близькі!</w:t>
      </w:r>
    </w:p>
    <w:p>
      <w:r>
        <w:br/>
        <w:t>За коном чути колядку.</w:t>
      </w:r>
    </w:p>
    <w:p>
      <w:r>
        <w:br/>
        <w:t>Ірод проклят засмутився,</w:t>
      </w:r>
    </w:p>
    <w:p>
      <w:r>
        <w:br/>
        <w:t>Що Йсус Христос народився;</w:t>
      </w:r>
    </w:p>
    <w:p>
      <w:r>
        <w:br/>
        <w:t>Слуги свої посилає,</w:t>
      </w:r>
    </w:p>
    <w:p>
      <w:r>
        <w:br/>
        <w:t>Христа вбити шукає.</w:t>
      </w:r>
    </w:p>
    <w:p>
      <w:r>
        <w:br/>
        <w:t>Вбігає хор дівчат-колядниць, хлопців-щедрівників і посівальників, колядують, щедрують кожен своє, далі злучаються докупи.</w:t>
      </w:r>
    </w:p>
    <w:p>
      <w:r>
        <w:br/>
        <w:t>Щедрівники</w:t>
      </w:r>
    </w:p>
    <w:p>
      <w:r>
        <w:br/>
        <w:t>Благословіть колядувати!</w:t>
      </w:r>
    </w:p>
    <w:p>
      <w:r>
        <w:br/>
        <w:t>Усі разом співають</w:t>
      </w:r>
    </w:p>
    <w:p>
      <w:r>
        <w:br/>
        <w:t>Колядка</w:t>
      </w:r>
    </w:p>
    <w:p>
      <w:r>
        <w:br/>
        <w:t>Нова рада стала,</w:t>
      </w:r>
    </w:p>
    <w:p>
      <w:r>
        <w:br/>
        <w:t>Що на небі хвала,</w:t>
      </w:r>
    </w:p>
    <w:p>
      <w:r>
        <w:br/>
        <w:t>Над вертепом звізда ясна</w:t>
      </w:r>
    </w:p>
    <w:p>
      <w:r>
        <w:br/>
        <w:t>Увесь світ осіяла.</w:t>
      </w:r>
    </w:p>
    <w:p>
      <w:r>
        <w:br/>
        <w:t>Щедрівка</w:t>
      </w:r>
    </w:p>
    <w:p>
      <w:r>
        <w:br/>
        <w:t>Щедрик-ведрик</w:t>
      </w:r>
    </w:p>
    <w:p>
      <w:r>
        <w:br/>
        <w:t>Дайте вареник,</w:t>
      </w:r>
    </w:p>
    <w:p>
      <w:r>
        <w:br/>
        <w:t>Грудочку кашки,</w:t>
      </w:r>
    </w:p>
    <w:p>
      <w:r>
        <w:br/>
        <w:t>Кільце ковбаски,</w:t>
      </w:r>
    </w:p>
    <w:p>
      <w:r>
        <w:br/>
        <w:t>Коли мало, дайте, сала.</w:t>
      </w:r>
    </w:p>
    <w:p>
      <w:r>
        <w:br/>
        <w:t>Коли донесу, дайте ковбасу,</w:t>
      </w:r>
    </w:p>
    <w:p>
      <w:r>
        <w:br/>
        <w:t>Коротка свитка,</w:t>
      </w:r>
    </w:p>
    <w:p>
      <w:r>
        <w:br/>
        <w:t>Та змерзла литка.</w:t>
      </w:r>
    </w:p>
    <w:p>
      <w:r>
        <w:br/>
        <w:t>Усі гуртом славлять Зиму.</w:t>
      </w:r>
    </w:p>
    <w:p>
      <w:r>
        <w:br/>
        <w:t>Слава тобі, Зимо, снігова цариця,</w:t>
      </w:r>
    </w:p>
    <w:p>
      <w:r>
        <w:br/>
        <w:t>Ти нам серце грієш, хоч морозиш лиця.</w:t>
      </w:r>
    </w:p>
    <w:p>
      <w:r>
        <w:br/>
        <w:t>Де ти уродилась, жвава, жартівлива?</w:t>
      </w:r>
    </w:p>
    <w:p>
      <w:r>
        <w:br/>
        <w:t>І до нас з якого царства прилетіла?</w:t>
      </w:r>
    </w:p>
    <w:p>
      <w:r>
        <w:br/>
        <w:t>Зима</w:t>
      </w:r>
    </w:p>
    <w:p>
      <w:r>
        <w:br/>
        <w:t>Ой, іду я, дітки, з-за білого моря,</w:t>
      </w:r>
    </w:p>
    <w:p>
      <w:r>
        <w:br/>
        <w:t>Де Мороз, мій батько, цар на всім роздоллі;</w:t>
      </w:r>
    </w:p>
    <w:p>
      <w:r>
        <w:br/>
        <w:t>Там ніхто не жиє, там і не вмирають,</w:t>
      </w:r>
    </w:p>
    <w:p>
      <w:r>
        <w:br/>
        <w:t>Там лиш вітер виє та сполохи сяють,</w:t>
      </w:r>
    </w:p>
    <w:p>
      <w:r>
        <w:br/>
        <w:t>Там цариця Північ, рідна моя мати,</w:t>
      </w:r>
    </w:p>
    <w:p>
      <w:r>
        <w:br/>
        <w:t>Збудувала з криги пишнії палати.</w:t>
      </w:r>
    </w:p>
    <w:p>
      <w:r>
        <w:br/>
        <w:t>Хор</w:t>
      </w:r>
    </w:p>
    <w:p>
      <w:r>
        <w:br/>
        <w:t>Слава! Слава! От цариця!</w:t>
      </w:r>
    </w:p>
    <w:p>
      <w:r>
        <w:br/>
        <w:t>От Зимонька білолиця!</w:t>
      </w:r>
    </w:p>
    <w:p>
      <w:r>
        <w:br/>
        <w:t>Щоб було нам веселіше,</w:t>
      </w:r>
    </w:p>
    <w:p>
      <w:r>
        <w:br/>
        <w:t>Заспіваймо голосніше.</w:t>
      </w:r>
    </w:p>
    <w:p>
      <w:r>
        <w:br/>
        <w:t>Гей, метелице, співай</w:t>
      </w:r>
    </w:p>
    <w:p>
      <w:r>
        <w:br/>
        <w:t>І таночок зачинай.</w:t>
      </w:r>
    </w:p>
    <w:p>
      <w:r>
        <w:br/>
        <w:t>Усі гуртом співають і танцюють метелиці</w:t>
      </w:r>
    </w:p>
    <w:p>
      <w:r>
        <w:br/>
        <w:t>Одміна друга</w:t>
      </w:r>
    </w:p>
    <w:p>
      <w:r>
        <w:br/>
        <w:t>За столом сидять Зима, Метелиця, Ожеледь, Ворожбит, Масниця-молодиця й інші; бенкетують, п’ють, славлять Зиму.</w:t>
      </w:r>
    </w:p>
    <w:p>
      <w:r>
        <w:br/>
        <w:t>Ой Зимонько, молодице,</w:t>
      </w:r>
    </w:p>
    <w:p>
      <w:r>
        <w:br/>
        <w:t>Гарні книші, паляниці,</w:t>
      </w:r>
    </w:p>
    <w:p>
      <w:r>
        <w:br/>
        <w:t>А ще кращі ковбасочки,</w:t>
      </w:r>
    </w:p>
    <w:p>
      <w:r>
        <w:br/>
        <w:t>Солодкії оладочки.</w:t>
      </w:r>
    </w:p>
    <w:p>
      <w:r>
        <w:br/>
        <w:t>Гей, гу! гей, гу!</w:t>
      </w:r>
    </w:p>
    <w:p>
      <w:r>
        <w:br/>
        <w:t>Ой Зимонько, ой душечко!</w:t>
      </w:r>
    </w:p>
    <w:p>
      <w:r>
        <w:br/>
        <w:t>Гарні були пампушечки,</w:t>
      </w:r>
    </w:p>
    <w:p>
      <w:r>
        <w:br/>
        <w:t>Добрі з перцем товченики,</w:t>
      </w:r>
    </w:p>
    <w:p>
      <w:r>
        <w:br/>
        <w:t>А в сметані вареники.</w:t>
      </w:r>
    </w:p>
    <w:p>
      <w:r>
        <w:br/>
        <w:t>А найкращі при кінці</w:t>
      </w:r>
    </w:p>
    <w:p>
      <w:r>
        <w:br/>
        <w:t>Гаряченькі млинці.</w:t>
      </w:r>
    </w:p>
    <w:p>
      <w:r>
        <w:br/>
        <w:t>А пляшечки, чарушечки,</w:t>
      </w:r>
    </w:p>
    <w:p>
      <w:r>
        <w:br/>
        <w:t>Витинають дрібушечки,</w:t>
      </w:r>
    </w:p>
    <w:p>
      <w:r>
        <w:br/>
        <w:t>А барило качається</w:t>
      </w:r>
    </w:p>
    <w:p>
      <w:r>
        <w:br/>
        <w:t>Та ігрищем втішається.</w:t>
      </w:r>
    </w:p>
    <w:p>
      <w:r>
        <w:br/>
        <w:t>(Кланяються до Зими).</w:t>
      </w:r>
    </w:p>
    <w:p>
      <w:r>
        <w:br/>
        <w:t>Сич</w:t>
      </w:r>
    </w:p>
    <w:p>
      <w:r>
        <w:br/>
        <w:t>Пу-гу! пу-гу! пу-гу!</w:t>
      </w:r>
    </w:p>
    <w:p>
      <w:r>
        <w:br/>
        <w:t>Я несу вам тугу:</w:t>
      </w:r>
    </w:p>
    <w:p>
      <w:r>
        <w:br/>
        <w:t>Годі танцювати,</w:t>
      </w:r>
    </w:p>
    <w:p>
      <w:r>
        <w:br/>
        <w:t>Час уже тікати:</w:t>
      </w:r>
    </w:p>
    <w:p>
      <w:r>
        <w:br/>
        <w:t>Ось іде Стрітення,</w:t>
      </w:r>
    </w:p>
    <w:p>
      <w:r>
        <w:br/>
        <w:t>З Касяном Явдоха.</w:t>
      </w:r>
    </w:p>
    <w:p>
      <w:r>
        <w:br/>
        <w:t>Зима</w:t>
      </w:r>
    </w:p>
    <w:p>
      <w:r>
        <w:br/>
        <w:t>Я твого Стрітення</w:t>
      </w:r>
    </w:p>
    <w:p>
      <w:r>
        <w:br/>
        <w:t>Не боюсь і трохи:</w:t>
      </w:r>
    </w:p>
    <w:p>
      <w:r>
        <w:br/>
        <w:t>З ним я тільки стрінусь,</w:t>
      </w:r>
    </w:p>
    <w:p>
      <w:r>
        <w:br/>
        <w:t>Гляну лиш сердито,</w:t>
      </w:r>
    </w:p>
    <w:p>
      <w:r>
        <w:br/>
        <w:t>Геть забуде й гадку</w:t>
      </w:r>
    </w:p>
    <w:p>
      <w:r>
        <w:br/>
        <w:t>Про нікчемне літо.</w:t>
      </w:r>
    </w:p>
    <w:p>
      <w:r>
        <w:br/>
        <w:t>Касяна й Явдохи теж я не боюся:</w:t>
      </w:r>
    </w:p>
    <w:p>
      <w:r>
        <w:br/>
        <w:t>Я од їх снігами добре завалюся.</w:t>
      </w:r>
    </w:p>
    <w:p>
      <w:r>
        <w:br/>
        <w:t>Сич</w:t>
      </w:r>
    </w:p>
    <w:p>
      <w:r>
        <w:br/>
        <w:t>Пу-гу! Пу-гу! Ось тобі наруга:</w:t>
      </w:r>
    </w:p>
    <w:p>
      <w:r>
        <w:br/>
        <w:t>Сорока скрекоче, гніздо вити хоче.</w:t>
      </w:r>
    </w:p>
    <w:p>
      <w:r>
        <w:br/>
        <w:t>Сорок святі йдуть, палички несуть,</w:t>
      </w:r>
    </w:p>
    <w:p>
      <w:r>
        <w:br/>
        <w:t>Сороці дають, ще й плужок ведуть.</w:t>
      </w:r>
    </w:p>
    <w:p>
      <w:r>
        <w:br/>
        <w:t>Зима</w:t>
      </w:r>
    </w:p>
    <w:p>
      <w:r>
        <w:br/>
        <w:t>(сполохана)</w:t>
      </w:r>
    </w:p>
    <w:p>
      <w:r>
        <w:br/>
        <w:t>Ой Морозе, що це буде?</w:t>
      </w:r>
    </w:p>
    <w:p>
      <w:r>
        <w:br/>
        <w:t>Насміються всі з нас люде!</w:t>
      </w:r>
    </w:p>
    <w:p>
      <w:r>
        <w:br/>
        <w:t>Ой Морозе, розвернися,</w:t>
      </w:r>
    </w:p>
    <w:p>
      <w:r>
        <w:br/>
        <w:t>Ти їм добре покажися:</w:t>
      </w:r>
    </w:p>
    <w:p>
      <w:r>
        <w:br/>
        <w:t>Землю скуй, щоб плуг зломився,</w:t>
      </w:r>
    </w:p>
    <w:p>
      <w:r>
        <w:br/>
        <w:t>Щоб святим тим сніг набився</w:t>
      </w:r>
    </w:p>
    <w:p>
      <w:r>
        <w:br/>
        <w:t>В постоли, зморозив ноги,</w:t>
      </w:r>
    </w:p>
    <w:p>
      <w:r>
        <w:br/>
        <w:t>Щоб тікали без дороги…</w:t>
      </w:r>
    </w:p>
    <w:p>
      <w:r>
        <w:br/>
        <w:t>А сороку-цокотуху,</w:t>
      </w:r>
    </w:p>
    <w:p>
      <w:r>
        <w:br/>
        <w:t>Заморозь її, брехуху.</w:t>
      </w:r>
    </w:p>
    <w:p>
      <w:r>
        <w:br/>
        <w:t>Та й сича із нею враз,</w:t>
      </w:r>
    </w:p>
    <w:p>
      <w:r>
        <w:br/>
        <w:t>Щоб даремно не сміявсь.</w:t>
      </w:r>
    </w:p>
    <w:p>
      <w:r>
        <w:br/>
        <w:t>Мороз</w:t>
      </w:r>
    </w:p>
    <w:p>
      <w:r>
        <w:br/>
        <w:t>А сказав я не брататись</w:t>
      </w:r>
    </w:p>
    <w:p>
      <w:r>
        <w:br/>
        <w:t>З вітром тим поганим:</w:t>
      </w:r>
    </w:p>
    <w:p>
      <w:r>
        <w:br/>
        <w:t>При лихій годині зрадить,</w:t>
      </w:r>
    </w:p>
    <w:p>
      <w:r>
        <w:br/>
        <w:t>Ошука, обмане!</w:t>
      </w:r>
    </w:p>
    <w:p>
      <w:r>
        <w:br/>
        <w:t>До вікна, маха сосною, сич пада; усе замерзає. Зима й челядь радіють.</w:t>
      </w:r>
    </w:p>
    <w:p>
      <w:r>
        <w:br/>
        <w:t>Хор</w:t>
      </w:r>
    </w:p>
    <w:p>
      <w:r>
        <w:br/>
        <w:t>Ой чарочки, чарушечки,</w:t>
      </w:r>
    </w:p>
    <w:p>
      <w:r>
        <w:br/>
        <w:t>Потанцюйте дрібушечки.</w:t>
      </w:r>
    </w:p>
    <w:p>
      <w:r>
        <w:br/>
        <w:t>А ми усі заспіваймо,</w:t>
      </w:r>
    </w:p>
    <w:p>
      <w:r>
        <w:br/>
        <w:t>І Масницю звеличаймо,</w:t>
      </w:r>
    </w:p>
    <w:p>
      <w:r>
        <w:br/>
        <w:t>І Зимоньку білолицю,</w:t>
      </w:r>
    </w:p>
    <w:p>
      <w:r>
        <w:br/>
        <w:t>Нашу гарную царицю;</w:t>
      </w:r>
    </w:p>
    <w:p>
      <w:r>
        <w:br/>
        <w:t>Гей-гу! гей-гу!</w:t>
      </w:r>
    </w:p>
    <w:p>
      <w:r>
        <w:br/>
        <w:t>Гей-гу! гу-гу!</w:t>
      </w:r>
    </w:p>
    <w:p>
      <w:r>
        <w:br/>
        <w:t>За коном чути великопісний дзвін і хор. Усі перелякані.</w:t>
      </w:r>
    </w:p>
    <w:p>
      <w:r>
        <w:br/>
        <w:t>На хрін! На хрін! На хрін!</w:t>
      </w:r>
    </w:p>
    <w:p>
      <w:r>
        <w:br/>
        <w:t>Та на редьку! Та на редьку!</w:t>
      </w:r>
    </w:p>
    <w:p>
      <w:r>
        <w:br/>
        <w:t>Хрін, хрін, хрін! Легомини кинь!</w:t>
      </w:r>
    </w:p>
    <w:p>
      <w:r>
        <w:br/>
        <w:t>Та на редьку гірку, на картоплю пухку.</w:t>
      </w:r>
    </w:p>
    <w:p>
      <w:r>
        <w:br/>
        <w:t>Хрін! хрін! хрін! На капусту солону</w:t>
      </w:r>
    </w:p>
    <w:p>
      <w:r>
        <w:br/>
        <w:t>Проміняй усі сластьони! Хрін! хрін! хрін!</w:t>
      </w:r>
    </w:p>
    <w:p>
      <w:r>
        <w:br/>
        <w:t>Зима</w:t>
      </w:r>
    </w:p>
    <w:p>
      <w:r>
        <w:br/>
        <w:t>(лякано)</w:t>
      </w:r>
    </w:p>
    <w:p>
      <w:r>
        <w:br/>
        <w:t>Челядонько, голубоньки, помоги давайте,</w:t>
      </w:r>
    </w:p>
    <w:p>
      <w:r>
        <w:br/>
        <w:t>Ой чую я, що смерть моя, ой не допускайте.</w:t>
      </w:r>
    </w:p>
    <w:p>
      <w:r>
        <w:br/>
        <w:t>Метелиця</w:t>
      </w:r>
    </w:p>
    <w:p>
      <w:r>
        <w:br/>
        <w:t>Окрутнуся, обернуся,</w:t>
      </w:r>
    </w:p>
    <w:p>
      <w:r>
        <w:br/>
        <w:t>Затанцюю шляхом,</w:t>
      </w:r>
    </w:p>
    <w:p>
      <w:r>
        <w:br/>
        <w:t>Налякаю воріженьків</w:t>
      </w:r>
    </w:p>
    <w:p>
      <w:r>
        <w:br/>
        <w:t>Превеликим страхом.</w:t>
      </w:r>
    </w:p>
    <w:p>
      <w:r>
        <w:br/>
        <w:t>Дід-сніговик</w:t>
      </w:r>
    </w:p>
    <w:p>
      <w:r>
        <w:br/>
        <w:t>Не дуже ти, молодице,</w:t>
      </w:r>
    </w:p>
    <w:p>
      <w:r>
        <w:br/>
        <w:t>На сніжок мій квапся,</w:t>
      </w:r>
    </w:p>
    <w:p>
      <w:r>
        <w:br/>
        <w:t>Бо за вами, гульвісами,</w:t>
      </w:r>
    </w:p>
    <w:p>
      <w:r>
        <w:br/>
        <w:t>І мішок порвався.</w:t>
      </w:r>
    </w:p>
    <w:p>
      <w:r>
        <w:br/>
        <w:t>Ожеледь</w:t>
      </w:r>
    </w:p>
    <w:p>
      <w:r>
        <w:br/>
        <w:t>Я з шляхів зроблю усіх</w:t>
      </w:r>
    </w:p>
    <w:p>
      <w:r>
        <w:br/>
        <w:t>Сковзанки блискучі,</w:t>
      </w:r>
    </w:p>
    <w:p>
      <w:r>
        <w:br/>
        <w:t>Обліплю я крила тим</w:t>
      </w:r>
    </w:p>
    <w:p>
      <w:r>
        <w:br/>
        <w:t>Вістовцям брехучим!</w:t>
      </w:r>
    </w:p>
    <w:p>
      <w:r>
        <w:br/>
        <w:t>Мороз</w:t>
      </w:r>
    </w:p>
    <w:p>
      <w:r>
        <w:br/>
        <w:t>Не турбуйся, Зимо-пані,</w:t>
      </w:r>
    </w:p>
    <w:p>
      <w:r>
        <w:br/>
        <w:t>Москаля піймаю,</w:t>
      </w:r>
    </w:p>
    <w:p>
      <w:r>
        <w:br/>
        <w:t>А з ним вкупі ще багато</w:t>
      </w:r>
    </w:p>
    <w:p>
      <w:r>
        <w:br/>
        <w:t>Я робить здолаю.</w:t>
      </w:r>
    </w:p>
    <w:p>
      <w:r>
        <w:br/>
        <w:t>Хор</w:t>
      </w:r>
    </w:p>
    <w:p>
      <w:r>
        <w:br/>
        <w:t>(за коном)</w:t>
      </w:r>
    </w:p>
    <w:p>
      <w:r>
        <w:br/>
        <w:t>Турли, турлиі</w:t>
      </w:r>
    </w:p>
    <w:p>
      <w:r>
        <w:br/>
        <w:t>Летять журавлі!</w:t>
      </w:r>
    </w:p>
    <w:p>
      <w:r>
        <w:br/>
        <w:t>Ках, ках, ках.</w:t>
      </w:r>
    </w:p>
    <w:p>
      <w:r>
        <w:br/>
        <w:t>Качечки в рядах;</w:t>
      </w:r>
    </w:p>
    <w:p>
      <w:r>
        <w:br/>
        <w:t>А за ними вряд</w:t>
      </w:r>
    </w:p>
    <w:p>
      <w:r>
        <w:br/>
        <w:t>Гуси ґелґотять.</w:t>
      </w:r>
    </w:p>
    <w:p>
      <w:r>
        <w:br/>
        <w:t>Жайворонок в небо звивсь.</w:t>
      </w:r>
    </w:p>
    <w:p>
      <w:r>
        <w:br/>
        <w:t>Кидай сани, бери віз!</w:t>
      </w:r>
    </w:p>
    <w:p>
      <w:r>
        <w:br/>
        <w:t>Увіходить гарна дівчина – Весна у віночку, з вербою й крашамкою. Круг неї веснянки – дівчата, хлопці; співають.</w:t>
      </w:r>
    </w:p>
    <w:p>
      <w:r>
        <w:br/>
        <w:t>Весна іде, тепло несе,</w:t>
      </w:r>
    </w:p>
    <w:p>
      <w:r>
        <w:br/>
        <w:t>Уклоніться їй!</w:t>
      </w:r>
    </w:p>
    <w:p>
      <w:r>
        <w:br/>
        <w:t>Несе вона усім життя,</w:t>
      </w:r>
    </w:p>
    <w:p>
      <w:r>
        <w:br/>
        <w:t>Смерть Зимі лихій!</w:t>
      </w:r>
    </w:p>
    <w:p>
      <w:r>
        <w:br/>
        <w:t>Весно, Весно молоденька,</w:t>
      </w:r>
    </w:p>
    <w:p>
      <w:r>
        <w:br/>
        <w:t>Роботяща, веселенька,</w:t>
      </w:r>
    </w:p>
    <w:p>
      <w:r>
        <w:br/>
        <w:t>Веснонько, весна!</w:t>
      </w:r>
    </w:p>
    <w:p>
      <w:r>
        <w:br/>
        <w:t>На чім їздиш.</w:t>
      </w:r>
    </w:p>
    <w:p>
      <w:r>
        <w:br/>
        <w:t>Де звертаєш?</w:t>
      </w:r>
    </w:p>
    <w:p>
      <w:r>
        <w:br/>
        <w:t>Що робити нам розкажеш,</w:t>
      </w:r>
    </w:p>
    <w:p>
      <w:r>
        <w:br/>
        <w:t>Царівно ясна?</w:t>
      </w:r>
    </w:p>
    <w:p>
      <w:r>
        <w:br/>
        <w:t>Весна</w:t>
      </w:r>
    </w:p>
    <w:p>
      <w:r>
        <w:br/>
        <w:t>На плужечку, на плужечку,</w:t>
      </w:r>
    </w:p>
    <w:p>
      <w:r>
        <w:br/>
        <w:t>По крутому бережечку,</w:t>
      </w:r>
    </w:p>
    <w:p>
      <w:r>
        <w:br/>
        <w:t>На борінці, на борінці</w:t>
      </w:r>
    </w:p>
    <w:p>
      <w:r>
        <w:br/>
        <w:t>Я везу усім гостинці,</w:t>
      </w:r>
    </w:p>
    <w:p>
      <w:r>
        <w:br/>
        <w:t>Я везу усім роботу!</w:t>
      </w:r>
    </w:p>
    <w:p>
      <w:r>
        <w:br/>
        <w:t>Ще й веселую охоту;</w:t>
      </w:r>
    </w:p>
    <w:p>
      <w:r>
        <w:br/>
        <w:t>Я везу всім вільну волю,</w:t>
      </w:r>
    </w:p>
    <w:p>
      <w:r>
        <w:br/>
        <w:t>Та кохання, та здоров’я!</w:t>
      </w:r>
    </w:p>
    <w:p>
      <w:r>
        <w:br/>
        <w:t>Хор</w:t>
      </w:r>
    </w:p>
    <w:p>
      <w:r>
        <w:br/>
        <w:t>Зозуленька в лужку, в лужку</w:t>
      </w:r>
    </w:p>
    <w:p>
      <w:r>
        <w:br/>
        <w:t>Заспівала: ку-ку, ку-ку!</w:t>
      </w:r>
    </w:p>
    <w:p>
      <w:r>
        <w:br/>
        <w:t>Соловейко обізвався,</w:t>
      </w:r>
    </w:p>
    <w:p>
      <w:r>
        <w:br/>
        <w:t>Ліс змарнілий, засміявся!</w:t>
      </w:r>
    </w:p>
    <w:p>
      <w:r>
        <w:br/>
        <w:t>Ой водичка дзюрчить-дзюрчить,</w:t>
      </w:r>
    </w:p>
    <w:p>
      <w:r>
        <w:br/>
        <w:t>І травичка шумить-шумить,</w:t>
      </w:r>
    </w:p>
    <w:p>
      <w:r>
        <w:br/>
        <w:t>Буйний вітер присмирів,</w:t>
      </w:r>
    </w:p>
    <w:p>
      <w:r>
        <w:br/>
        <w:t>Опрощення запросив.</w:t>
      </w:r>
    </w:p>
    <w:p>
      <w:r>
        <w:br/>
        <w:t>Ой ти, Весно, Весно ясна,</w:t>
      </w:r>
    </w:p>
    <w:p>
      <w:r>
        <w:br/>
        <w:t>Королівно наша красна,</w:t>
      </w:r>
    </w:p>
    <w:p>
      <w:r>
        <w:br/>
        <w:t>На чім їздиш,</w:t>
      </w:r>
    </w:p>
    <w:p>
      <w:r>
        <w:br/>
        <w:t>Де звертаєш,</w:t>
      </w:r>
    </w:p>
    <w:p>
      <w:r>
        <w:br/>
        <w:t>Що робити нам розкажеш?</w:t>
      </w:r>
    </w:p>
    <w:p>
      <w:r>
        <w:br/>
        <w:t>Весна</w:t>
      </w:r>
    </w:p>
    <w:p>
      <w:r>
        <w:br/>
        <w:t>Ось зеленая вербиця,</w:t>
      </w:r>
    </w:p>
    <w:p>
      <w:r>
        <w:br/>
        <w:t>Згинь ти, Зимо білолиця;</w:t>
      </w:r>
    </w:p>
    <w:p>
      <w:r>
        <w:br/>
        <w:t>Ось червонеє яєчко,</w:t>
      </w:r>
    </w:p>
    <w:p>
      <w:r>
        <w:br/>
        <w:t>Згинь, Морозе, Морозечку!</w:t>
      </w:r>
    </w:p>
    <w:p>
      <w:r>
        <w:br/>
        <w:t>Згинь, Метелице і хуго!</w:t>
      </w:r>
    </w:p>
    <w:p>
      <w:r>
        <w:br/>
        <w:t>Згинь, нудьго, і сум, і туго!</w:t>
      </w:r>
    </w:p>
    <w:p>
      <w:r>
        <w:br/>
        <w:t>Ворогів ми побороли,</w:t>
      </w:r>
    </w:p>
    <w:p>
      <w:r>
        <w:br/>
        <w:t>Ви усі тепер на волі,</w:t>
      </w:r>
    </w:p>
    <w:p>
      <w:r>
        <w:br/>
        <w:t>Без примусу, по охоті!</w:t>
      </w:r>
    </w:p>
    <w:p>
      <w:r>
        <w:br/>
        <w:t>Нум до дружної роботи!</w:t>
      </w:r>
    </w:p>
    <w:p>
      <w:r>
        <w:br/>
        <w:t>Хор</w:t>
      </w:r>
    </w:p>
    <w:p>
      <w:r>
        <w:br/>
        <w:t>Нумо разом до роботи,</w:t>
      </w:r>
    </w:p>
    <w:p>
      <w:r>
        <w:br/>
        <w:t>Без примусу, по охоті!</w:t>
      </w:r>
    </w:p>
    <w:p>
      <w:r>
        <w:br/>
        <w:t>Весна, Весна прийшла,</w:t>
      </w:r>
    </w:p>
    <w:p>
      <w:r>
        <w:br/>
        <w:t>Всім щастя принесла!</w:t>
      </w:r>
    </w:p>
    <w:p>
      <w:r>
        <w:br/>
        <w:t>Нумо разом всі до співу,</w:t>
      </w:r>
    </w:p>
    <w:p>
      <w:r>
        <w:br/>
        <w:t>Бо Весна усіх злучила!</w:t>
      </w:r>
    </w:p>
    <w:p>
      <w:r>
        <w:br/>
        <w:t>Беруться за руки, стають до кола.</w:t>
      </w:r>
    </w:p>
    <w:p>
      <w:r>
        <w:br/>
        <w:t>Завиваймо танки,</w:t>
      </w:r>
    </w:p>
    <w:p>
      <w:r>
        <w:br/>
        <w:t>Затинаймо веснянки!</w:t>
      </w:r>
    </w:p>
    <w:p>
      <w:r>
        <w:br/>
        <w:t>Нумо веснянки,</w:t>
      </w:r>
    </w:p>
    <w:p>
      <w:r>
        <w:br/>
        <w:t>Завиваймо танки!</w:t>
      </w:r>
    </w:p>
    <w:p>
      <w:r>
        <w:br/>
        <w:t>А вже весна, а вже красна,</w:t>
      </w:r>
    </w:p>
    <w:p>
      <w:r>
        <w:br/>
        <w:t>Із стріх вода капле,</w:t>
      </w:r>
    </w:p>
    <w:p>
      <w:r>
        <w:br/>
        <w:t>Молодому козаченьку</w:t>
      </w:r>
    </w:p>
    <w:p>
      <w:r>
        <w:br/>
        <w:t>Мандрівочка пахне.</w:t>
      </w:r>
    </w:p>
    <w:p>
      <w:r>
        <w:br/>
        <w:t>Як поїхав козаченько</w:t>
      </w:r>
    </w:p>
    <w:p>
      <w:r>
        <w:br/>
        <w:t>У чистеє поле.</w:t>
      </w:r>
    </w:p>
    <w:p>
      <w:r>
        <w:br/>
        <w:t>За ним, за ним дівчинонька:</w:t>
      </w:r>
    </w:p>
    <w:p>
      <w:r>
        <w:br/>
        <w:t>"Вернися, соколе!" –</w:t>
      </w:r>
    </w:p>
    <w:p>
      <w:r>
        <w:br/>
        <w:t>"Не вернуся, забарюся;</w:t>
      </w:r>
    </w:p>
    <w:p>
      <w:r>
        <w:br/>
        <w:t>Гордуєш ти мною,</w:t>
      </w:r>
    </w:p>
    <w:p>
      <w:r>
        <w:br/>
        <w:t>А вже ж буде те гордування</w:t>
      </w:r>
    </w:p>
    <w:p>
      <w:r>
        <w:br/>
        <w:t>Все перед тобою".</w:t>
      </w:r>
    </w:p>
    <w:p>
      <w:r>
        <w:br/>
        <w:t>Примітки</w:t>
      </w:r>
    </w:p>
    <w:p>
      <w:r>
        <w:br/>
        <w:t>Лібретто дитячої фантастичної опери. Вперше вийшло окремою книжкою у Києві 1903 р. Рукопис зберігається в Державній театральній бібліотеці ім. А. В. Луначарського в м. Ленінграді. Шифр 23120. Подається за рукописом.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й Весна або Снігова Краля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