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Журба поорала чоло моє бідне...</w:t>
      </w:r>
    </w:p>
    <w:p>
      <w:r>
        <w:br/>
        <w:t xml:space="preserve"> * * *</w:t>
      </w:r>
    </w:p>
    <w:p>
      <w:r>
        <w:br/>
        <w:t>Журба поорала чоло моє бідне,&lt;br /&gt;</w:t>
        <w:br/>
        <w:t>І сивіє з горя мій волос,&lt;br /&gt;</w:t>
        <w:br/>
        <w:t>Втомився я смутком, дрижить плачем голос,&lt;br /&gt;</w:t>
        <w:br/>
        <w:t>А зірка остання і никне, і блідне,&lt;br /&gt;</w:t>
        <w:br/>
        <w:t>Журба поорала чоло моє бідне…</w:t>
      </w:r>
    </w:p>
    <w:p>
      <w:r>
        <w:br/>
        <w:t>Ще двадцять два роки мені не минуло,&lt;br /&gt;</w:t>
        <w:br/>
        <w:t>Ніщо не вчинив ще я, люди,&lt;br /&gt;</w:t>
        <w:br/>
        <w:t>Не жив я, а гасне життя мені в грудях&lt;br /&gt;</w:t>
        <w:br/>
        <w:t>І серце не б'ється… Мене мов не було —&lt;br /&gt;</w:t>
        <w:br/>
        <w:t>Ще двадцять два роки мені не минуло.</w:t>
      </w:r>
    </w:p>
    <w:p>
      <w:r>
        <w:br/>
        <w:t>Ліг смуток століття на душу скалою,&lt;br /&gt;</w:t>
        <w:br/>
        <w:t>Скривавились серце і крила…&lt;br /&gt;</w:t>
        <w:br/>
        <w:t>Як марно по світу пішла моя сила!&lt;br /&gt;</w:t>
        <w:br/>
        <w:t>Заквітчана юність пішла мов з водою —&lt;br /&gt;</w:t>
        <w:br/>
        <w:t>Ліг смуток століття на душу скалою!</w:t>
      </w:r>
    </w:p>
    <w:p>
      <w:r>
        <w:br/>
        <w:t>Якщо б мене мати в світ вивела вдруге,&lt;br /&gt;</w:t>
        <w:br/>
        <w:t>Я вже не шукав би людини…&lt;br /&gt;</w:t>
        <w:br/>
        <w:t>Самотній прожив би й умер у пустині,&lt;br /&gt;</w:t>
        <w:br/>
        <w:t>Ніхто не ридав би… Не плакали б други,&lt;br /&gt;</w:t>
        <w:br/>
        <w:t>Якщо б мене мати в світ вивела вдруге.</w:t>
      </w:r>
    </w:p>
    <w:p>
      <w:r>
        <w:br/>
        <w:t>Журба поорала чоло моє бідне,&lt;br /&gt;</w:t>
        <w:br/>
        <w:t>І сивіє з горя мій волос,&lt;br /&gt;</w:t>
        <w:br/>
        <w:t>Втомився я смутком, дрижить плачем голос,&lt;br /&gt;</w:t>
        <w:br/>
        <w:t>А зірка остання загине безслідне,&lt;br /&gt;</w:t>
        <w:br/>
        <w:t>Журба чоло моє бідне зорала.&lt;br /&gt;</w:t>
        <w:br/>
        <w:t>А двадцять два роки мені не минуло…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Журба поорала чоло моє бідне...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