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Жива "пошта"</w:t>
      </w:r>
    </w:p>
    <w:p>
      <w:r>
        <w:br/>
        <w:t xml:space="preserve"> &lt;p&gt;— Мамо,— тихенько пискнуло шпаченя.— Що там надворі? Чуєш?.. Хтось грюкає...</w:t>
      </w:r>
    </w:p>
    <w:p>
      <w:r>
        <w:br/>
        <w:t>— А ти вже й злякалось? — спитала шпачиха.— То буря, синку. Вітер гілля старе ламає...</w:t>
      </w:r>
    </w:p>
    <w:p>
      <w:r>
        <w:br/>
        <w:t>* * *</w:t>
      </w:r>
    </w:p>
    <w:p>
      <w:r>
        <w:br/>
        <w:t>Юрко причинив за собою хвіртку, привалив її камінцем. І раптом завмер на місці: щось пискнуло тоненьким голоском. Мабуть, миша. І як проникла вона, Шилохвоста, у володіння кота Пірата!</w:t>
      </w:r>
    </w:p>
    <w:p>
      <w:r>
        <w:br/>
        <w:t>Не знайшовши нічого, Юрко подався у двір, де стояла пуста недобудована хата — майбутня майстерня художника. Круг неї — свіжі ями, кучі глини й піску. Без господаря, дяді Максима, все це здається покинутим, принишклим.</w:t>
      </w:r>
    </w:p>
    <w:p>
      <w:r>
        <w:br/>
        <w:t>Кілька днів тому дядя Максим покликав Юрка і сказав:</w:t>
      </w:r>
    </w:p>
    <w:p>
      <w:r>
        <w:br/>
        <w:t>— Я їду в місто, Юрасю. Тижнів, мабуть, на два. Призначаю тебе комендантом козинського хмарочосу.</w:t>
      </w:r>
    </w:p>
    <w:p>
      <w:r>
        <w:br/>
        <w:t>Хмарочосом художник називає свою майстерню. Можливо тому, що над голими стінами її стирчать високі дерев’яні палі. І хмари, виповзаючи на берег Дніпра, розчісують об них сиві розкуйовджені бороди.</w:t>
      </w:r>
    </w:p>
    <w:p>
      <w:r>
        <w:br/>
        <w:t>Ходить Юрко по подвір’ю, нудьгує. Ех, коли б швидше повертався дядя Максим! З ним завжди весело. Взагалі — дивний він чоловік. Навіть вигляд у нього кумедний. Велика лиса голова, руда борідка і окуляри на самому носі. І хода якась незвичайна. Зігнувшись, біжить кудись підтюпцем, пильно приглядається до всього, що зустріне на шляху.</w:t>
      </w:r>
    </w:p>
    <w:p>
      <w:r>
        <w:br/>
        <w:t>Юрко з Іллюшкою пізнають його ще здалеку. Тільки з’явиться він у Козині, з галасом летять назустріч. І відразу ж чіпляються за пузатий портфель.</w:t>
      </w:r>
    </w:p>
    <w:p>
      <w:r>
        <w:br/>
        <w:t>— Ану, покажіть, покажіть!..</w:t>
      </w:r>
    </w:p>
    <w:p>
      <w:r>
        <w:br/>
        <w:t>Дядя Максим, низенький, кремезний, згребе хлоп’ят в оберемок і несе у своє подвір’я. Тут же, прямо на піску, всі троє сідають і схиляються над портфелем. Бородатий художник, як казковий чародій, починає примовляти:</w:t>
      </w:r>
    </w:p>
    <w:p>
      <w:r>
        <w:br/>
        <w:t>— Відкрийся, скринько, відкрийся, коштовна...</w:t>
      </w:r>
    </w:p>
    <w:p>
      <w:r>
        <w:br/>
        <w:t>Клацає застібка — і перед хлоп’ятами виростає ціла купа малюнків. Яких тільки звіряток тут немає! І пухнаті зайчата, і злющий вовк, і полохливі синички, і винахідливий їжачок.</w:t>
      </w:r>
    </w:p>
    <w:p>
      <w:r>
        <w:br/>
        <w:t>І це не просто малюнки. З пташками і звірами дяді Максима завжди трапляються веселі пригоди. Ну, ось хоча б на стадіоні. Болільник козел спіймав м’яча і давай його гризти. Думає, дивак, що то капуста! Лінько бегемот задрімав біля воріт, і йому вже десятий гол забили. Санітарка мавпа, розгубившись, перев’язала не руку потерпілого, а телеграфний стовп... Отаку чудасію показував художник!</w:t>
      </w:r>
    </w:p>
    <w:p>
      <w:r>
        <w:br/>
        <w:t>— Тепер гляньте на цих рибалок,— каже дядя Максим і задоволено посміхається крізь окуляри.</w:t>
      </w:r>
    </w:p>
    <w:p>
      <w:r>
        <w:br/>
        <w:t>Вп’ялися хлопці оченятами в малюнок. Бач, як вмостились на березі річки заєць з котом! В руках — справжні вудки, поряд — баночки з черв’яками.</w:t>
      </w:r>
    </w:p>
    <w:p>
      <w:r>
        <w:br/>
        <w:t>— Юрко! — регоче Іллюшка.— Глянь на зайця! Їй-богу, на тебе схожий. Дивись, такі ж вуха довгі, і шия тонка, і губи, як ти, копилить...</w:t>
      </w:r>
    </w:p>
    <w:p>
      <w:r>
        <w:br/>
        <w:t>— А кіт?! Це ж ти, Іллюшко! Біленький, товстенький і навіть ластовиння на щоках...</w:t>
      </w:r>
    </w:p>
    <w:p>
      <w:r>
        <w:br/>
        <w:t>— А цей товариш на кого схожий? — виймає дядя Максим ще один аркуш паперу.</w:t>
      </w:r>
    </w:p>
    <w:p>
      <w:r>
        <w:br/>
        <w:t>Під деревом сидить огрядний ведмідь. Руда борідка, окуляри на носі. Щось зосереджено малює...</w:t>
      </w:r>
    </w:p>
    <w:p>
      <w:r>
        <w:br/>
        <w:t>Глянули хлопці на Мишку-художника, на дядю Максима — і аж зайшлися від сміху.</w:t>
      </w:r>
    </w:p>
    <w:p>
      <w:r>
        <w:br/>
        <w:t>— От здорово! Як викапаний!</w:t>
      </w:r>
    </w:p>
    <w:p>
      <w:r>
        <w:br/>
        <w:t>Художник ховає картинки в портфель, і хлопці разом зітхають: жаль розлучатися з веселими звірятами!</w:t>
      </w:r>
    </w:p>
    <w:p>
      <w:r>
        <w:br/>
        <w:t>— Ви давно малюнки робите? — питає Юрко.</w:t>
      </w:r>
    </w:p>
    <w:p>
      <w:r>
        <w:br/>
        <w:t>— О, давненько вже...</w:t>
      </w:r>
    </w:p>
    <w:p>
      <w:r>
        <w:br/>
        <w:t>І дядя Максим, примруживши очі, розказує... Жив отут під Києвом, у Козині, сільський хлопчина. Цілими днями блукав у лісі, ночував на березі Дніпра. Прислухався до шуму сосен, до співу пташок, придивлявся до звіриних слідів. І знав, де гніздяться синички, де зимують кажани, де влаштовують ігри лисенята. А потім, куди не кидала його доля — по фронтових окопах, по дорогах Сибіру, по великих містах,— ніде і ніколи не розлучався з олівцем і блокнотом. Все, що оточувало його в дитинстві, спливало у пам’яті і просилося на папір...</w:t>
      </w:r>
    </w:p>
    <w:p>
      <w:r>
        <w:br/>
        <w:t>Іллюшка дивився на сусіда закоханими очима.</w:t>
      </w:r>
    </w:p>
    <w:p>
      <w:r>
        <w:br/>
        <w:t>— То ви теж, виходить, козинський...</w:t>
      </w:r>
    </w:p>
    <w:p>
      <w:r>
        <w:br/>
        <w:t>— Жив недалечко звідси. І на старості вирішив тут поселитись. Кращого місця ніде немає!</w:t>
      </w:r>
    </w:p>
    <w:p>
      <w:r>
        <w:br/>
        <w:t>Хлопці задирають голови. Десь за Дніпром народжуються легенькі хмарини; вони ростуть, темнішають і, немов казкові човни під вітрилами, гордо пливуть над лугами, а потім ховаються в широкій гавані, за гострими зубцями соснового бору. Дійсно, кращого місця ніде не знайти!</w:t>
      </w:r>
    </w:p>
    <w:p>
      <w:r>
        <w:br/>
        <w:t>* * *</w:t>
      </w:r>
    </w:p>
    <w:p>
      <w:r>
        <w:br/>
        <w:t>По піску Юрко з’їхав у глибоку яму. Дядя Максим казав, що тут буде у нього басейн. Справжній басейн з живою рибою. І ще говорив художник:</w:t>
      </w:r>
    </w:p>
    <w:p>
      <w:r>
        <w:br/>
        <w:t>— Ось побачите, хлопці: тільки побудуюсь, злітатиметься до мене в гості все птаство, всі мешканці лісу ходитимуть. Вони давно дружать зі мною.</w:t>
      </w:r>
    </w:p>
    <w:p>
      <w:r>
        <w:br/>
        <w:t>Змірявши яму (води буде з головою йому), Юрко виліз нагору. І тут він побачив на огорожі шпака. О, уже перший гість прилетів до художника!</w:t>
      </w:r>
    </w:p>
    <w:p>
      <w:r>
        <w:br/>
        <w:t>Шпак підозріло глянув на хлопця, стріпнув крильцями і зник за тином. Цікаво, що він там знайшов? Юрко тихенько прокрався на вулицю. А де крилатий гість? Пропав, ніби корова язиком злизала!</w:t>
      </w:r>
    </w:p>
    <w:p>
      <w:r>
        <w:br/>
        <w:t>Хлопець заліг у рівчаку, причаївся. І раптом помітив: шпак висунувся з отвору поштової скриньки, прибитої до хвіртки. Оце дивина! Жива "пошта" прийшла дядькові Максиму! Мабуть, велика фанерна скринька здалася птахові шпаківнею.</w:t>
      </w:r>
    </w:p>
    <w:p>
      <w:r>
        <w:br/>
        <w:t>— Іллюшко! А йди-но сюди! — гукнув Юрко.</w:t>
      </w:r>
    </w:p>
    <w:p>
      <w:r>
        <w:br/>
        <w:t>Розсунулись дошки паркану, і в щілині показалася білява хлопчача голова.</w:t>
      </w:r>
    </w:p>
    <w:p>
      <w:r>
        <w:br/>
        <w:t>— Що таке?</w:t>
      </w:r>
    </w:p>
    <w:p>
      <w:r>
        <w:br/>
        <w:t>— Дивись...</w:t>
      </w:r>
    </w:p>
    <w:p>
      <w:r>
        <w:br/>
        <w:t>Шпак випурхнув зі скриньки і примостився на хвіртці. Побачивши близько двох малюків, крикнув пронизливо, ніби пригрозив: "Геть, шибеники! Чого тут лазите?" У ту ж мить дві голівки пірнули в зелені зарості, і птах, заспокоївшись, полетів за здобиччю.</w:t>
      </w:r>
    </w:p>
    <w:p>
      <w:r>
        <w:br/>
        <w:t>З кущів знов блиснули цікаві до всього оченята.</w:t>
      </w:r>
    </w:p>
    <w:p>
      <w:r>
        <w:br/>
        <w:t>— Юрко! Давай глянемо, що він робить у скриньці...</w:t>
      </w:r>
    </w:p>
    <w:p>
      <w:r>
        <w:br/>
        <w:t>— Не треба. Узнає — не повернеться.</w:t>
      </w:r>
    </w:p>
    <w:p>
      <w:r>
        <w:br/>
        <w:t>— Ну, трішечки. Подивимося — і все.</w:t>
      </w:r>
    </w:p>
    <w:p>
      <w:r>
        <w:br/>
        <w:t>Ох, і нетерплячий оцей Іллюшка! Прямо біда з ним. Чесно кажучи, і Юркові кортить скоріше розгадати шпачиний секрет, але ж він уміє тримати себе в руках.</w:t>
      </w:r>
    </w:p>
    <w:p>
      <w:r>
        <w:br/>
        <w:t>— Добре, пішли,— нарешті погоджується Юрко.— Тільки слухай — руками не чіпати!</w:t>
      </w:r>
    </w:p>
    <w:p>
      <w:r>
        <w:br/>
        <w:t>Вони обережно відхилили кришечку скриньки, а звідти: чик-чик-чик...</w:t>
      </w:r>
    </w:p>
    <w:p>
      <w:r>
        <w:br/>
        <w:t>— Пташенята!</w:t>
      </w:r>
    </w:p>
    <w:p>
      <w:r>
        <w:br/>
        <w:t>— Дзьобики повідкривали!</w:t>
      </w:r>
    </w:p>
    <w:p>
      <w:r>
        <w:br/>
        <w:t>— Бідні, їсточки хочуть...</w:t>
      </w:r>
    </w:p>
    <w:p>
      <w:r>
        <w:br/>
        <w:t>Іллюшка порився в кишенях.</w:t>
      </w:r>
    </w:p>
    <w:p>
      <w:r>
        <w:br/>
        <w:t>— У мене яблуко є. Солодке-солодке!</w:t>
      </w:r>
    </w:p>
    <w:p>
      <w:r>
        <w:br/>
        <w:t>Іллюшка ткнув шматочок яблука немічному, в чорному пушку шпаченяті.</w:t>
      </w:r>
    </w:p>
    <w:p>
      <w:r>
        <w:br/>
        <w:t>— Не хоче...</w:t>
      </w:r>
    </w:p>
    <w:p>
      <w:r>
        <w:br/>
        <w:t>— Постій тут, я за пиріжком збігаю. Мати сьогодні спекла.</w:t>
      </w:r>
    </w:p>
    <w:p>
      <w:r>
        <w:br/>
        <w:t>Юрко метнувся додому, прибіг назад захеканий і тиць кусок пиріжка в гніздо. Пташенята — ніякої уваги. Збилися в купку, сховали дзьобики і спокійно дрімають.</w:t>
      </w:r>
    </w:p>
    <w:p>
      <w:r>
        <w:br/>
        <w:t>— Шпак летить! — крикнув Ілля.</w:t>
      </w:r>
    </w:p>
    <w:p>
      <w:r>
        <w:br/>
        <w:t>Хлопці, мов їх кропивою вжалили, кинулись геть від тину і з розгону — шелесть у рівчак!</w:t>
      </w:r>
    </w:p>
    <w:p>
      <w:r>
        <w:br/>
        <w:t>Шпак відчув щось недобре. Подивився в один бік, у другий, оглянув свою хатку і, не знайшовши чогось підозрілого, стрибнув до свого гнізда.</w:t>
      </w:r>
    </w:p>
    <w:p>
      <w:r>
        <w:br/>
        <w:t>Із засідки почулися притишені голоси:</w:t>
      </w:r>
    </w:p>
    <w:p>
      <w:r>
        <w:br/>
        <w:t>— Ілько, ти помітив, що в нього в дзьобі?</w:t>
      </w:r>
    </w:p>
    <w:p>
      <w:r>
        <w:br/>
        <w:t>— Якийсь гачок...</w:t>
      </w:r>
    </w:p>
    <w:p>
      <w:r>
        <w:br/>
        <w:t>— Не гачок, а черв’як. Дивитись треба!</w:t>
      </w:r>
    </w:p>
    <w:p>
      <w:r>
        <w:br/>
        <w:t>— То давай і ми черв’яків накопаємо!</w:t>
      </w:r>
    </w:p>
    <w:p>
      <w:r>
        <w:br/>
        <w:t>Хлопці вилізли з рівчака і, пригнувшись, шмигонули повз огорожу. Чик-чик-чик — донеслось із скриньки-шпаківні. "Он хто попискував!" — здогадався Юрко.</w:t>
      </w:r>
    </w:p>
    <w:p>
      <w:r>
        <w:br/>
        <w:t>* * *</w:t>
      </w:r>
    </w:p>
    <w:p>
      <w:r>
        <w:br/>
        <w:t>— Мамо, що ми бачили! — випрямило тоненьку шийку шпаченя.— Піднялась криша, і над самісіньким гніздом засвітились чиїсь очі. Великі-великі очі!</w:t>
      </w:r>
    </w:p>
    <w:p>
      <w:r>
        <w:br/>
        <w:t>"Невже оті хлопці сюди полізли?" — з тривогою подумала шпачиха.</w:t>
      </w:r>
    </w:p>
    <w:p>
      <w:r>
        <w:br/>
        <w:t>— А вас ніхто не чіпав?</w:t>
      </w:r>
    </w:p>
    <w:p>
      <w:r>
        <w:br/>
        <w:t>— Ні, мамо. Тільки їсти приносив. Таке несмачне, таке кисле...</w:t>
      </w:r>
    </w:p>
    <w:p>
      <w:r>
        <w:br/>
        <w:t>—Ну, бачите, нічого страшного не трапилось. Спіть спокійно, мої чорняві!</w:t>
      </w:r>
    </w:p>
    <w:p>
      <w:r>
        <w:br/>
        <w:t>* * *</w:t>
      </w:r>
    </w:p>
    <w:p>
      <w:r>
        <w:br/>
        <w:t>Хлопці поверталися з берега. Іллюшка ніс лопату, а Юрко — баночку з черв’яками. Те, що вони угляділи, стривожило їх: біля хвіртки терся здоровенний чорний котяра; він ласо облизувався, зиркаючи хижим оком на шпаківню.</w:t>
      </w:r>
    </w:p>
    <w:p>
      <w:r>
        <w:br/>
        <w:t>— Юрко, ваш Пірат все рознюхав!</w:t>
      </w:r>
    </w:p>
    <w:p>
      <w:r>
        <w:br/>
        <w:t>— Тпруськи, проклятущий! — крикнув Юрко і жбурнув у кота грудкою. Пірат, мов тінь, прослизнув під тином.</w:t>
      </w:r>
    </w:p>
    <w:p>
      <w:r>
        <w:br/>
        <w:t>"Що він там накоїв?" — схвилювався Юрко. Він добре знав Пірата. Спритний і сильний, кіт виловив усіх мишей і пацюків не лише в своєму дворі, а й у сусідів. За це шанувала його бабуся. І прощала котові будь-які грішки: поласує той сметаною чи принесе пташеня з лісу,— тільки полає для виду.</w:t>
      </w:r>
    </w:p>
    <w:p>
      <w:r>
        <w:br/>
        <w:t>Не гаючи часу, хлопці кинулись до гнізда. І полегшено зітхнули: не встиг нашкодити! Усі п’ятеро шпаченят були на місці!</w:t>
      </w:r>
    </w:p>
    <w:p>
      <w:r>
        <w:br/>
        <w:t>— Як будемо годувати? — звернувся Іллюшка до друга.— Черв’яки он які довгі, ще подавляться малюки...</w:t>
      </w:r>
    </w:p>
    <w:p>
      <w:r>
        <w:br/>
        <w:t>— Знаєш що? Принеси ножиці!</w:t>
      </w:r>
    </w:p>
    <w:p>
      <w:r>
        <w:br/>
        <w:t>Товстий, неповороткий, Ілля на диво швиденько метнувся додому. А по хвилині повернувся з довгими садовими ножицями.</w:t>
      </w:r>
    </w:p>
    <w:p>
      <w:r>
        <w:br/>
        <w:t>Розрізали черв’яка на п’ять кусочків.</w:t>
      </w:r>
    </w:p>
    <w:p>
      <w:r>
        <w:br/>
        <w:t>— Дивись, Юрко, їдять! Навіть не пережовують!</w:t>
      </w:r>
    </w:p>
    <w:p>
      <w:r>
        <w:br/>
        <w:t>Дійсно, шпаченята довірливо підставляли роззявлені дзьобики. Одержавши свою частку, миттю ковтали її. Смішні, галасливі, тяглися одне перед одним до хлопчачих рук. Та скоро стомились і, знеможені, опустили голівки, заснули.</w:t>
      </w:r>
    </w:p>
    <w:p>
      <w:r>
        <w:br/>
        <w:t>— Пішли звідси,— шепнув Юрко.— Хай подрімають.</w:t>
      </w:r>
    </w:p>
    <w:p>
      <w:r>
        <w:br/>
        <w:t>— А що з Піратом робити?</w:t>
      </w:r>
    </w:p>
    <w:p>
      <w:r>
        <w:br/>
        <w:t>Юрко насупив чорні бровенята, задумався.</w:t>
      </w:r>
    </w:p>
    <w:p>
      <w:r>
        <w:br/>
        <w:t>— Може, чергуватимемо? До обіду я, а після обіду ти.</w:t>
      </w:r>
    </w:p>
    <w:p>
      <w:r>
        <w:br/>
        <w:t>— А вночі?</w:t>
      </w:r>
    </w:p>
    <w:p>
      <w:r>
        <w:br/>
        <w:t>— Тоді так: прив’яжемо Пірата мотузкою. До пакола, як телят припинають...</w:t>
      </w:r>
    </w:p>
    <w:p>
      <w:r>
        <w:br/>
        <w:t>* * *</w:t>
      </w:r>
    </w:p>
    <w:p>
      <w:r>
        <w:br/>
        <w:t>— Мамо, знаєш, хто до нас приходив? Сам чорний, вуса довгі і кігті на лапах...</w:t>
      </w:r>
    </w:p>
    <w:p>
      <w:r>
        <w:br/>
        <w:t>— Вусатий, з кігтями? — жахнулась шпачиха.— Стережіться його, дітки!</w:t>
      </w:r>
    </w:p>
    <w:p>
      <w:r>
        <w:br/>
        <w:t>* * *</w:t>
      </w:r>
    </w:p>
    <w:p>
      <w:r>
        <w:br/>
        <w:t>Хтось настирливо тарабанив у шибку. Прокинувшись, Іллюшка побачив за вікном свого друга. Юрко стояв блідий і ледве стримував сльози. Ілля накинув сорочку, штанці і прожогом вилетів у двір. Злякано закліпав очима:</w:t>
      </w:r>
    </w:p>
    <w:p>
      <w:r>
        <w:br/>
        <w:t>— Що трапилось?</w:t>
      </w:r>
    </w:p>
    <w:p>
      <w:r>
        <w:br/>
        <w:t>— Пірат одне шпаченя украв. Дивлюсь, наминає щось, злодюга... Тільки пір’ячко лишилось.</w:t>
      </w:r>
    </w:p>
    <w:p>
      <w:r>
        <w:br/>
        <w:t>— З пакола зірвався?</w:t>
      </w:r>
    </w:p>
    <w:p>
      <w:r>
        <w:br/>
        <w:t>— Та ні. Вночі страшенно нявчав. Бабусі жаль стало — відпустила.</w:t>
      </w:r>
    </w:p>
    <w:p>
      <w:r>
        <w:br/>
        <w:t>Хлопці стояли один проти одного, розгублені, мовчазні.</w:t>
      </w:r>
    </w:p>
    <w:p>
      <w:r>
        <w:br/>
        <w:t>— Що ж тепер робитимемо? — з гіркотою мовив Іллюшка.</w:t>
      </w:r>
    </w:p>
    <w:p>
      <w:r>
        <w:br/>
        <w:t>— Дядю Максима треба знайти.</w:t>
      </w:r>
    </w:p>
    <w:p>
      <w:r>
        <w:br/>
        <w:t>— У Києві? Заблудимось...</w:t>
      </w:r>
    </w:p>
    <w:p>
      <w:r>
        <w:br/>
        <w:t>— Давай листа напишемо!</w:t>
      </w:r>
    </w:p>
    <w:p>
      <w:r>
        <w:br/>
        <w:t>* * *</w:t>
      </w:r>
    </w:p>
    <w:p>
      <w:r>
        <w:br/>
        <w:t>Відправивши листа, хлопці по черзі сиділи біля хвіртки до самого вечора. Виглядали вони сусіда і весь наступний день, і другий, і третій. Нарешті, четвертого дня, коли вже сутеніло, між соснами замаячила знайома постать.</w:t>
      </w:r>
    </w:p>
    <w:p>
      <w:r>
        <w:br/>
        <w:t>— Дядю Максиме! Дядю Максиме! — загаласували хлопці і помчали йому назустріч.</w:t>
      </w:r>
    </w:p>
    <w:p>
      <w:r>
        <w:br/>
        <w:t>— Розказуйте, що за біда тут сталася,— баском загудів художник.— Не міг ніяк второпати з вашого листа.</w:t>
      </w:r>
    </w:p>
    <w:p>
      <w:r>
        <w:br/>
        <w:t>Юрко з Іллюшкою навперебій загомоніли про те, як знайшли гніздо, як годували пташат і який злочин вчинив кіт.</w:t>
      </w:r>
    </w:p>
    <w:p>
      <w:r>
        <w:br/>
        <w:t>Дядя Максим приклав вухо до скриньки, прислухався:</w:t>
      </w:r>
    </w:p>
    <w:p>
      <w:r>
        <w:br/>
        <w:t>— Живенькі, шарудять! — обличчя його посвітлішало.— Шпак поселився у скриньці! Просто неймовірно!</w:t>
      </w:r>
    </w:p>
    <w:p>
      <w:r>
        <w:br/>
        <w:t>Друзі з нетерпінням чекали, що ж придумає художник для врятування пташиної сім’ї. Дядя Максим повісив на кілок плащ, портфель і скомандував:</w:t>
      </w:r>
    </w:p>
    <w:p>
      <w:r>
        <w:br/>
        <w:t>— Несіть молоток, гвіздки! І дроту пошукайте!</w:t>
      </w:r>
    </w:p>
    <w:p>
      <w:r>
        <w:br/>
        <w:t>Сам пішов за хату, притяг стареньку драбину.</w:t>
      </w:r>
    </w:p>
    <w:p>
      <w:r>
        <w:br/>
        <w:t>До паркану міцно прибив високу жердину, потім обережно зняв з гачків скриньку і дротом прикріпив її вгорі.</w:t>
      </w:r>
    </w:p>
    <w:p>
      <w:r>
        <w:br/>
        <w:t>— О, тепер справжня шпаківня! — сказав задоволено.— Пірат уже не залізе туди.</w:t>
      </w:r>
    </w:p>
    <w:p>
      <w:r>
        <w:br/>
        <w:t>Дядя Максим спустився на землю.</w:t>
      </w:r>
    </w:p>
    <w:p>
      <w:r>
        <w:br/>
        <w:t>— До речі, а де цей розбійник?</w:t>
      </w:r>
    </w:p>
    <w:p>
      <w:r>
        <w:br/>
        <w:t>— Ми арештували його,— сказав Юрко і загадково підморгнув Іллюшці.</w:t>
      </w:r>
    </w:p>
    <w:p>
      <w:r>
        <w:br/>
        <w:t>— Як то — арештували?</w:t>
      </w:r>
    </w:p>
    <w:p>
      <w:r>
        <w:br/>
        <w:t>— Ходіть, покажемо.</w:t>
      </w:r>
    </w:p>
    <w:p>
      <w:r>
        <w:br/>
        <w:t>Всі троє пішли в Юрків сад. Тут, під грушею, стояла догори дном розсохла дерев’яна діжка. Юрко навалився плечем, перехилив діжку — і з-під неї, як очманілий, вискочив Пірат. Кинувся до груші і — разраз-раз! — видряпався на саму верхівку. А тоді як закричить: "Мя-я-у!" Мовляв, більше не буду, простіть мене, людоньки!</w:t>
      </w:r>
    </w:p>
    <w:p>
      <w:r>
        <w:br/>
        <w:t>— Отож дивись, злодюго! — пригрозив йому Юрко.</w:t>
      </w:r>
    </w:p>
    <w:p>
      <w:r>
        <w:br/>
        <w:t>* * *</w:t>
      </w:r>
    </w:p>
    <w:p>
      <w:r>
        <w:br/>
        <w:t>— Іллюшо! Юрасю! — гукнув через тин художник.— Скоріше сюди!</w:t>
      </w:r>
    </w:p>
    <w:p>
      <w:r>
        <w:br/>
        <w:t>В одну мить хлопці були у дворі дяді Максима. Господар метушився біля хати, схвильовано поправляв окуляри на носі:</w:t>
      </w:r>
    </w:p>
    <w:p>
      <w:r>
        <w:br/>
        <w:t>— Шпаченята вилетіли! Он вони!</w:t>
      </w:r>
    </w:p>
    <w:p>
      <w:r>
        <w:br/>
        <w:t>На осокоровій гілці, що нависла над тином, сиділи молоді шпаченята. Мати-шпачиха перескочила на вищу гілку і щось скоромовкою загомоніла до дітей, ніби підбадьорювала їх, запрошувала до себе.</w:t>
      </w:r>
    </w:p>
    <w:p>
      <w:r>
        <w:br/>
        <w:t>Одне шпаченя присіло, напружилось і пурхнуло до матері. Ось воно повисло на гілочці, злякано затріпотіло крильцями, а коли твердо стало на ноги, переможно запищало на весь двір. За сміливцем потяглося друге, потім — третє і четверте шпаченя. А мати забралась ще вище і знову кликала до себе малюків.</w:t>
      </w:r>
    </w:p>
    <w:p>
      <w:r>
        <w:br/>
        <w:t>Хлопці, ніби то вони самі вчились літати, стрибали й верещали від радості. І поки вони носились круг осокора, дядя Максим щось спішно черкав олівцем у блокноті.</w:t>
      </w:r>
    </w:p>
    <w:p>
      <w:r>
        <w:br/>
        <w:t>— Гей, козаки, оцініть роботу! — і простяг аркуш паперу.</w:t>
      </w:r>
    </w:p>
    <w:p>
      <w:r>
        <w:br/>
        <w:t>Глянули хлопці — аж у долоні сплеснули. На малюнку — двоє шпаченят. Ну просто живі! І чимось схожі на них, Юрка та Іллюшку. Такі ж веселі, меткі, невсидющі!</w:t>
      </w:r>
    </w:p>
    <w:p>
      <w:r>
        <w:br/>
        <w:t>Хлопці стояли посеред двору, захоплені красою життя і його відблиском — простенькою картинкою художника. А на верхів’ї осокора співала, аж захлиналась дружна сім’я шпаків.</w:t>
      </w:r>
    </w:p>
    <w:p>
      <w:r>
        <w:br/>
        <w:t>* * *</w:t>
      </w:r>
    </w:p>
    <w:p>
      <w:r>
        <w:br/>
        <w:t>— Мамо, то це вони — рятівники наші? Це вони підняли шпаківню аж до хмар?</w:t>
      </w:r>
    </w:p>
    <w:p>
      <w:r>
        <w:br/>
        <w:t>— Вони, дітки, вони.</w:t>
      </w:r>
    </w:p>
    <w:p>
      <w:r>
        <w:br/>
        <w:t>— А літати вони уміють?</w:t>
      </w:r>
    </w:p>
    <w:p>
      <w:r>
        <w:br/>
        <w:t>— І літати, і плавати, і будувати — все уміють. А чого не вміють — вчаться.</w:t>
      </w:r>
    </w:p>
    <w:p>
      <w:r>
        <w:br/>
        <w:t>— А хто ж вони такі?</w:t>
      </w:r>
    </w:p>
    <w:p>
      <w:r>
        <w:br/>
        <w:t>— Люди. Найкращі друзі наші.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Жива "пошта"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