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 собі журавель та журавка…</w:t>
      </w:r>
    </w:p>
    <w:p>
      <w:r>
        <w:br/>
        <w:t xml:space="preserve"> Жив собі журавель та журавка.&lt;br /&gt;</w:t>
        <w:br/>
        <w:t>Наносили вони сінця повні ясельця.&lt;br /&gt;</w:t>
        <w:br/>
        <w:t>А хто ж буде сіно в копи складати?&lt;br /&gt;</w:t>
        <w:br/>
        <w:t>Журавлята, милий мій, журавлята.</w:t>
      </w:r>
    </w:p>
    <w:p>
      <w:r>
        <w:br/>
        <w:t>А світ простий, наче хатка равлика,&lt;br /&gt;</w:t>
        <w:br/>
        <w:t>і любов наша — паперовим журавликом:&lt;br /&gt;</w:t>
        <w:br/>
        <w:t>ти — праве крило, я — ліве крило.&lt;br /&gt;</w:t>
        <w:br/>
        <w:t>Білокрилля в чорнилі трохи було,&lt;br /&gt;</w:t>
        <w:br/>
        <w:t>і ходила за ним співанка ця:&lt;br /&gt;</w:t>
        <w:br/>
        <w:t>"Жив собі журавель та журавка.&lt;br /&gt;</w:t>
        <w:br/>
        <w:t>Накосили вони сінця повні ясельця.&lt;br /&gt;</w:t>
        <w:br/>
        <w:t>А хто ж буде сіно в копи складати?&lt;br /&gt;</w:t>
        <w:br/>
        <w:t>Журавлята, милий мій, журавлята".</w:t>
      </w:r>
    </w:p>
    <w:p>
      <w:r>
        <w:br/>
        <w:t>Онде наше мале щось приказує равлику&lt;br /&gt;</w:t>
        <w:br/>
        <w:t>і з мого сонета робить журавлика.&lt;br /&gt;</w:t>
        <w:br/>
        <w:t>Щоб на нього небо легше лягло,&lt;br /&gt;</w:t>
        <w:br/>
        <w:t>важче ліве крило, важче праве крило.&lt;br /&gt;</w:t>
        <w:br/>
        <w:t>Накосили вони сінця повні ясельця.&lt;br /&gt;</w:t>
        <w:br/>
        <w:t>А життя закрутиться,&lt;br /&gt;</w:t>
        <w:br/>
        <w:t>як спіралі равликів.&lt;br /&gt;</w:t>
        <w:br/>
        <w:t>В онучат літачки, а не білі журавлики.&lt;br /&gt;</w:t>
        <w:br/>
        <w:t>Дід і баба — крило і крило.&lt;br /&gt;</w:t>
        <w:br/>
        <w:t>Журавлів проводжає село.</w:t>
      </w:r>
    </w:p>
    <w:p>
      <w:r>
        <w:br/>
        <w:t>Жив собі журавель та журавка.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 собі журавель та журавка…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