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Життя — це сон</w:t>
      </w:r>
    </w:p>
    <w:p>
      <w:r>
        <w:br/>
        <w:t xml:space="preserve"> Дійові особи:&lt;br /&gt;</w:t>
        <w:br/>
        <w:t>Басиліо, король Полонії.&lt;br /&gt;</w:t>
        <w:br/>
        <w:t>Сехисмундо, принц.&lt;br /&gt;</w:t>
        <w:br/>
        <w:t>Астольфо, герцог Московії.&lt;br /&gt;</w:t>
        <w:br/>
        <w:t>Клотальдо, старий.&lt;br /&gt;</w:t>
        <w:br/>
        <w:t>Кларін, блазень.&lt;br /&gt;</w:t>
        <w:br/>
        <w:t>Естрелья, інфанта.&lt;br /&gt;</w:t>
        <w:br/>
        <w:t>Рос&amp;#225;ура, знатна дама.&lt;br /&gt;</w:t>
        <w:br/>
        <w:t>Солдати, почет, музиканти, співаки, слуги, придворні дами.</w:t>
      </w:r>
    </w:p>
    <w:p>
      <w:r>
        <w:br/>
        <w:t>Дія відбувається у дворі польського короля, у фортеці неподалік і на полі битви.</w:t>
      </w:r>
    </w:p>
    <w:p>
      <w:r>
        <w:br/>
        <w:t>Хорнада перша&lt;br /&gt;</w:t>
        <w:br/>
        <w:t>З одного боку — заросла лісом гора, з іншого — вежа, підніжжя якої править за в’язницю Сехисмундо. Двері, що навпроти глядача, — прочинені. Дія починається надвечір.</w:t>
      </w:r>
    </w:p>
    <w:p>
      <w:r>
        <w:br/>
        <w:t>Сцена перша&lt;br /&gt;</w:t>
        <w:br/>
        <w:t>Росаура, в чоловічому одязі, з’являється на вершині скелі й спускається в долину; за нею йде Кларін.</w:t>
      </w:r>
    </w:p>
    <w:p>
      <w:r>
        <w:br/>
        <w:t>Росаура&lt;br /&gt;</w:t>
        <w:br/>
        <w:t>О гіппогрифе1 ярий,&lt;br /&gt;</w:t>
        <w:br/>
        <w:t>Який примчався вітрові до пари,&lt;br /&gt;</w:t>
        <w:br/>
        <w:t>Куди на горе наше,&lt;br /&gt;</w:t>
        <w:br/>
        <w:t>Безлуска рибо і безкрилий пташе,&lt;br /&gt;</w:t>
        <w:br/>
        <w:t>Мій коню, в шалі тому&lt;br /&gt;</w:t>
        <w:br/>
        <w:t>По лабіринту плутанім, крутому&lt;br /&gt;</w:t>
        <w:br/>
        <w:t>Цих скель стрімких і голих&lt;br /&gt;</w:t>
        <w:br/>
        <w:t>Летиш крізь зарості, немов на сполох?&lt;br /&gt;</w:t>
        <w:br/>
        <w:t>Зостанься й тут до скону&lt;br /&gt;</w:t>
        <w:br/>
        <w:t>Служитимеш із кіньми Фаетону2;&lt;br /&gt;</w:t>
        <w:br/>
        <w:t>Я ж, як мені судила&lt;br /&gt;</w:t>
        <w:br/>
        <w:t>Законом доля, прикра і немила,&lt;br /&gt;</w:t>
        <w:br/>
        <w:t>У відчаї великім&lt;br /&gt;</w:t>
        <w:br/>
        <w:t>Сама спущуся по камінні дикім&lt;br /&gt;</w:t>
        <w:br/>
        <w:t>З гори, що наче брови,&lt;br /&gt;</w:t>
        <w:br/>
        <w:t>На сонці хмурить підківки діброви.&lt;br /&gt;</w:t>
        <w:br/>
        <w:t>Полоніє-державо,&lt;br /&gt;</w:t>
        <w:br/>
        <w:t>Приймаєш чужоземця неласкаво,&lt;br /&gt;</w:t>
        <w:br/>
        <w:t>Свої здійнявши гори,&lt;br /&gt;</w:t>
        <w:br/>
        <w:t>І кров’ю слід його значиш на горе.&lt;br /&gt;</w:t>
        <w:br/>
        <w:t>Це доля ятрить рани:&lt;br /&gt;</w:t>
        <w:br/>
        <w:t>Де співчуття віднайде безталанний?</w:t>
      </w:r>
    </w:p>
    <w:p>
      <w:r>
        <w:br/>
        <w:t>Кларін&lt;br /&gt;</w:t>
        <w:br/>
        <w:t>Ні, не один, а двоє, —&lt;br /&gt;</w:t>
        <w:br/>
        <w:t>В заїзді не лишай мене з журбою3;&lt;br /&gt;</w:t>
        <w:br/>
        <w:t>Якщо сумної днини&lt;br /&gt;</w:t>
        <w:br/>
        <w:t>Ми вийшли вдвох із рідної країни,&lt;br /&gt;</w:t>
        <w:br/>
        <w:t>Здолали шлях далекий,&lt;br /&gt;</w:t>
        <w:br/>
        <w:t>Пізнавши злигодні та небезпеки,&lt;br /&gt;</w:t>
        <w:br/>
        <w:t>Тут разом опинились&lt;br /&gt;</w:t>
        <w:br/>
        <w:t>І вдвох із горем із гори спустились, —&lt;br /&gt;</w:t>
        <w:br/>
        <w:t>Чи це не привід знову,&lt;br /&gt;</w:t>
        <w:br/>
        <w:t>Скінчить рахунки і почать розмову?</w:t>
      </w:r>
    </w:p>
    <w:p>
      <w:r>
        <w:br/>
        <w:t>Росаура&lt;br /&gt;</w:t>
        <w:br/>
        <w:t>Не хочу безнастанним&lt;br /&gt;</w:t>
        <w:br/>
        <w:t>Тебе, Кларіне, мучить наріканням,&lt;br /&gt;</w:t>
        <w:br/>
        <w:t>Аби ти сам потиху&lt;br /&gt;</w:t>
        <w:br/>
        <w:t>Знайшов у злигоднях своїх утіху.&lt;br /&gt;</w:t>
        <w:br/>
        <w:t>В журбі є смак відчаю,&lt;br /&gt;</w:t>
        <w:br/>
        <w:t>Казав якийсь філософ, і я знаю,&lt;br /&gt;</w:t>
        <w:br/>
        <w:t>Щоб те відчути, брате,&lt;br /&gt;</w:t>
        <w:br/>
        <w:t>Нещастя треба з ризиком шукати.</w:t>
      </w:r>
    </w:p>
    <w:p>
      <w:r>
        <w:br/>
        <w:t>Кларін&lt;br /&gt;</w:t>
        <w:br/>
        <w:t>Знать, був філософ клятий&lt;br /&gt;</w:t>
        <w:br/>
        <w:t>П’яницею; йому лящів би дати&lt;br /&gt;</w:t>
        <w:br/>
        <w:t>Добрячих чин по чину,&lt;br /&gt;</w:t>
        <w:br/>
        <w:t>Тоді й для скарги мав би він причину!&lt;br /&gt;</w:t>
        <w:br/>
        <w:t>Що ж ми, сеньйоро, будем&lt;br /&gt;</w:t>
        <w:br/>
        <w:t>Самі робити тут, де пішки блудим&lt;br /&gt;</w:t>
        <w:br/>
        <w:t>В пустелі в пізню пору,&lt;br /&gt;</w:t>
        <w:br/>
        <w:t>Коли вже сонце хилиться за гору?</w:t>
      </w:r>
    </w:p>
    <w:p>
      <w:r>
        <w:br/>
        <w:t>Росаура&lt;br /&gt;</w:t>
        <w:br/>
        <w:t>Хто бачив ще такі дива пророчі!&lt;br /&gt;</w:t>
        <w:br/>
        <w:t>Якщо мене не обманули очі,&lt;br /&gt;</w:t>
        <w:br/>
        <w:t>Не марево ж то плине, —&lt;br /&gt;</w:t>
        <w:br/>
        <w:t>В останньому лякливім світлі днини,&lt;br /&gt;</w:t>
        <w:br/>
        <w:t>Мені здається, бачу&lt;br /&gt;</w:t>
        <w:br/>
        <w:t>Ген там будову.</w:t>
      </w:r>
    </w:p>
    <w:p>
      <w:r>
        <w:br/>
        <w:t>Кларін&lt;br /&gt;</w:t>
        <w:br/>
        <w:t>Вірю я в удачу, —&lt;br /&gt;</w:t>
        <w:br/>
        <w:t>Ходім до того дому.</w:t>
      </w:r>
    </w:p>
    <w:p>
      <w:r>
        <w:br/>
        <w:t>Росаура&lt;br /&gt;</w:t>
        <w:br/>
        <w:t>Встає між голих скель палац, в якому&lt;br /&gt;</w:t>
        <w:br/>
        <w:t>Таке вузьке віконце,&lt;br /&gt;</w:t>
        <w:br/>
        <w:t>Що в нього зазирнуть боїться сонце:&lt;br /&gt;</w:t>
        <w:br/>
        <w:t>Вся грубої будови&lt;br /&gt;</w:t>
        <w:br/>
        <w:t>Ця вежа аж до самої основи&lt;br /&gt;</w:t>
        <w:br/>
        <w:t>Між скелями й горою,&lt;br /&gt;</w:t>
        <w:br/>
        <w:t>Яку вкриває ліс, немов габою;&lt;br /&gt;</w:t>
        <w:br/>
        <w:t>Вона черкає тучі,&lt;br /&gt;</w:t>
        <w:br/>
        <w:t>На камінь схожа, що звалився з кручі.</w:t>
      </w:r>
    </w:p>
    <w:p>
      <w:r>
        <w:br/>
        <w:t>Кларін&lt;br /&gt;</w:t>
        <w:br/>
        <w:t>Ходім туди бадьоро;&lt;br /&gt;</w:t>
        <w:br/>
        <w:t>Це краще, ніж дивитися, сеньйоро,&lt;br /&gt;</w:t>
        <w:br/>
        <w:t>Коли ще й благородні&lt;br /&gt;</w:t>
        <w:br/>
        <w:t>Живуть там люди, то ми вдвох сьогодні&lt;br /&gt;</w:t>
        <w:br/>
        <w:t>Притулок знайдем.</w:t>
      </w:r>
    </w:p>
    <w:p>
      <w:r>
        <w:br/>
        <w:t>Росаура&lt;br /&gt;</w:t>
        <w:br/>
        <w:t>Двері&lt;br /&gt;</w:t>
        <w:br/>
        <w:t>(Вірніше, чорна паща у печері)&lt;br /&gt;</w:t>
        <w:br/>
        <w:t>Відкриті, й там утроба,&lt;br /&gt;</w:t>
        <w:br/>
        <w:t>В якій народжуються ніч і злоба.&lt;br /&gt;</w:t>
        <w:br/>
        <w:t>(Чується брязкіт кайданів.)</w:t>
      </w:r>
    </w:p>
    <w:p>
      <w:r>
        <w:br/>
        <w:t>Кларін&lt;br /&gt;</w:t>
        <w:br/>
        <w:t>О небо, що я чую!</w:t>
      </w:r>
    </w:p>
    <w:p>
      <w:r>
        <w:br/>
        <w:t>Росаура&lt;br /&gt;</w:t>
        <w:br/>
        <w:t>Мене мороз і жар пройняв, тремчу я.</w:t>
      </w:r>
    </w:p>
    <w:p>
      <w:r>
        <w:br/>
        <w:t>Кларін&lt;br /&gt;</w:t>
        <w:br/>
        <w:t>Невже дзвенять кайдани?&lt;br /&gt;</w:t>
        <w:br/>
        <w:t>Карається там каторжник незнаний;&lt;br /&gt;</w:t>
        <w:br/>
        <w:t>Чуття від жаху гасне.</w:t>
      </w:r>
    </w:p>
    <w:p>
      <w:r>
        <w:br/>
        <w:t>Сехисмундо (у вежі)&lt;br /&gt;</w:t>
        <w:br/>
        <w:t>Ох, горе тут мені! Ох, я нещасний!</w:t>
      </w:r>
    </w:p>
    <w:p>
      <w:r>
        <w:br/>
        <w:t>Росаура&lt;br /&gt;</w:t>
        <w:br/>
        <w:t>Який жахливий голос!&lt;br /&gt;</w:t>
        <w:br/>
        <w:t>Моє від муки серце розкололось.</w:t>
      </w:r>
    </w:p>
    <w:p>
      <w:r>
        <w:br/>
        <w:t>Кларін&lt;br /&gt;</w:t>
        <w:br/>
        <w:t>За всім зі страхом стежу.</w:t>
      </w:r>
    </w:p>
    <w:p>
      <w:r>
        <w:br/>
        <w:t>Росаура&lt;br /&gt;</w:t>
        <w:br/>
        <w:t>Кларін…</w:t>
      </w:r>
    </w:p>
    <w:p>
      <w:r>
        <w:br/>
        <w:t>Кларін&lt;br /&gt;</w:t>
        <w:br/>
        <w:t>Сеньйоро…</w:t>
      </w:r>
    </w:p>
    <w:p>
      <w:r>
        <w:br/>
        <w:t>Росаура&lt;br /&gt;</w:t>
        <w:br/>
        <w:t>Ні, покиньмо вежу,&lt;br /&gt;</w:t>
        <w:br/>
        <w:t>Тікаймо звідси.</w:t>
      </w:r>
    </w:p>
    <w:p>
      <w:r>
        <w:br/>
        <w:t>Кларін&lt;br /&gt;</w:t>
        <w:br/>
        <w:t>Так я потерпаю,&lt;br /&gt;</w:t>
        <w:br/>
        <w:t>Що духу вже тікати я не маю.</w:t>
      </w:r>
    </w:p>
    <w:p>
      <w:r>
        <w:br/>
        <w:t>Росаура&lt;br /&gt;</w:t>
        <w:br/>
        <w:t>Чи це не блиск отої&lt;br /&gt;</w:t>
        <w:br/>
        <w:t>Зірниці кволої, зорі блідої,&lt;br /&gt;</w:t>
        <w:br/>
        <w:t>Яка пульсує синім,&lt;br /&gt;</w:t>
        <w:br/>
        <w:t>Злотистим розсипаючись промінням,&lt;br /&gt;</w:t>
        <w:br/>
        <w:t>Ллючи сумнівне світло,&lt;br /&gt;</w:t>
        <w:br/>
        <w:t>І ще темнішим робить темне житло?&lt;br /&gt;</w:t>
        <w:br/>
        <w:t>Тому в її сіянні&lt;br /&gt;</w:t>
        <w:br/>
        <w:t>Я можу, хай здаля, у хвилюванні&lt;br /&gt;</w:t>
        <w:br/>
        <w:t>Розглянути в’язницю,&lt;br /&gt;</w:t>
        <w:br/>
        <w:t>Живого трупа кам’яну гробницю.&lt;br /&gt;</w:t>
        <w:br/>
        <w:t>І в цю лиху годину&lt;br /&gt;</w:t>
        <w:br/>
        <w:t>В звіриній шкурі бачу я людину,&lt;br /&gt;</w:t>
        <w:br/>
        <w:t>Що дзвонить ланцюгами&lt;br /&gt;</w:t>
        <w:br/>
        <w:t>У світлі мерехкім там, серед ями.&lt;br /&gt;</w:t>
        <w:br/>
        <w:t>Не можемо втікати,&lt;br /&gt;</w:t>
        <w:br/>
        <w:t>Послухаєм, що буде він казати,&lt;br /&gt;</w:t>
        <w:br/>
        <w:t>Хоча мій страх не гасне.</w:t>
      </w:r>
    </w:p>
    <w:p>
      <w:r>
        <w:br/>
        <w:t>Сцена друга&lt;br /&gt;</w:t>
        <w:br/>
        <w:t>Стулки дверей розчиняються, і видно Сехисмундо; він у кайданах, одягнений у звірину шкуру. У вежі мерехтить світло.</w:t>
      </w:r>
    </w:p>
    <w:p>
      <w:r>
        <w:br/>
        <w:t>Сехимундо&lt;br /&gt;</w:t>
        <w:br/>
        <w:t>Ох, горе тут мені! Ох, я нещасний!&lt;br /&gt;</w:t>
        <w:br/>
        <w:t>Небеса, чому звалився,&lt;br /&gt;</w:t>
        <w:br/>
        <w:t>Впав такий на мене гнів,&lt;br /&gt;</w:t>
        <w:br/>
        <w:t>Що за злочин я вчинив&lt;br /&gt;</w:t>
        <w:br/>
        <w:t>Проти вас — що народився?4&lt;br /&gt;</w:t>
        <w:br/>
        <w:t>Все я зважив, роздивився,&lt;br /&gt;</w:t>
        <w:br/>
        <w:t>Розібрався у причині,&lt;br /&gt;</w:t>
        <w:br/>
        <w:t>То й жорстокість вашу нині&lt;br /&gt;</w:t>
        <w:br/>
        <w:t>Я збагнув уже сповна,&lt;br /&gt;</w:t>
        <w:br/>
        <w:t>Адже злочин і вина —&lt;br /&gt;</w:t>
        <w:br/>
        <w:t>Це зродитися людині.&lt;br /&gt;</w:t>
        <w:br/>
        <w:t>Хочу знати все, як є,&lt;br /&gt;</w:t>
        <w:br/>
        <w:t>Щоб не мучитись журбою&lt;br /&gt;</w:t>
        <w:br/>
        <w:t>(Хоч я знаю, що виною&lt;br /&gt;</w:t>
        <w:br/>
        <w:t>Тут народження моє),&lt;br /&gt;</w:t>
        <w:br/>
        <w:t>Чом недоля мене б’є,&lt;br /&gt;</w:t>
        <w:br/>
        <w:t>Щоб ще більше я страждав&lt;br /&gt;</w:t>
        <w:br/>
        <w:t>Через те, що світ пізнав?&lt;br /&gt;</w:t>
        <w:br/>
        <w:t>Інші також народились,&lt;br /&gt;</w:t>
        <w:br/>
        <w:t>Чом же їм права судились&lt;br /&gt;</w:t>
        <w:br/>
        <w:t>Ті, яких я вік не мав?&lt;br /&gt;</w:t>
        <w:br/>
        <w:t>Птах зродився, як із тьми,&lt;br /&gt;</w:t>
        <w:br/>
        <w:t>І красується улітку,&lt;br /&gt;</w:t>
        <w:br/>
        <w:t>Схожий барвами на квітку&lt;br /&gt;</w:t>
        <w:br/>
        <w:t>Чи на гілочку крильми,&lt;br /&gt;</w:t>
        <w:br/>
        <w:t>Коли синяву грудьми&lt;br /&gt;</w:t>
        <w:br/>
        <w:t>Крає й лине у висоти,&lt;br /&gt;</w:t>
        <w:br/>
        <w:t>Занедбавши без гризоти&lt;br /&gt;</w:t>
        <w:br/>
        <w:t>Десь гніздечко на межі, —&lt;br /&gt;</w:t>
        <w:br/>
        <w:t>Чом, як маю більш душі,&lt;br /&gt;</w:t>
        <w:br/>
        <w:t>Маю менше я свободи?&lt;br /&gt;</w:t>
        <w:br/>
        <w:t>Звір народиться й міцну&lt;br /&gt;</w:t>
        <w:br/>
        <w:t>Носить шкуру, різномасний,&lt;br /&gt;</w:t>
        <w:br/>
        <w:t>Наче знак зірок злощасний,&lt;br /&gt;</w:t>
        <w:br/>
        <w:t>Кисті мудру таїну5,&lt;br /&gt;</w:t>
        <w:br/>
        <w:t>Коли суть явля страшну&lt;br /&gt;</w:t>
        <w:br/>
        <w:t>І жорстоку від природи,&lt;br /&gt;</w:t>
        <w:br/>
        <w:t>Людській силі йде супроти&lt;br /&gt;</w:t>
        <w:br/>
        <w:t>В небезпеці сам на сам, —&lt;br /&gt;</w:t>
        <w:br/>
        <w:t>Чом із кращим почуттям&lt;br /&gt;</w:t>
        <w:br/>
        <w:t>Маю менше я свободи?&lt;br /&gt;</w:t>
        <w:br/>
        <w:t>Риба зродиться й не дише6,&lt;br /&gt;</w:t>
        <w:br/>
        <w:t>В піні грається морській,&lt;br /&gt;</w:t>
        <w:br/>
        <w:t>Ніби човен із луски&lt;br /&gt;</w:t>
        <w:br/>
        <w:t>Той, що хвилечка колише,&lt;br /&gt;</w:t>
        <w:br/>
        <w:t>Аби їй плилось вільніше,&lt;br /&gt;</w:t>
        <w:br/>
        <w:t>І глибокі мірить води,&lt;br /&gt;</w:t>
        <w:br/>
        <w:t>Забажавши прохолоди,&lt;br /&gt;</w:t>
        <w:br/>
        <w:t>Аж на дно пірнає в твань, —&lt;br /&gt;</w:t>
        <w:br/>
        <w:t>Чом, як більше поривань,&lt;br /&gt;</w:t>
        <w:br/>
        <w:t>Маю менше я свободи?&lt;br /&gt;</w:t>
        <w:br/>
        <w:t>Зродиться ручай, пливе,&lt;br /&gt;</w:t>
        <w:br/>
        <w:t>Поміж квітами зміїться,&lt;br /&gt;</w:t>
        <w:br/>
        <w:t>Мов срібло несе водиця&lt;br /&gt;</w:t>
        <w:br/>
        <w:t>Поміж квітами живе,&lt;br /&gt;</w:t>
        <w:br/>
        <w:t>Коли дзвінко кличе, зве&lt;br /&gt;</w:t>
        <w:br/>
        <w:t>Поміж квітами до згоди&lt;br /&gt;</w:t>
        <w:br/>
        <w:t>І в полях без перешкоди&lt;br /&gt;</w:t>
        <w:br/>
        <w:t>Плине вільно, мов дитя, —&lt;br /&gt;</w:t>
        <w:br/>
        <w:t>Чом, як маю більше знаття,&lt;br /&gt;</w:t>
        <w:br/>
        <w:t>Маю менше я свободи?&lt;br /&gt;</w:t>
        <w:br/>
        <w:t>Що на мене ще впаде?&lt;br /&gt;</w:t>
        <w:br/>
        <w:t>Наче Етна, я палаю&lt;br /&gt;</w:t>
        <w:br/>
        <w:t>І готовий із відчаю&lt;br /&gt;</w:t>
        <w:br/>
        <w:t>Серце вирвати з грудей:&lt;br /&gt;</w:t>
        <w:br/>
        <w:t>Де закон, причина де,&lt;br /&gt;</w:t>
        <w:br/>
        <w:t>Щоб людині, мов для страху,&lt;br /&gt;</w:t>
        <w:br/>
        <w:t>Відібрати перевагу&lt;br /&gt;</w:t>
        <w:br/>
        <w:t>З нею й пільгу ще таку,&lt;br /&gt;</w:t>
        <w:br/>
        <w:t>Що Всевишній дав струмку,&lt;br /&gt;</w:t>
        <w:br/>
        <w:t>Дав і рибі, й звіру, й птаху?</w:t>
      </w:r>
    </w:p>
    <w:p>
      <w:r>
        <w:br/>
        <w:t>Росаура&lt;br /&gt;</w:t>
        <w:br/>
        <w:t>Відчуваю жаль і ляк&lt;br /&gt;</w:t>
        <w:br/>
        <w:t>Від його болінь і суму.</w:t>
      </w:r>
    </w:p>
    <w:p>
      <w:r>
        <w:br/>
        <w:t>Сехисмундо&lt;br /&gt;</w:t>
        <w:br/>
        <w:t>Хто мою підслухав думу?&lt;br /&gt;</w:t>
        <w:br/>
        <w:t>Це Клотальдо?</w:t>
      </w:r>
    </w:p>
    <w:p>
      <w:r>
        <w:br/>
        <w:t>Кларін (убік до своєї пані)&lt;br /&gt;</w:t>
        <w:br/>
        <w:t>Ствердь, що так.</w:t>
      </w:r>
    </w:p>
    <w:p>
      <w:r>
        <w:br/>
        <w:t>Росаура&lt;br /&gt;</w:t>
        <w:br/>
        <w:t>Ні, то я, скрушний бідак,&lt;br /&gt;</w:t>
        <w:br/>
        <w:t>Що забрів під це склепіння,&lt;br /&gt;</w:t>
        <w:br/>
        <w:t>Слухав тут твоє тужіння.</w:t>
      </w:r>
    </w:p>
    <w:p>
      <w:r>
        <w:br/>
        <w:t>Сехисмундо&lt;br /&gt;</w:t>
        <w:br/>
        <w:t>Зараз я тебе уб’ю,&lt;br /&gt;</w:t>
        <w:br/>
        <w:t>Бо я взнав, що ти мою&lt;br /&gt;</w:t>
        <w:br/>
        <w:t>(Хапає її)&lt;br /&gt;</w:t>
        <w:br/>
        <w:t>Слабкість знаєш і терпіння.&lt;br /&gt;</w:t>
        <w:br/>
        <w:t>Лиш за те, що чув мене,&lt;br /&gt;</w:t>
        <w:br/>
        <w:t>Розірву тебе з нестями&lt;br /&gt;</w:t>
        <w:br/>
        <w:t>Цими дужими руками.</w:t>
      </w:r>
    </w:p>
    <w:p>
      <w:r>
        <w:br/>
        <w:t>Кларін&lt;br /&gt;</w:t>
        <w:br/>
        <w:t>Я глухий, тож я н&amp;#233;&lt;br /&gt;</w:t>
        <w:br/>
        <w:t>Чув тебе.</w:t>
      </w:r>
    </w:p>
    <w:p>
      <w:r>
        <w:br/>
        <w:t>Росаура&lt;br /&gt;</w:t>
        <w:br/>
        <w:t>Твій гнів мине,&lt;br /&gt;</w:t>
        <w:br/>
        <w:t>Як уклякну, бо сповняє&lt;br /&gt;</w:t>
        <w:br/>
        <w:t>Щось людське тебе й тримає.</w:t>
      </w:r>
    </w:p>
    <w:p>
      <w:r>
        <w:br/>
        <w:t>Сехисмундо&lt;br /&gt;</w:t>
        <w:br/>
        <w:t>Голос твій мене хвилює,&lt;br /&gt;</w:t>
        <w:br/>
        <w:t>Образ твій мене дивує&lt;br /&gt;</w:t>
        <w:br/>
        <w:t>І повага зігріває.&lt;br /&gt;</w:t>
        <w:br/>
        <w:t>Хто ти? Хоч за довгі дні&lt;br /&gt;</w:t>
        <w:br/>
        <w:t>Знав із світу лиш одно я,&lt;br /&gt;</w:t>
        <w:br/>
        <w:t>Що колискою й труною&lt;br /&gt;</w:t>
        <w:br/>
        <w:t>Стала ця тюрма мені;&lt;br /&gt;</w:t>
        <w:br/>
        <w:t>І хоча у глушині,&lt;br /&gt;</w:t>
        <w:br/>
        <w:t>Де з народження лиш голі&lt;br /&gt;</w:t>
        <w:br/>
        <w:t>Бачу скелі в цім околі,&lt;br /&gt;</w:t>
        <w:br/>
        <w:t>Я, живий скелет, живу,&lt;br /&gt;</w:t>
        <w:br/>
        <w:t>Душу втративши живу&lt;br /&gt;</w:t>
        <w:br/>
        <w:t>В безпросвітній цій неволі;&lt;br /&gt;</w:t>
        <w:br/>
        <w:t>І хоч тут я до сих пір&lt;br /&gt;</w:t>
        <w:br/>
        <w:t>Бачив, чув лише єдину&lt;br /&gt;</w:t>
        <w:br/>
        <w:t>Ту, що вчить мене, людину,&lt;br /&gt;</w:t>
        <w:br/>
        <w:t>Що мені про небо й мир&lt;br /&gt;</w:t>
        <w:br/>
        <w:t>Повіла; й хоча надмір&lt;br /&gt;</w:t>
        <w:br/>
        <w:t>Ти злякавсь і злу повірив&lt;br /&gt;</w:t>
        <w:br/>
        <w:t>І між тіней та вампірів&lt;br /&gt;</w:t>
        <w:br/>
        <w:t>Монстром звеш мене, — ачей&lt;br /&gt;</w:t>
        <w:br/>
        <w:t>Я тут звір серед людей&lt;br /&gt;</w:t>
        <w:br/>
        <w:t>І людина серед звірів;&lt;br /&gt;</w:t>
        <w:br/>
        <w:t>І хоча було не мед,&lt;br /&gt;</w:t>
        <w:br/>
        <w:t>Все я звідав, все я звірив,&lt;br /&gt;</w:t>
        <w:br/>
        <w:t>Вчивсь поводженню у звірів,&lt;br /&gt;</w:t>
        <w:br/>
        <w:t>Осягав пташиний лет&lt;br /&gt;</w:t>
        <w:br/>
        <w:t>І читав я рух планет,&lt;br /&gt;</w:t>
        <w:br/>
        <w:t>А по них — людські дороги, —&lt;br /&gt;</w:t>
        <w:br/>
        <w:t>Саме ти мої тривоги&lt;br /&gt;</w:t>
        <w:br/>
        <w:t>Вгамував, підніс мій дух,&lt;br /&gt;</w:t>
        <w:br/>
        <w:t>Зір потішив мій і слух,&lt;br /&gt;</w:t>
        <w:br/>
        <w:t>Оживив мене хоч трохи.&lt;br /&gt;</w:t>
        <w:br/>
        <w:t>Як дивлюсь на тебе я,&lt;br /&gt;</w:t>
        <w:br/>
        <w:t>То захоплююсь тобою&lt;br /&gt;</w:t>
        <w:br/>
        <w:t>І з жадобою новою&lt;br /&gt;</w:t>
        <w:br/>
        <w:t>Бачу, як твій зір сія.&lt;br /&gt;</w:t>
        <w:br/>
        <w:t>Спрага не мина моя,&lt;br /&gt;</w:t>
        <w:br/>
        <w:t>То й очима смерть спиваю;&lt;br /&gt;</w:t>
        <w:br/>
        <w:t>Більше я страху не маю,&lt;br /&gt;</w:t>
        <w:br/>
        <w:t>Хоч і гину, та все п’ю,&lt;br /&gt;</w:t>
        <w:br/>
        <w:t>Долю бачачи свою,&lt;br /&gt;</w:t>
        <w:br/>
        <w:t>І, щоб бачити, — вмираю.&lt;br /&gt;</w:t>
        <w:br/>
        <w:t>Тебе ж бачить — це вмирать;&lt;br /&gt;</w:t>
        <w:br/>
        <w:t>Я не знаю, крім огуди,&lt;br /&gt;</w:t>
        <w:br/>
        <w:t>Що мені, слабкому, буде,&lt;br /&gt;</w:t>
        <w:br/>
        <w:t>Як не бачити й чекать.&lt;br /&gt;</w:t>
        <w:br/>
        <w:t>Буде зло — не благодать,&lt;br /&gt;</w:t>
        <w:br/>
        <w:t>Біль, гризота, гнів затятий;&lt;br /&gt;</w:t>
        <w:br/>
        <w:t>Буде смерть, бо смерть — це дати&lt;br /&gt;</w:t>
        <w:br/>
        <w:t>Після мук і сум’яття&lt;br /&gt;</w:t>
        <w:br/>
        <w:t>Нещасливому життя,&lt;br /&gt;</w:t>
        <w:br/>
        <w:t>А в щасливого відняти.</w:t>
      </w:r>
    </w:p>
    <w:p>
      <w:r>
        <w:br/>
        <w:t>Росаура&lt;br /&gt;</w:t>
        <w:br/>
        <w:t>Я дивуюсь і дивлюсь,&lt;br /&gt;</w:t>
        <w:br/>
        <w:t>Чемно слухаю й чекаю,&lt;br /&gt;</w:t>
        <w:br/>
        <w:t>Що тобі сказать — не знаю&lt;br /&gt;</w:t>
        <w:br/>
        <w:t>І спитать тебе боюсь;&lt;br /&gt;</w:t>
        <w:br/>
        <w:t>Тільки віриться чомусь,&lt;br /&gt;</w:t>
        <w:br/>
        <w:t>Щиро віриться: мене-бо&lt;br /&gt;</w:t>
        <w:br/>
        <w:t>Привело утішить небо,&lt;br /&gt;</w:t>
        <w:br/>
        <w:t>Якщо втіха може буть&lt;br /&gt;</w:t>
        <w:br/>
        <w:t>В тім, щоб бачити і чуть&lt;br /&gt;</w:t>
        <w:br/>
        <w:t>Більш нещасного за себе.&lt;br /&gt;</w:t>
        <w:br/>
        <w:t>Кажуть, жив мудрець нужденний,&lt;br /&gt;</w:t>
        <w:br/>
        <w:t>Так збіднів, що повсякдень&lt;br /&gt;</w:t>
        <w:br/>
        <w:t>Різнотрав’я мав лишень&lt;br /&gt;</w:t>
        <w:br/>
        <w:t>За їство своє злиденне.&lt;br /&gt;</w:t>
        <w:br/>
        <w:t>Чи бідніший є за мене? —&lt;br /&gt;</w:t>
        <w:br/>
        <w:t>Сам себе в журбі питав.&lt;br /&gt;</w:t>
        <w:br/>
        <w:t>Скоро й відповідь дістав,&lt;br /&gt;</w:t>
        <w:br/>
        <w:t>Як узрів, що вслід хирлявий&lt;br /&gt;</w:t>
        <w:br/>
        <w:t>Інший брів мудрець і трави,&lt;br /&gt;</w:t>
        <w:br/>
        <w:t>Що він викинув, збирав.&lt;br /&gt;</w:t>
        <w:br/>
        <w:t>Так я вів життя нужденне&lt;br /&gt;</w:t>
        <w:br/>
        <w:t>В цьому світі й бідував&lt;br /&gt;</w:t>
        <w:br/>
        <w:t>І коли себе питав:&lt;br /&gt;</w:t>
        <w:br/>
        <w:t>Чи нещасніший за мене&lt;br /&gt;</w:t>
        <w:br/>
        <w:t>Хтось тут є, о рідна нене?&lt;br /&gt;</w:t>
        <w:br/>
        <w:t>Твою відповідь почув;&lt;br /&gt;</w:t>
        <w:br/>
        <w:t>Я журбу свою збагнув,&lt;br /&gt;</w:t>
        <w:br/>
        <w:t>То й зібрав свої знегоди&lt;br /&gt;</w:t>
        <w:br/>
        <w:t>І, щоб разом все збороти,&lt;br /&gt;</w:t>
        <w:br/>
        <w:t>Їх на радість обернув.&lt;br /&gt;</w:t>
        <w:br/>
        <w:t>І, якщо мої нещастя&lt;br /&gt;</w:t>
        <w:br/>
        <w:t>Можуть тебе втішить трохи,&lt;br /&gt;</w:t>
        <w:br/>
        <w:t>Слухай і збирай уважно&lt;br /&gt;</w:t>
        <w:br/>
        <w:t>Те, що викинув я, вбогий.&lt;br /&gt;</w:t>
        <w:br/>
        <w:t>Я зовуся…</w:t>
      </w:r>
    </w:p>
    <w:p>
      <w:r>
        <w:br/>
        <w:t>Сцена третя</w:t>
      </w:r>
    </w:p>
    <w:p>
      <w:r>
        <w:br/>
        <w:t>Клотальдо (за сценою)&lt;br /&gt;</w:t>
        <w:br/>
        <w:t>Гей, сторожа!&lt;br /&gt;</w:t>
        <w:br/>
        <w:t>Чи ви спали, боягузи,&lt;br /&gt;</w:t>
        <w:br/>
        <w:t>Що ввійшло до вежі двоє,&lt;br /&gt;</w:t>
        <w:br/>
        <w:t>Мов узявши вас на глузи…</w:t>
      </w:r>
    </w:p>
    <w:p>
      <w:r>
        <w:br/>
        <w:t>Росаура&lt;br /&gt;</w:t>
        <w:br/>
        <w:t>Знов неспокій відчуваю.</w:t>
      </w:r>
    </w:p>
    <w:p>
      <w:r>
        <w:br/>
        <w:t>Сехисмундо&lt;br /&gt;</w:t>
        <w:br/>
        <w:t>Це Клотальдо, мій тюремник.&lt;br /&gt;</w:t>
        <w:br/>
        <w:t>Де ж кінець моїм нещастям?</w:t>
      </w:r>
    </w:p>
    <w:p>
      <w:r>
        <w:br/>
        <w:t>Клотальдо&lt;br /&gt;</w:t>
        <w:br/>
        <w:t>Гей, сюди, візьміть нікчемних&lt;br /&gt;</w:t>
        <w:br/>
        <w:t>Чи забийте їх, коли&lt;br /&gt;</w:t>
        <w:br/>
        <w:t>Вчинять опір вам щосили.</w:t>
      </w:r>
    </w:p>
    <w:p>
      <w:r>
        <w:br/>
        <w:t>Голоси (за сценою)&lt;br /&gt;</w:t>
        <w:br/>
        <w:t>Зрада!</w:t>
      </w:r>
    </w:p>
    <w:p>
      <w:r>
        <w:br/>
        <w:t>Кларін&lt;br /&gt;</w:t>
        <w:br/>
        <w:t>Стражі цеї вежі,&lt;br /&gt;</w:t>
        <w:br/>
        <w:t>Якщо нас ви пропустили,&lt;br /&gt;</w:t>
        <w:br/>
        <w:t>Значить, ви дали нам вибір, —&lt;br /&gt;</w:t>
        <w:br/>
        <w:t>А схопити нас найлегше.</w:t>
      </w:r>
    </w:p>
    <w:p>
      <w:r>
        <w:br/>
        <w:t>Входять Клотальдо з пістолем у руках і солдати. Обличчя у всіх закутані.</w:t>
      </w:r>
    </w:p>
    <w:p>
      <w:r>
        <w:br/>
        <w:t>Клотальдо (убік до солдатів при виході)&lt;br /&gt;</w:t>
        <w:br/>
        <w:t>Всім-усім закрить обличчя;&lt;br /&gt;</w:t>
        <w:br/>
        <w:t>Це важливо, це найперше,&lt;br /&gt;</w:t>
        <w:br/>
        <w:t>Аби нас, поки ми тут,&lt;br /&gt;</w:t>
        <w:br/>
        <w:t>Не могли впізнати люди.</w:t>
      </w:r>
    </w:p>
    <w:p>
      <w:r>
        <w:br/>
        <w:t>Кларін&lt;br /&gt;</w:t>
        <w:br/>
        <w:t>Чи не карнавал у них?</w:t>
      </w:r>
    </w:p>
    <w:p>
      <w:r>
        <w:br/>
        <w:t>Клотальдо&lt;br /&gt;</w:t>
        <w:br/>
        <w:t>О невігласи-приблуди,&lt;br /&gt;</w:t>
        <w:br/>
        <w:t>Що ступили на це місце,&lt;br /&gt;</w:t>
        <w:br/>
        <w:t>Заборонене декретом&lt;br /&gt;</w:t>
        <w:br/>
        <w:t>Королівським, за яким&lt;br /&gt;</w:t>
        <w:br/>
        <w:t>Диво, сховане бескеттям,&lt;br /&gt;</w:t>
        <w:br/>
        <w:t>Споглядать ніхто не сміє,&lt;br /&gt;</w:t>
        <w:br/>
        <w:t>Тайну знати небувалу!&lt;br /&gt;</w:t>
        <w:br/>
        <w:t>Здайте зброю і здавайтесь,&lt;br /&gt;</w:t>
        <w:br/>
        <w:t>А то гаспид із металу,&lt;br /&gt;</w:t>
        <w:br/>
        <w:t>Цей пістоль несхибний, плюне&lt;br /&gt;</w:t>
        <w:br/>
        <w:t>Трутою двох куль охоче,&lt;br /&gt;</w:t>
        <w:br/>
        <w:t>Від вогню яких повітря&lt;br /&gt;</w:t>
        <w:br/>
        <w:t>Сколихнеться й загримкоче.</w:t>
      </w:r>
    </w:p>
    <w:p>
      <w:r>
        <w:br/>
        <w:t>Сехисмундо&lt;br /&gt;</w:t>
        <w:br/>
        <w:t>Знай, мій деспоте всевладний,&lt;br /&gt;</w:t>
        <w:br/>
        <w:t>Якщо вчиниш їм образу,&lt;br /&gt;</w:t>
        <w:br/>
        <w:t>Я життя цим жалюгідним&lt;br /&gt;</w:t>
        <w:br/>
        <w:t>Ланцюгам віддам одразу;&lt;br /&gt;</w:t>
        <w:br/>
        <w:t>Бачить Бог, я розтерзаю,&lt;br /&gt;</w:t>
        <w:br/>
        <w:t>Ревучи від злості й болю,&lt;br /&gt;</w:t>
        <w:br/>
        <w:t>На шматки себе й загину&lt;br /&gt;</w:t>
        <w:br/>
        <w:t>Тут між скель, та не дозволю,&lt;br /&gt;</w:t>
        <w:br/>
        <w:t>Щоб нещастя їх спіткало&lt;br /&gt;</w:t>
        <w:br/>
        <w:t>І за ними сльози лив я.</w:t>
      </w:r>
    </w:p>
    <w:p>
      <w:r>
        <w:br/>
        <w:t>Клотальдо&lt;br /&gt;</w:t>
        <w:br/>
        <w:t>Якщо знаєш, Сехисмундо,&lt;br /&gt;</w:t>
        <w:br/>
        <w:t>Що велике безголів’я&lt;br /&gt;</w:t>
        <w:br/>
        <w:t>В тебе, що ти з волі неба&lt;br /&gt;</w:t>
        <w:br/>
        <w:t>Вмер до того, як зродився,&lt;br /&gt;</w:t>
        <w:br/>
        <w:t>Якщо знаєш, що вуздою&lt;br /&gt;</w:t>
        <w:br/>
        <w:t>Тут для тебе ця темниця,&lt;br /&gt;</w:t>
        <w:br/>
        <w:t>Котра стримує твій норов,&lt;br /&gt;</w:t>
        <w:br/>
        <w:t>Що твій сказ і лють даремні,&lt;br /&gt;</w:t>
        <w:br/>
        <w:t>То чому бунтуєш?&lt;br /&gt;</w:t>
        <w:br/>
        <w:t>(До солдатів.)&lt;br /&gt;</w:t>
        <w:br/>
        <w:t>Двері&lt;br /&gt;</w:t>
        <w:br/>
        <w:t>Зачиніть вузькі тюремні&lt;br /&gt;</w:t>
        <w:br/>
        <w:t>І замкніть його.</w:t>
      </w:r>
    </w:p>
    <w:p>
      <w:r>
        <w:br/>
        <w:t>Сехисмундо&lt;br /&gt;</w:t>
        <w:br/>
        <w:t>О небо,&lt;br /&gt;</w:t>
        <w:br/>
        <w:t>Добре, що мене свободи&lt;br /&gt;</w:t>
        <w:br/>
        <w:t>Позбавляєш! Бо гігантом&lt;br /&gt;</w:t>
        <w:br/>
        <w:t>Підійнявся б я7 супроти&lt;br /&gt;</w:t>
        <w:br/>
        <w:t>Тебе, щоб розбить на сонці&lt;br /&gt;</w:t>
        <w:br/>
        <w:t>З кришталю шибки блискучі,&lt;br /&gt;</w:t>
        <w:br/>
        <w:t>На камінних брилах звівши&lt;br /&gt;</w:t>
        <w:br/>
        <w:t>Гори з яшми аж за тучі.</w:t>
      </w:r>
    </w:p>
    <w:p>
      <w:r>
        <w:br/>
        <w:t>Клотальдо&lt;br /&gt;</w:t>
        <w:br/>
        <w:t>Тож, щоб ти не звів їх, терпиш&lt;br /&gt;</w:t>
        <w:br/>
        <w:t>Стільки зла, вціливши дивом.</w:t>
      </w:r>
    </w:p>
    <w:p>
      <w:r>
        <w:br/>
        <w:t>Солдати виводять Сехисмундо і замикають його у в’язниці.</w:t>
      </w:r>
    </w:p>
    <w:p>
      <w:r>
        <w:br/>
        <w:t>Сцена четверта</w:t>
      </w:r>
    </w:p>
    <w:p>
      <w:r>
        <w:br/>
        <w:t>Росаура&lt;br /&gt;</w:t>
        <w:br/>
        <w:t>Бачу, що тебе гординя&lt;br /&gt;</w:t>
        <w:br/>
        <w:t>Ображає, й некмітливим&lt;br /&gt;</w:t>
        <w:br/>
        <w:t>Був би я, не попросивши&lt;br /&gt;</w:t>
        <w:br/>
        <w:t>Проявити милосердя&lt;br /&gt;</w:t>
        <w:br/>
        <w:t>До життя, яке в пилюці&lt;br /&gt;</w:t>
        <w:br/>
        <w:t>Біля ніг твоїх простерте,&lt;br /&gt;</w:t>
        <w:br/>
        <w:t>Бо жорстоко дати волю&lt;br /&gt;</w:t>
        <w:br/>
        <w:t>І смиренню, і гордині.</w:t>
      </w:r>
    </w:p>
    <w:p>
      <w:r>
        <w:br/>
        <w:t>Кларін&lt;br /&gt;</w:t>
        <w:br/>
        <w:t>Як Гординя чи Смирення8&lt;br /&gt;</w:t>
        <w:br/>
        <w:t>Вже тебе не зрушать нині,&lt;br /&gt;</w:t>
        <w:br/>
        <w:t>Персонажі ті, що діють&lt;br /&gt;</w:t>
        <w:br/>
        <w:t>Чи не в тисячі містерій,&lt;br /&gt;</w:t>
        <w:br/>
        <w:t>Я, не гордий, не смиренний,&lt;br /&gt;</w:t>
        <w:br/>
        <w:t>Щось середнє в цій же сфері,&lt;br /&gt;</w:t>
        <w:br/>
        <w:t>Тут прошу тебе уклінно&lt;br /&gt;</w:t>
        <w:br/>
        <w:t>Захист нам і поміч дати.</w:t>
      </w:r>
    </w:p>
    <w:p>
      <w:r>
        <w:br/>
        <w:t>Клотальдо&lt;br /&gt;</w:t>
        <w:br/>
        <w:t>Ах, ви так!</w:t>
      </w:r>
    </w:p>
    <w:p>
      <w:r>
        <w:br/>
        <w:t>Солдати&lt;br /&gt;</w:t>
        <w:br/>
        <w:t>Сеньйоре…</w:t>
      </w:r>
    </w:p>
    <w:p>
      <w:r>
        <w:br/>
        <w:t>Клотальдо&lt;br /&gt;</w:t>
        <w:br/>
        <w:t>Взять&lt;br /&gt;</w:t>
        <w:br/>
        <w:t>Зброю в них і зав’язати&lt;br /&gt;</w:t>
        <w:br/>
        <w:t>Очі їм, аби не знали,&lt;br /&gt;</w:t>
        <w:br/>
        <w:t>Звідки вийдуть і кудою.</w:t>
      </w:r>
    </w:p>
    <w:p>
      <w:r>
        <w:br/>
        <w:t>Росаура&lt;br /&gt;</w:t>
        <w:br/>
        <w:t>Шпагу я лише тобі&lt;br /&gt;</w:t>
        <w:br/>
        <w:t>Віддаю, як власну зброю,&lt;br /&gt;</w:t>
        <w:br/>
        <w:t>Адже ти найголовніший&lt;br /&gt;</w:t>
        <w:br/>
        <w:t>Із усіх, і я не знаю,&lt;br /&gt;</w:t>
        <w:br/>
        <w:t>Хто б її був більше гідний.</w:t>
      </w:r>
    </w:p>
    <w:p>
      <w:r>
        <w:br/>
        <w:t>Кларін&lt;br /&gt;</w:t>
        <w:br/>
        <w:t>Я ж свою вручу й гультяю,&lt;br /&gt;</w:t>
        <w:br/>
        <w:t>Отака вона.&lt;br /&gt;</w:t>
        <w:br/>
        <w:t>(До солдата)&lt;br /&gt;</w:t>
        <w:br/>
        <w:t>Беріть!</w:t>
      </w:r>
    </w:p>
    <w:p>
      <w:r>
        <w:br/>
        <w:t>Росаура&lt;br /&gt;</w:t>
        <w:br/>
        <w:t>І, якщо померти мушу,&lt;br /&gt;</w:t>
        <w:br/>
        <w:t>Хочу я за милосердя&lt;br /&gt;</w:t>
        <w:br/>
        <w:t>Піднести тобі як мужу&lt;br /&gt;</w:t>
        <w:br/>
        <w:t>В дар цю шпагу, адже нею&lt;br /&gt;</w:t>
        <w:br/>
        <w:t>Володів у нашім краї&lt;br /&gt;</w:t>
        <w:br/>
        <w:t>Муж достойний, то й прошу&lt;br /&gt;</w:t>
        <w:br/>
        <w:t>Берегти її, бо знаю,&lt;br /&gt;</w:t>
        <w:br/>
        <w:t>Що у цій злотавій зброї&lt;br /&gt;</w:t>
        <w:br/>
        <w:t>Є велика таємниця,&lt;br /&gt;</w:t>
        <w:br/>
        <w:t>Тож, надіючись на неї,&lt;br /&gt;</w:t>
        <w:br/>
        <w:t>Йду в Полонію помститься&lt;br /&gt;</w:t>
        <w:br/>
        <w:t>За образу.</w:t>
      </w:r>
    </w:p>
    <w:p>
      <w:r>
        <w:br/>
        <w:t>Клотальдо&lt;br /&gt;</w:t>
        <w:br/>
        <w:t>Боже мій!&lt;br /&gt;</w:t>
        <w:br/>
        <w:t>Що це буде? Чи я мало&lt;br /&gt;</w:t>
        <w:br/>
        <w:t>Звідав лиха і печалі?&lt;br /&gt;</w:t>
        <w:br/>
        <w:t>Що мене тут схвилювало?&lt;br /&gt;</w:t>
        <w:br/>
        <w:t>Хто ж тобі дав шпагу?</w:t>
      </w:r>
    </w:p>
    <w:p>
      <w:r>
        <w:br/>
        <w:t>Росаура&lt;br /&gt;</w:t>
        <w:br/>
        <w:t>Жінка.</w:t>
      </w:r>
    </w:p>
    <w:p>
      <w:r>
        <w:br/>
        <w:t>Клотальдо&lt;br /&gt;</w:t>
        <w:br/>
        <w:t>Як же звать її?</w:t>
      </w:r>
    </w:p>
    <w:p>
      <w:r>
        <w:br/>
        <w:t>Росаура&lt;br /&gt;</w:t>
        <w:br/>
        <w:t>Назвати&lt;br /&gt;</w:t>
        <w:br/>
        <w:t>Я не можу ймення.</w:t>
      </w:r>
    </w:p>
    <w:p>
      <w:r>
        <w:br/>
        <w:t>Клотальдо&lt;br /&gt;</w:t>
        <w:br/>
        <w:t>Звідки&lt;br /&gt;</w:t>
        <w:br/>
        <w:t>Ти зумів чи зміг узнати,&lt;br /&gt;</w:t>
        <w:br/>
        <w:t>Що в цій зброї таємниця?</w:t>
      </w:r>
    </w:p>
    <w:p>
      <w:r>
        <w:br/>
        <w:t>Росаура&lt;br /&gt;</w:t>
        <w:br/>
        <w:t>Та, яка її вручила:&lt;br /&gt;</w:t>
        <w:br/>
        <w:t>"Йди в Полонію, — сказала, —&lt;br /&gt;</w:t>
        <w:br/>
        <w:t>Будь обачний, будь і вмілий,&lt;br /&gt;</w:t>
        <w:br/>
        <w:t>Щоб помітили цю шпагу&lt;br /&gt;</w:t>
        <w:br/>
        <w:t>Знатні та шляхетні родом,&lt;br /&gt;</w:t>
        <w:br/>
        <w:t>І того між ними знайдеш,&lt;br /&gt;</w:t>
        <w:br/>
        <w:t>Хто тебе підтрима згодом".&lt;br /&gt;</w:t>
        <w:br/>
        <w:t>Ймення скрила, бо не знала,&lt;br /&gt;</w:t>
        <w:br/>
        <w:t>Чи не вмер випадком досі.</w:t>
      </w:r>
    </w:p>
    <w:p>
      <w:r>
        <w:br/>
        <w:t>Клотальдо (убік)&lt;br /&gt;</w:t>
        <w:br/>
        <w:t>О мій Боже, що я чую!&lt;br /&gt;</w:t>
        <w:br/>
        <w:t>Ще збагнути я не в змозі,&lt;br /&gt;</w:t>
        <w:br/>
        <w:t>Чи видіння це чи правда?&lt;br /&gt;</w:t>
        <w:br/>
        <w:t>Отакий ти, мій таланте!&lt;br /&gt;</w:t>
        <w:br/>
        <w:t>Це та шпага, що залишив&lt;br /&gt;</w:t>
        <w:br/>
        <w:t>Я прекрасній Віоланте&lt;br /&gt;</w:t>
        <w:br/>
        <w:t>В знак того, що в мене той,&lt;br /&gt;</w:t>
        <w:br/>
        <w:t>Хто колись її надіне,&lt;br /&gt;</w:t>
        <w:br/>
        <w:t>Знайде поміч, як у батька,&lt;br /&gt;</w:t>
        <w:br/>
        <w:t>І шанобу, як у сина.&lt;br /&gt;</w:t>
        <w:br/>
        <w:t>Що мені тепер чинити,&lt;br /&gt;</w:t>
        <w:br/>
        <w:t>Коли той, хто смілий досить,&lt;br /&gt;</w:t>
        <w:br/>
        <w:t>Шпагу взяв для оборони,&lt;br /&gt;</w:t>
        <w:br/>
        <w:t>Але смерть із нею носить,&lt;br /&gt;</w:t>
        <w:br/>
        <w:t>Бо, засуджений до смерті,&lt;br /&gt;</w:t>
        <w:br/>
        <w:t>Він звертається до мене?&lt;br /&gt;</w:t>
        <w:br/>
        <w:t>Ох, яка мінлива доля!&lt;br /&gt;</w:t>
        <w:br/>
        <w:t>Диво дивне й незбагненне!&lt;br /&gt;</w:t>
        <w:br/>
        <w:t>Це мій син, про що й прикмети&lt;br /&gt;</w:t>
        <w:br/>
        <w:t>Свідчать і пориви серця,&lt;br /&gt;</w:t>
        <w:br/>
        <w:t>Котре, вмить його впізнавши,&lt;br /&gt;</w:t>
        <w:br/>
        <w:t>Кличе, зве і крильми б’ється&lt;br /&gt;</w:t>
        <w:br/>
        <w:t>В мене в грудях і не може&lt;br /&gt;</w:t>
        <w:br/>
        <w:t>Їх зламати, як кайдани&lt;br /&gt;</w:t>
        <w:br/>
        <w:t>Бідний в’язень, що, зачувши&lt;br /&gt;</w:t>
        <w:br/>
        <w:t>Шум на вулиці нежданий,&lt;br /&gt;</w:t>
        <w:br/>
        <w:t>До вікна свій зводить погляд;&lt;br /&gt;</w:t>
        <w:br/>
        <w:t>Так і серце, хоч не знає,&lt;br /&gt;</w:t>
        <w:br/>
        <w:t>Що там сталось, шум почувши,&lt;br /&gt;</w:t>
        <w:br/>
        <w:t>Рветься до очей, що має&lt;br /&gt;</w:t>
        <w:br/>
        <w:t>За віконця, і сльозами&lt;br /&gt;</w:t>
        <w:br/>
        <w:t>З них виходить, і горює.&lt;br /&gt;</w:t>
        <w:br/>
        <w:t>Що робить мені, о небо?&lt;br /&gt;</w:t>
        <w:br/>
        <w:t>Що робить? Як відведу я&lt;br /&gt;</w:t>
        <w:br/>
        <w:t>Сам його до короля, —&lt;br /&gt;</w:t>
        <w:br/>
        <w:t>Він загине, а сховаю,&lt;br /&gt;</w:t>
        <w:br/>
        <w:t>То закон і свою клятву,&lt;br /&gt;</w:t>
        <w:br/>
        <w:t>Як підданець, я зламаю.&lt;br /&gt;</w:t>
        <w:br/>
        <w:t>У мені любов і вірність&lt;br /&gt;</w:t>
        <w:br/>
        <w:t>Борються. Чи королеві&lt;br /&gt;</w:t>
        <w:br/>
        <w:t>Буду вірним? Звідки сумнів&lt;br /&gt;</w:t>
        <w:br/>
        <w:t>І вагання ці хвилеві?&lt;br /&gt;</w:t>
        <w:br/>
        <w:t>Що обрать — життя чи смерть?&lt;br /&gt;</w:t>
        <w:br/>
        <w:t>Отже, вірність буде жити!&lt;br /&gt;</w:t>
        <w:br/>
        <w:t>Він сказав, що тут з’явився&lt;br /&gt;</w:t>
        <w:br/>
        <w:t>За образу відомстити.&lt;br /&gt;</w:t>
        <w:br/>
        <w:t>Хто ображений, той ниций,&lt;br /&gt;</w:t>
        <w:br/>
        <w:t>Адже честь — це справа смілих.&lt;br /&gt;</w:t>
        <w:br/>
        <w:t>Це не син мій, не шляхетна&lt;br /&gt;</w:t>
        <w:br/>
        <w:t>Кров моя у нього в жилах.&lt;br /&gt;</w:t>
        <w:br/>
        <w:t>Та якщо уже стряслася&lt;br /&gt;</w:t>
        <w:br/>
        <w:t>Небезпека, то від злого&lt;br /&gt;</w:t>
        <w:br/>
        <w:t>Ще ніхто не увільнився,&lt;br /&gt;</w:t>
        <w:br/>
        <w:t>Адже честь слабка до того,&lt;br /&gt;</w:t>
        <w:br/>
        <w:t>Що ламається од вчинку&lt;br /&gt;</w:t>
        <w:br/>
        <w:t>Чи плямується од вітру,&lt;br /&gt;</w:t>
        <w:br/>
        <w:t>Що ж іще робити має&lt;br /&gt;</w:t>
        <w:br/>
        <w:t>Благородний і нехитрий,&lt;br /&gt;</w:t>
        <w:br/>
        <w:t>Як не знов піти до батька,&lt;br /&gt;</w:t>
        <w:br/>
        <w:t>Ризикуючи собою?&lt;br /&gt;</w:t>
        <w:br/>
        <w:t>Це мій син, моя кровинка,&lt;br /&gt;</w:t>
        <w:br/>
        <w:t>Бо подібний він герою;&lt;br /&gt;</w:t>
        <w:br/>
        <w:t>Таким чином, є тут путь&lt;br /&gt;</w:t>
        <w:br/>
        <w:t>Між двох сумнівів єдина, —&lt;br /&gt;</w:t>
        <w:br/>
        <w:t>Йти до короля й сказати:&lt;br /&gt;</w:t>
        <w:br/>
        <w:t>Це мій син — убийте сина.&lt;br /&gt;</w:t>
        <w:br/>
        <w:t>Якщо честь моя зворушить&lt;br /&gt;</w:t>
        <w:br/>
        <w:t>Короля, і син лишиться&lt;br /&gt;</w:t>
        <w:br/>
        <w:t>У живих, то за образу&lt;br /&gt;</w:t>
        <w:br/>
        <w:t>Поможу йому помститься.&lt;br /&gt;</w:t>
        <w:br/>
        <w:t>Та, якщо король не зважить&lt;br /&gt;</w:t>
        <w:br/>
        <w:t>І на відданість, амбітний,&lt;br /&gt;</w:t>
        <w:br/>
        <w:t>Він умре, не взнавши навіть,&lt;br /&gt;</w:t>
        <w:br/>
        <w:t>Що йому я батько рідний.&lt;br /&gt;</w:t>
        <w:br/>
        <w:t>(До Росаури й Кларіна)&lt;br /&gt;</w:t>
        <w:br/>
        <w:t>Йдіть за мною, чужоземці,&lt;br /&gt;</w:t>
        <w:br/>
        <w:t>Та не бійтесь, що опори&lt;br /&gt;</w:t>
        <w:br/>
        <w:t>Ви не знайдете в нещастях,&lt;br /&gt;</w:t>
        <w:br/>
        <w:t>Бо в такім сумнівнім спорі —&lt;br /&gt;</w:t>
        <w:br/>
        <w:t>Жить чи вмерти? — я не знаю,&lt;br /&gt;</w:t>
        <w:br/>
        <w:t>Що з них важче, то й змовкаю.&lt;br /&gt;</w:t>
        <w:br/>
        <w:t>(Виходить)</w:t>
      </w:r>
    </w:p>
    <w:p>
      <w:r>
        <w:br/>
        <w:t>Зала в королівському палаці.</w:t>
      </w:r>
    </w:p>
    <w:p>
      <w:r>
        <w:br/>
        <w:t>Сцена п’ята&lt;br /&gt;</w:t>
        <w:br/>
        <w:t>Астольфо і солдати виходять з одного боку, з другого — інфанта Естрелья і придворні дами. За сценою — військова музика і залпи салютів.</w:t>
      </w:r>
    </w:p>
    <w:p>
      <w:r>
        <w:br/>
        <w:t>Астольфо&lt;br /&gt;</w:t>
        <w:br/>
        <w:t>Знов побачивши в цім краї&lt;br /&gt;</w:t>
        <w:br/>
        <w:t>Ваші очі, мов комети,&lt;br /&gt;</w:t>
        <w:br/>
        <w:t>Обізвалися в розмаї&lt;br /&gt;</w:t>
        <w:br/>
        <w:t>Разом сальви і кларнети,&lt;br /&gt;</w:t>
        <w:br/>
        <w:t>Сурми, птахи й водограї;&lt;br /&gt;</w:t>
        <w:br/>
        <w:t>Лине музика, й привітні&lt;br /&gt;</w:t>
        <w:br/>
        <w:t>У єдиному завзятті&lt;br /&gt;</w:t>
        <w:br/>
        <w:t>Ваш небесний лик, як рідні,&lt;br /&gt;</w:t>
        <w:br/>
        <w:t>Сурми вславлюють крилаті&lt;br /&gt;</w:t>
        <w:br/>
        <w:t>І птахи їм вторять мідні.&lt;br /&gt;</w:t>
        <w:br/>
        <w:t>Так вітають вас, сеньйору,&lt;br /&gt;</w:t>
        <w:br/>
        <w:t>Перекоти канонади,&lt;br /&gt;</w:t>
        <w:br/>
        <w:t>Як лункі птахи Аврору,&lt;br /&gt;</w:t>
        <w:br/>
        <w:t>Як громи звитяг Палладу&lt;br /&gt;</w:t>
        <w:br/>
        <w:t>І як пишні квіти Флору;&lt;br /&gt;</w:t>
        <w:br/>
        <w:t>Бо, привівши день із мрева,&lt;br /&gt;</w:t>
        <w:br/>
        <w:t>Ви — Аврора в сяйві свята,&lt;br /&gt;</w:t>
        <w:br/>
        <w:t>Флора в мирі, і крицева&lt;br /&gt;</w:t>
        <w:br/>
        <w:t>В грізний час війни Паллада9&lt;br /&gt;</w:t>
        <w:br/>
        <w:t>І в цім серці королева.</w:t>
      </w:r>
    </w:p>
    <w:p>
      <w:r>
        <w:br/>
        <w:t>Естрелья&lt;br /&gt;</w:t>
        <w:br/>
        <w:t>Якби слово вимірять&lt;br /&gt;</w:t>
        <w:br/>
        <w:t>Мали вчинками людськими,&lt;br /&gt;</w:t>
        <w:br/>
        <w:t>Ви б не стали дивувать&lt;br /&gt;</w:t>
        <w:br/>
        <w:t>Славослів’ями такими,&lt;br /&gt;</w:t>
        <w:br/>
        <w:t>Де вас може розвінчать&lt;br /&gt;</w:t>
        <w:br/>
        <w:t>Вся пишнота ця військова,&lt;br /&gt;</w:t>
        <w:br/>
        <w:t>Із якою я борюсь;&lt;br /&gt;</w:t>
        <w:br/>
        <w:t>Тож гадаю, що ця мова&lt;br /&gt;</w:t>
        <w:br/>
        <w:t>Повна лестощів, — боюсь,&lt;br /&gt;</w:t>
        <w:br/>
        <w:t>Що це річ невипадкова.&lt;br /&gt;</w:t>
        <w:br/>
        <w:t>Ниці вчинки, слід вам знати,&lt;br /&gt;</w:t>
        <w:br/>
        <w:t>Подобають тільки звіру,&lt;br /&gt;</w:t>
        <w:br/>
        <w:t>Батькові омани й зради,&lt;br /&gt;</w:t>
        <w:br/>
        <w:t>Щоб улещувать надміру&lt;br /&gt;</w:t>
        <w:br/>
        <w:t>І підступно убивати.</w:t>
      </w:r>
    </w:p>
    <w:p>
      <w:r>
        <w:br/>
        <w:t>Астольфо&lt;br /&gt;</w:t>
        <w:br/>
        <w:t>Тут не все відоме вам,&lt;br /&gt;</w:t>
        <w:br/>
        <w:t>Тож, Естрельє, і не ймете&lt;br /&gt;</w:t>
        <w:br/>
        <w:t>Віри ви моїм словам;&lt;br /&gt;</w:t>
        <w:br/>
        <w:t>Ну, послухайте, і все те&lt;br /&gt;</w:t>
        <w:br/>
        <w:t>Розкажу, що знаю сам.&lt;br /&gt;</w:t>
        <w:br/>
        <w:t>Еусторхіо вмер Третій&lt;br /&gt;</w:t>
        <w:br/>
        <w:t>У Полонії й лишив&lt;br /&gt;</w:t>
        <w:br/>
        <w:t>Трон Басиліо по смерті,&lt;br /&gt;</w:t>
        <w:br/>
        <w:t>Доньок своїх осиротив,&lt;br /&gt;</w:t>
        <w:br/>
        <w:t>Від яких ми, добросерді,&lt;br /&gt;</w:t>
        <w:br/>
        <w:t>Народились. Як на мене,&lt;br /&gt;</w:t>
        <w:br/>
        <w:t>То вже доля. Клорілене,&lt;br /&gt;</w:t>
        <w:br/>
        <w:t>Ваша мати, а моя&lt;br /&gt;</w:t>
        <w:br/>
        <w:t>Тітка, — нині їй сія&lt;br /&gt;</w:t>
        <w:br/>
        <w:t>В небесах чертог священний, —&lt;br /&gt;</w:t>
        <w:br/>
        <w:t>Була старшою, а друга&lt;br /&gt;</w:t>
        <w:br/>
        <w:t>Тітка ваша й моя мати, —&lt;br /&gt;</w:t>
        <w:br/>
        <w:t>Хай не сниться їй недуга, —&lt;br /&gt;</w:t>
        <w:br/>
        <w:t>Ресісунда її звати,&lt;br /&gt;</w:t>
        <w:br/>
        <w:t>Шлюб взяла, знайшовши друга&lt;br /&gt;</w:t>
        <w:br/>
        <w:t>У Московії; і там&lt;br /&gt;</w:t>
        <w:br/>
        <w:t>Я зродивсь. Про те, що скоро&lt;br /&gt;</w:t>
        <w:br/>
        <w:t>Буде тут, скажу я вам.&lt;br /&gt;</w:t>
        <w:br/>
        <w:t>Вже Басиліо, сеньйоро,&lt;br /&gt;</w:t>
        <w:br/>
        <w:t>Як і всі ми, своїм літам&lt;br /&gt;</w:t>
        <w:br/>
        <w:t>Піддається, більше схильний&lt;br /&gt;</w:t>
        <w:br/>
        <w:t>До наук, ніж, хоч і вільний,&lt;br /&gt;</w:t>
        <w:br/>
        <w:t>До жінок; він без дітей&lt;br /&gt;</w:t>
        <w:br/>
        <w:t>Овдовів; і ми на цей&lt;br /&gt;</w:t>
        <w:br/>
        <w:t>Трон могли б зійти всесильний.&lt;br /&gt;</w:t>
        <w:br/>
        <w:t>Ви народжені сестрою&lt;br /&gt;</w:t>
        <w:br/>
        <w:t>Старшою, та я тепер&lt;br /&gt;</w:t>
        <w:br/>
        <w:t>Тут як син перед дочкою,&lt;br /&gt;</w:t>
        <w:br/>
        <w:t>Хоч від меншої з сестер,&lt;br /&gt;</w:t>
        <w:br/>
        <w:t>Першість маю за собою.&lt;br /&gt;</w:t>
        <w:br/>
        <w:t>Про ваш намір і про мій&lt;br /&gt;</w:t>
        <w:br/>
        <w:t>Ми вже дядькові сказали,&lt;br /&gt;</w:t>
        <w:br/>
        <w:t>Тож сьогодні він, благий,&lt;br /&gt;</w:t>
        <w:br/>
        <w:t>Зробить те, що ми прохали,&lt;br /&gt;</w:t>
        <w:br/>
        <w:t>І розсудить нас мерщій.&lt;br /&gt;</w:t>
        <w:br/>
        <w:t>З цею я прийшов метою&lt;br /&gt;</w:t>
        <w:br/>
        <w:t>Із Московії сюди;&lt;br /&gt;</w:t>
        <w:br/>
        <w:t>Не грозив я вам війною,&lt;br /&gt;</w:t>
        <w:br/>
        <w:t>Але, як тут не суди,&lt;br /&gt;</w:t>
        <w:br/>
        <w:t>Ви ж воюєте зі мною.&lt;br /&gt;</w:t>
        <w:br/>
        <w:t>О, як хочеться мені,&lt;br /&gt;</w:t>
        <w:br/>
        <w:t>Щоб народ, астролог мудрий,&lt;br /&gt;</w:t>
        <w:br/>
        <w:t>Провістив, що жде в ці дні&lt;br /&gt;</w:t>
        <w:br/>
        <w:t>Нас обох, що з нами буде,&lt;br /&gt;</w:t>
        <w:br/>
        <w:t>Щоб ви стали по війні&lt;br /&gt;</w:t>
        <w:br/>
        <w:t>Королевою й корону&lt;br /&gt;</w:t>
        <w:br/>
        <w:t>Дядько вам віддав свою,&lt;br /&gt;</w:t>
        <w:br/>
        <w:t>Щоб дістали по закону&lt;br /&gt;</w:t>
        <w:br/>
        <w:t>Ви імперію й мою&lt;br /&gt;</w:t>
        <w:br/>
        <w:t>Вірну вам любов до скону.</w:t>
      </w:r>
    </w:p>
    <w:p>
      <w:r>
        <w:br/>
        <w:t>Естрелья&lt;br /&gt;</w:t>
        <w:br/>
        <w:t>Це лиц&amp;#225;рство і хвала&lt;br /&gt;</w:t>
        <w:br/>
        <w:t>Змушують мене сказати,&lt;br /&gt;</w:t>
        <w:br/>
        <w:t>Що хотіла б я, незла,&lt;br /&gt;</w:t>
        <w:br/>
        <w:t>Вам імперію віддати,&lt;br /&gt;</w:t>
        <w:br/>
        <w:t>Щоб моєю теж була;&lt;br /&gt;</w:t>
        <w:br/>
        <w:t>Хоч любов свою гарячу&lt;br /&gt;</w:t>
        <w:br/>
        <w:t>Вам звіряю й свій секрет,&lt;br /&gt;</w:t>
        <w:br/>
        <w:t>Все ж боюсь за вашу вдачу,&lt;br /&gt;</w:t>
        <w:br/>
        <w:t>Вас бо зраджує портрет,&lt;br /&gt;</w:t>
        <w:br/>
        <w:t>Що на ваших грудях бачу.</w:t>
      </w:r>
    </w:p>
    <w:p>
      <w:r>
        <w:br/>
        <w:t>Астольфо&lt;br /&gt;</w:t>
        <w:br/>
        <w:t>Про свій намір у свій час&lt;br /&gt;</w:t>
        <w:br/>
        <w:t>Вам скажу, бо не підходить&lt;br /&gt;</w:t>
        <w:br/>
        <w:t>Місце й вадить сурем глас,&lt;br /&gt;</w:t>
        <w:br/>
        <w:t>(За сценою грають сурми)&lt;br /&gt;</w:t>
        <w:br/>
        <w:t>Що вістять — король виходить&lt;br /&gt;</w:t>
        <w:br/>
        <w:t>Із вельможами до нас.</w:t>
      </w:r>
    </w:p>
    <w:p>
      <w:r>
        <w:br/>
        <w:t>Сцена шоста</w:t>
      </w:r>
    </w:p>
    <w:p>
      <w:r>
        <w:br/>
        <w:t>Входить король Басиліо із своїм почтом.</w:t>
      </w:r>
    </w:p>
    <w:p>
      <w:r>
        <w:br/>
        <w:t>Естрелья&lt;br /&gt;</w:t>
        <w:br/>
        <w:t>Мудрий Фалес…</w:t>
      </w:r>
    </w:p>
    <w:p>
      <w:r>
        <w:br/>
        <w:t>Астольфо&lt;br /&gt;</w:t>
        <w:br/>
        <w:t>Наш Евклід10…</w:t>
      </w:r>
    </w:p>
    <w:p>
      <w:r>
        <w:br/>
        <w:t>Естрелья&lt;br /&gt;</w:t>
        <w:br/>
        <w:t>Що світилами…</w:t>
      </w:r>
    </w:p>
    <w:p>
      <w:r>
        <w:br/>
        <w:t>Астольфо&lt;br /&gt;</w:t>
        <w:br/>
        <w:t>й зірками…</w:t>
      </w:r>
    </w:p>
    <w:p>
      <w:r>
        <w:br/>
        <w:t>Естрелья&lt;br /&gt;</w:t>
        <w:br/>
        <w:t>Славно правиш…</w:t>
      </w:r>
    </w:p>
    <w:p>
      <w:r>
        <w:br/>
        <w:t>Астольфо&lt;br /&gt;</w:t>
        <w:br/>
        <w:t>стільки літ…</w:t>
      </w:r>
    </w:p>
    <w:p>
      <w:r>
        <w:br/>
        <w:t>Естрелья&lt;br /&gt;</w:t>
        <w:br/>
        <w:t>І за знаками…</w:t>
      </w:r>
    </w:p>
    <w:p>
      <w:r>
        <w:br/>
        <w:t>Астольфо&lt;br /&gt;</w:t>
        <w:br/>
        <w:t>й значками…</w:t>
      </w:r>
    </w:p>
    <w:p>
      <w:r>
        <w:br/>
        <w:t>Естрелья&lt;br /&gt;</w:t>
        <w:br/>
        <w:t>Визначаєш…</w:t>
      </w:r>
    </w:p>
    <w:p>
      <w:r>
        <w:br/>
        <w:t>Астольфо&lt;br /&gt;</w:t>
        <w:br/>
        <w:t>їхній хід…</w:t>
      </w:r>
    </w:p>
    <w:p>
      <w:r>
        <w:br/>
        <w:t>Естрелья&lt;br /&gt;</w:t>
        <w:br/>
        <w:t>О, дозволь після розлуки…</w:t>
      </w:r>
    </w:p>
    <w:p>
      <w:r>
        <w:br/>
        <w:t>Астольфо&lt;br /&gt;</w:t>
        <w:br/>
        <w:t>О, дозволь після розпуки…</w:t>
      </w:r>
    </w:p>
    <w:p>
      <w:r>
        <w:br/>
        <w:t>Естрелья&lt;br /&gt;</w:t>
        <w:br/>
        <w:t>Обів’юсь плющем круг стану…</w:t>
      </w:r>
    </w:p>
    <w:p>
      <w:r>
        <w:br/>
        <w:t>Астольфо&lt;br /&gt;</w:t>
        <w:br/>
        <w:t>На коліна тут я стану.</w:t>
      </w:r>
    </w:p>
    <w:p>
      <w:r>
        <w:br/>
        <w:t>Басиліо&lt;br /&gt;</w:t>
        <w:br/>
        <w:t>Небожата, дайте руки&lt;br /&gt;</w:t>
        <w:br/>
        <w:t>І повірте, я вже знаю&lt;br /&gt;</w:t>
        <w:br/>
        <w:t>Вашу вірність, крім усього,&lt;br /&gt;</w:t>
        <w:br/>
        <w:t>Королю й своєму краю,&lt;br /&gt;</w:t>
        <w:br/>
        <w:t>Тож, не кривдячи нікого,&lt;br /&gt;</w:t>
        <w:br/>
        <w:t>Вас обох я урівняю.&lt;br /&gt;</w:t>
        <w:br/>
        <w:t>Тим-то вам я довіряю&lt;br /&gt;</w:t>
        <w:br/>
        <w:t>Справу нелегку й прохаю&lt;br /&gt;</w:t>
        <w:br/>
        <w:t>Тихо вислухать мене,&lt;br /&gt;</w:t>
        <w:br/>
        <w:t>Адже йдеться про складне,&lt;br /&gt;</w:t>
        <w:br/>
        <w:t>Що здивує вас без краю.&lt;br /&gt;</w:t>
        <w:br/>
        <w:t>Мій небоже і небого,&lt;br /&gt;</w:t>
        <w:br/>
        <w:t>Двір Полонії преславний,&lt;br /&gt;</w:t>
        <w:br/>
        <w:t>Ленники, васали й друзі,&lt;br /&gt;</w:t>
        <w:br/>
        <w:t>Важусь я на чин державний.&lt;br /&gt;</w:t>
        <w:br/>
        <w:t>Ви вже знаєте, що в світі&lt;br /&gt;</w:t>
        <w:br/>
        <w:t>Працею, а не указом,&lt;br /&gt;</w:t>
        <w:br/>
        <w:t>Заслужив я вчений ступінь,&lt;br /&gt;</w:t>
        <w:br/>
        <w:t>Що, змагаючись із часом,&lt;br /&gt;</w:t>
        <w:br/>
        <w:t>Пензлі нинішніх Тімантів,&lt;br /&gt;</w:t>
        <w:br/>
        <w:t>Мармури нових Лісіппів11&lt;br /&gt;</w:t>
        <w:br/>
        <w:t>Вже Басиліо великим&lt;br /&gt;</w:t>
        <w:br/>
        <w:t>(Що ж, мені цей жереб випав)&lt;br /&gt;</w:t>
        <w:br/>
        <w:t>Тут мене проголосили.&lt;br /&gt;</w:t>
        <w:br/>
        <w:t>Ви вже знаєте, шаную&lt;br /&gt;</w:t>
        <w:br/>
        <w:t>Я науки, особливо&lt;br /&gt;</w:t>
        <w:br/>
        <w:t>Математику ясную,&lt;br /&gt;</w:t>
        <w:br/>
        <w:t>Через що я відриваю&lt;br /&gt;</w:t>
        <w:br/>
        <w:t>Час від слави й справ поточних,&lt;br /&gt;</w:t>
        <w:br/>
        <w:t>Щоб навчатися щоденно;&lt;br /&gt;</w:t>
        <w:br/>
        <w:t>Гляну — й по таблицях точних&lt;br /&gt;</w:t>
        <w:br/>
        <w:t>У віках прийдешніх бачу&lt;br /&gt;</w:t>
        <w:br/>
        <w:t>Стільки різного й нового,&lt;br /&gt;</w:t>
        <w:br/>
        <w:t>Що, здолавши час, про все це&lt;br /&gt;</w:t>
        <w:br/>
        <w:t>Я кажу раніш за нього.&lt;br /&gt;</w:t>
        <w:br/>
        <w:t>Ті високі зводи сніжні,&lt;br /&gt;</w:t>
        <w:br/>
        <w:t>Ті скляні дахи безкраї,&lt;br /&gt;</w:t>
        <w:br/>
        <w:t>Що їх сонце осяває,&lt;br /&gt;</w:t>
        <w:br/>
        <w:t>Що серпом їх місяць крає;&lt;br /&gt;</w:t>
        <w:br/>
        <w:t>Ті пливкі алмазні сфери,&lt;br /&gt;</w:t>
        <w:br/>
        <w:t>Ті тремкі криштальні арки,&lt;br /&gt;</w:t>
        <w:br/>
        <w:t>Що їх зорі прикрашають&lt;br /&gt;</w:t>
        <w:br/>
        <w:t>І таємні повнять знаки, —&lt;br /&gt;</w:t>
        <w:br/>
        <w:t>Це найбільша із наук&lt;br /&gt;</w:t>
        <w:br/>
        <w:t>Моїх років, книг священних,&lt;br /&gt;</w:t>
        <w:br/>
        <w:t>Де на сторінках сапфірних,&lt;br /&gt;</w:t>
        <w:br/>
        <w:t>В вічних зшитках незнищенних&lt;br /&gt;</w:t>
        <w:br/>
        <w:t>Пише прямо і нерівно&lt;br /&gt;</w:t>
        <w:br/>
        <w:t>Літерами золотими&lt;br /&gt;</w:t>
        <w:br/>
        <w:t>Небо наші щасні долі&lt;br /&gt;</w:t>
        <w:br/>
        <w:t>І зрадливі разом з ними.&lt;br /&gt;</w:t>
        <w:br/>
        <w:t>Я так бистро їх читаю,&lt;br /&gt;</w:t>
        <w:br/>
        <w:t>Що простежую душею&lt;br /&gt;</w:t>
        <w:br/>
        <w:t>За їх рухами швидкими&lt;br /&gt;</w:t>
        <w:br/>
        <w:t>По дорогах над землею.&lt;br /&gt;</w:t>
        <w:br/>
        <w:t>Краще б небо повеліло,&lt;br /&gt;</w:t>
        <w:br/>
        <w:t>Щоб раніше, ніж мій геній&lt;br /&gt;</w:t>
        <w:br/>
        <w:t>Розтлумачив їх нотатки&lt;br /&gt;</w:t>
        <w:br/>
        <w:t>І їх аркуші знаменні,&lt;br /&gt;</w:t>
        <w:br/>
        <w:t>Я життя своє утратив,&lt;br /&gt;</w:t>
        <w:br/>
        <w:t>Впавши жертвою страшною&lt;br /&gt;</w:t>
        <w:br/>
        <w:t>Його гніву, щоб не сталась&lt;br /&gt;</w:t>
        <w:br/>
        <w:t>Ця трагедія зі мною,&lt;br /&gt;</w:t>
        <w:br/>
        <w:t>Бо ж і розум тут гостріший&lt;br /&gt;</w:t>
        <w:br/>
        <w:t>За ножа для нещасливця,&lt;br /&gt;</w:t>
        <w:br/>
        <w:t>Адже той, кому знання&lt;br /&gt;</w:t>
        <w:br/>
        <w:t>Чинять шкоду, — самовбивця!&lt;br /&gt;</w:t>
        <w:br/>
        <w:t>Так скажу, та скажуть ліпше&lt;br /&gt;</w:t>
        <w:br/>
        <w:t>Мої успіхи й діяння,&lt;br /&gt;</w:t>
        <w:br/>
        <w:t>Прошу тиші, щоб почули&lt;br /&gt;</w:t>
        <w:br/>
        <w:t>Ви про них оповідання.&lt;br /&gt;</w:t>
        <w:br/>
        <w:t>Королева Клорілене&lt;br /&gt;</w:t>
        <w:br/>
        <w:t>Народила мені сина,&lt;br /&gt;</w:t>
        <w:br/>
        <w:t>У якому проявила&lt;br /&gt;</w:t>
        <w:br/>
        <w:t>Чудеса небесна сила.&lt;br /&gt;</w:t>
        <w:br/>
        <w:t>Перед тим, як із живого&lt;br /&gt;</w:t>
        <w:br/>
        <w:t>Вийти склепу й світло боже&lt;br /&gt;</w:t>
        <w:br/>
        <w:t>Взріти (адже народитись&lt;br /&gt;</w:t>
        <w:br/>
        <w:t>І померти — це так схоже),&lt;br /&gt;</w:t>
        <w:br/>
        <w:t>Він з’являвся породіллі&lt;br /&gt;</w:t>
        <w:br/>
        <w:t>В снах і в мареннях червоно,&lt;br /&gt;</w:t>
        <w:br/>
        <w:t>І здавалось їй, що люто&lt;br /&gt;</w:t>
        <w:br/>
        <w:t>Розриває в неї лоно&lt;br /&gt;</w:t>
        <w:br/>
        <w:t>Дикий нелюд і, скрасившись&lt;br /&gt;</w:t>
        <w:br/>
        <w:t>І крові її пролитій,&lt;br /&gt;</w:t>
        <w:br/>
        <w:t>Смерть несе їй, народившись,&lt;br /&gt;</w:t>
        <w:br/>
        <w:t>Людське чудище століття.&lt;br /&gt;</w:t>
        <w:br/>
        <w:t>Наближався день пологів,&lt;br /&gt;</w:t>
        <w:br/>
        <w:t>І збулось лихе, о доле,&lt;br /&gt;</w:t>
        <w:br/>
        <w:t>Бо жорстокі передвістя&lt;br /&gt;</w:t>
        <w:br/>
        <w:t>Не обманюють ніколи.&lt;br /&gt;</w:t>
        <w:br/>
        <w:t>Він знайшовсь за гороскопом&lt;br /&gt;</w:t>
        <w:br/>
        <w:t>За таким, що днини тої,&lt;br /&gt;</w:t>
        <w:br/>
        <w:t>Кров ллючи, стялося сонце&lt;br /&gt;</w:t>
        <w:br/>
        <w:t>З місяцем в жахнім двобої.&lt;br /&gt;</w:t>
        <w:br/>
        <w:t>За бар’єр обравши землю,&lt;br /&gt;</w:t>
        <w:br/>
        <w:t>Двоє світичів небесних&lt;br /&gt;</w:t>
        <w:br/>
        <w:t>Бились, промені схрестивши,&lt;br /&gt;</w:t>
        <w:br/>
        <w:t>Як на шаблях величезних.&lt;br /&gt;</w:t>
        <w:br/>
        <w:t>Це затемнення жахливе,&lt;br /&gt;</w:t>
        <w:br/>
        <w:t>Що зазнало сонце знову&lt;br /&gt;</w:t>
        <w:br/>
        <w:t>Після того, коли кров’ю&lt;br /&gt;</w:t>
        <w:br/>
        <w:t>Смерть оплакало Христову,&lt;br /&gt;</w:t>
        <w:br/>
        <w:t>Сталось, бухало пожаром,&lt;br /&gt;</w:t>
        <w:br/>
        <w:t>Аж здавалося, що візьме&lt;br /&gt;</w:t>
        <w:br/>
        <w:t>І заб’ється вмить світило&lt;br /&gt;</w:t>
        <w:br/>
        <w:t>Ув останнім пароксизмі.&lt;br /&gt;</w:t>
        <w:br/>
        <w:t>Небеса покрились млою&lt;br /&gt;</w:t>
        <w:br/>
        <w:t>І тряслись доми великі,&lt;br /&gt;</w:t>
        <w:br/>
        <w:t>Хмари плакали камінням&lt;br /&gt;</w:t>
        <w:br/>
        <w:t>І спливали кров’ю ріки.&lt;br /&gt;</w:t>
        <w:br/>
        <w:t>Цього ж дня, що з болю корчивсь,&lt;br /&gt;</w:t>
        <w:br/>
        <w:t>Жару сонячного повен,&lt;br /&gt;</w:t>
        <w:br/>
        <w:t>Сехисмундо народився,&lt;br /&gt;</w:t>
        <w:br/>
        <w:t>Зразу всім явивши хто він.&lt;br /&gt;</w:t>
        <w:br/>
        <w:t>Смерть матусі заподіяв&lt;br /&gt;</w:t>
        <w:br/>
        <w:t>Мов сказав несамовитий:&lt;br /&gt;</w:t>
        <w:br/>
        <w:t>"Я — людина, бо почав я&lt;br /&gt;</w:t>
        <w:br/>
        <w:t>За добро вже злом платити".&lt;br /&gt;</w:t>
        <w:br/>
        <w:t>До своїх звернувшись студій,&lt;br /&gt;</w:t>
        <w:br/>
        <w:t>Я узрів у всьому з жалем&lt;br /&gt;</w:t>
        <w:br/>
        <w:t>Те, що буде Сехисмундо&lt;br /&gt;</w:t>
        <w:br/>
        <w:t>Чоловіком вкрай зухвалим,&lt;br /&gt;</w:t>
        <w:br/>
        <w:t>Принцем-кривдником жорстоким&lt;br /&gt;</w:t>
        <w:br/>
        <w:t>І монархом нечестивим,&lt;br /&gt;</w:t>
        <w:br/>
        <w:t>За якого королівство&lt;br /&gt;</w:t>
        <w:br/>
        <w:t>Стане розбратом злостивим,&lt;br /&gt;</w:t>
        <w:br/>
        <w:t>Школою хвальби й пороків,&lt;br /&gt;</w:t>
        <w:br/>
        <w:t>Академією зради,&lt;br /&gt;</w:t>
        <w:br/>
        <w:t>А він сам, пойнятий шалом,&lt;br /&gt;</w:t>
        <w:br/>
        <w:t>Серед злочинів і звади,&lt;br /&gt;</w:t>
        <w:br/>
        <w:t>Має тут мене звалити,&lt;br /&gt;</w:t>
        <w:br/>
        <w:t>І себе, хоч я правую,&lt;br /&gt;</w:t>
        <w:br/>
        <w:t>Біля ніг його побачу&lt;br /&gt;</w:t>
        <w:br/>
        <w:t>(Це із соромом кажу я!),&lt;br /&gt;</w:t>
        <w:br/>
        <w:t>І мої сивини стануть&lt;br /&gt;</w:t>
        <w:br/>
        <w:t>Для ступнів йому за килим.&lt;br /&gt;</w:t>
        <w:br/>
        <w:t>Хто не вірить злу, коли&lt;br /&gt;</w:t>
        <w:br/>
        <w:t>Зло постало зрозумілим&lt;br /&gt;</w:t>
        <w:br/>
        <w:t>З його студій, що він робить&lt;br /&gt;</w:t>
        <w:br/>
        <w:t>Із любові та потреби?&lt;br /&gt;</w:t>
        <w:br/>
        <w:t>Тож, повіривши у долю,&lt;br /&gt;</w:t>
        <w:br/>
        <w:t>Що мені явило небо&lt;br /&gt;</w:t>
        <w:br/>
        <w:t>Віщуваннями лихими&lt;br /&gt;</w:t>
        <w:br/>
        <w:t>І майбутньою бідою,&lt;br /&gt;</w:t>
        <w:br/>
        <w:t>Я рішився ув’язнити&lt;br /&gt;</w:t>
        <w:br/>
        <w:t>Звіра, зродженого мною,&lt;br /&gt;</w:t>
        <w:br/>
        <w:t>Щоб довідатись, чи мудрий&lt;br /&gt;</w:t>
        <w:br/>
        <w:t>Має владу над зірками.&lt;br /&gt;</w:t>
        <w:br/>
        <w:t>Сповістити, що знайшовся&lt;br /&gt;</w:t>
        <w:br/>
        <w:t>Мертвим принц, і в день той самий&lt;br /&gt;</w:t>
        <w:br/>
        <w:t>Я звелів поставить вежу&lt;br /&gt;</w:t>
        <w:br/>
        <w:t>Серед лісу і каміння&lt;br /&gt;</w:t>
        <w:br/>
        <w:t>У цих горах, де б наледве&lt;br /&gt;</w:t>
        <w:br/>
        <w:t>Пробивалося проміння&lt;br /&gt;</w:t>
        <w:br/>
        <w:t>Через вхід, що брили грубі&lt;br /&gt;</w:t>
        <w:br/>
        <w:t>Загороджують велично.&lt;br /&gt;</w:t>
        <w:br/>
        <w:t>Заборону там з’являтись&lt;br /&gt;</w:t>
        <w:br/>
        <w:t>Об’явили ми публічно,&lt;br /&gt;</w:t>
        <w:br/>
        <w:t>Як і ту сувору кару, —&lt;br /&gt;</w:t>
        <w:br/>
        <w:t>Це закон, а не безправ’я.&lt;br /&gt;</w:t>
        <w:br/>
        <w:t>Про причини, чом так сталось,&lt;br /&gt;</w:t>
        <w:br/>
        <w:t>Вам, підданці, розказав я.&lt;br /&gt;</w:t>
        <w:br/>
        <w:t>Там живе наш Сехисмундо,&lt;br /&gt;</w:t>
        <w:br/>
        <w:t>Нещасливець полонений,&lt;br /&gt;</w:t>
        <w:br/>
        <w:t>Де лише один Клотальдо&lt;br /&gt;</w:t>
        <w:br/>
        <w:t>Спілкувався з ним і, вчений,&lt;br /&gt;</w:t>
        <w:br/>
        <w:t>Викладав йому науки,&lt;br /&gt;</w:t>
        <w:br/>
        <w:t>Католицького закону&lt;br /&gt;</w:t>
        <w:br/>
        <w:t>Вчив так само, бувши свідком&lt;br /&gt;</w:t>
        <w:br/>
        <w:t>Його злигоднів у всьому.&lt;br /&gt;</w:t>
        <w:br/>
        <w:t>Тут є три задачі; перша:&lt;br /&gt;</w:t>
        <w:br/>
        <w:t>Так шаную гордовиту&lt;br /&gt;</w:t>
        <w:br/>
        <w:t>Я Полонію, що хочу&lt;br /&gt;</w:t>
        <w:br/>
        <w:t>Вас звільнить від служби й гніту&lt;br /&gt;</w:t>
        <w:br/>
        <w:t>Короля-тирана; був би&lt;br /&gt;</w:t>
        <w:br/>
        <w:t>Не сеньйор я, щоб країну&lt;br /&gt;</w:t>
        <w:br/>
        <w:t>До такої небезпеки&lt;br /&gt;</w:t>
        <w:br/>
        <w:t>Привести свою єдину.&lt;br /&gt;</w:t>
        <w:br/>
        <w:t>Друга: просто так позбавить&lt;br /&gt;</w:t>
        <w:br/>
        <w:t>Спадкоємця кров од крові&lt;br /&gt;</w:t>
        <w:br/>
        <w:t>Небом посланого права,&lt;br /&gt;</w:t>
        <w:br/>
        <w:t>Непохитного в основі, —&lt;br /&gt;</w:t>
        <w:br/>
        <w:t>Це не християнська милість;&lt;br /&gt;</w:t>
        <w:br/>
        <w:t>Жоден-бо закон при цьому&lt;br /&gt;</w:t>
        <w:br/>
        <w:t>Не говорить щоб, не давши&lt;br /&gt;</w:t>
        <w:br/>
        <w:t>Йому змоги, стать самому&lt;br /&gt;</w:t>
        <w:br/>
        <w:t>Злим тираном, то й дізнавшись,&lt;br /&gt;</w:t>
        <w:br/>
        <w:t>Що мій син тиран неситий&lt;br /&gt;</w:t>
        <w:br/>
        <w:t>І на злочини зугарний, —&lt;br /&gt;</w:t>
        <w:br/>
        <w:t>Я не буду їх чинити.&lt;br /&gt;</w:t>
        <w:br/>
        <w:t>Третя з них і вже остання, —&lt;br /&gt;</w:t>
        <w:br/>
        <w:t>Бачу помилку в тому,&lt;br /&gt;</w:t>
        <w:br/>
        <w:t>Що повірили так легко&lt;br /&gt;</w:t>
        <w:br/>
        <w:t>Ми провіщенню лихому;&lt;br /&gt;</w:t>
        <w:br/>
        <w:t>Хоч його сама природа&lt;br /&gt;</w:t>
        <w:br/>
        <w:t>Спонукала до пороку,&lt;br /&gt;</w:t>
        <w:br/>
        <w:t>Він же міг його уникнуть,&lt;br /&gt;</w:t>
        <w:br/>
        <w:t>Долю виправить жорстоку,&lt;br /&gt;</w:t>
        <w:br/>
        <w:t>Бо нестримність і зловісний&lt;br /&gt;</w:t>
        <w:br/>
        <w:t>Блиск зорі на небосхилі&lt;br /&gt;</w:t>
        <w:br/>
        <w:t>Долю нам лише згинають,&lt;br /&gt;</w:t>
        <w:br/>
        <w:t>Та зламать її не в силі.&lt;br /&gt;</w:t>
        <w:br/>
        <w:t>Отже, все обміркувавши,&lt;br /&gt;</w:t>
        <w:br/>
        <w:t>Зваживши на всі причини,&lt;br /&gt;</w:t>
        <w:br/>
        <w:t>Я до висновку прийшов,&lt;br /&gt;</w:t>
        <w:br/>
        <w:t>Що здивує вас, єдиний.&lt;br /&gt;</w:t>
        <w:br/>
        <w:t>Завтра, щоб не знав, що рідний&lt;br /&gt;</w:t>
        <w:br/>
        <w:t>Він мій син і ваш владика,&lt;br /&gt;</w:t>
        <w:br/>
        <w:t>Посаджу я Сехисмундо&lt;br /&gt;</w:t>
        <w:br/>
        <w:t>(Це ж подія, і велика!)&lt;br /&gt;</w:t>
        <w:br/>
        <w:t>В королівському палаці&lt;br /&gt;</w:t>
        <w:br/>
        <w:t>На своєму на престолі,&lt;br /&gt;</w:t>
        <w:br/>
        <w:t>Де він вами буде править,&lt;br /&gt;</w:t>
        <w:br/>
        <w:t>Де йому по добрій волі&lt;br /&gt;</w:t>
        <w:br/>
        <w:t>Всі на вірність присягнете;&lt;br /&gt;</w:t>
        <w:br/>
        <w:t>Таким чином по порядку&lt;br /&gt;</w:t>
        <w:br/>
        <w:t>Розв’яжу я три задачі,&lt;br /&gt;</w:t>
        <w:br/>
        <w:t>Про які казав спочатку.&lt;br /&gt;</w:t>
        <w:br/>
        <w:t>Перша з них, — якщо він буде&lt;br /&gt;</w:t>
        <w:br/>
        <w:t>Мудрий з вами й справедливий,&lt;br /&gt;</w:t>
        <w:br/>
        <w:t>Подолавши передвістя,&lt;br /&gt;</w:t>
        <w:br/>
        <w:t>Про яке тут чули всі ви, —&lt;br /&gt;</w:t>
        <w:br/>
        <w:t>То здобудете законно&lt;br /&gt;</w:t>
        <w:br/>
        <w:t>Принца, що недолю звідав,&lt;br /&gt;</w:t>
        <w:br/>
        <w:t>Мав за двір і почет гори,&lt;br /&gt;</w:t>
        <w:br/>
        <w:t>Ну, а звірів — за сусідів.&lt;br /&gt;</w:t>
        <w:br/>
        <w:t>Друга. Тож, якщо зухвалий,&lt;br /&gt;</w:t>
        <w:br/>
        <w:t>Тішачи пиху жорстоку,&lt;br /&gt;</w:t>
        <w:br/>
        <w:t>Він помчиться без гнуздечки&lt;br /&gt;</w:t>
        <w:br/>
        <w:t>По шляху свого пороку, —&lt;br /&gt;</w:t>
        <w:br/>
        <w:t>Буду знову милосердним,&lt;br /&gt;</w:t>
        <w:br/>
        <w:t>Злу поставивши заслону;&lt;br /&gt;</w:t>
        <w:br/>
        <w:t>І, його лишивши спадку,&lt;br /&gt;</w:t>
        <w:br/>
        <w:t>Я вчиню все по закону,&lt;br /&gt;</w:t>
        <w:br/>
        <w:t>Бо вернуть його в темницю&lt;br /&gt;</w:t>
        <w:br/>
        <w:t>Не жорстокість, а покара.&lt;br /&gt;</w:t>
        <w:br/>
        <w:t>Ось і третя: якщо буде&lt;br /&gt;</w:t>
        <w:br/>
        <w:t>Принц таким, немов почвара, —&lt;br /&gt;</w:t>
        <w:br/>
        <w:t>Вас шануючи, васали,&lt;br /&gt;</w:t>
        <w:br/>
        <w:t>Дам я вам державців, гідних&lt;br /&gt;</w:t>
        <w:br/>
        <w:t>Цього скіпетра й корони;&lt;br /&gt;</w:t>
        <w:br/>
        <w:t>Тож, як престолонаслідних&lt;br /&gt;</w:t>
        <w:br/>
        <w:t>Небожа й небогу в шлюбі&lt;br /&gt;</w:t>
        <w:br/>
        <w:t>Королівському з’єднаю,&lt;br /&gt;</w:t>
        <w:br/>
        <w:t>Справедливість учинивши&lt;br /&gt;</w:t>
        <w:br/>
        <w:t>По законнім обич&amp;#225;ю.&lt;br /&gt;</w:t>
        <w:br/>
        <w:t>Це велю вам як король,&lt;br /&gt;</w:t>
        <w:br/>
        <w:t>Це як батько вас прошу я,&lt;br /&gt;</w:t>
        <w:br/>
        <w:t>Це як вчений вас прохаю,&lt;br /&gt;</w:t>
        <w:br/>
        <w:t>Це як старший вам кажу я;&lt;br /&gt;</w:t>
        <w:br/>
        <w:t>І, якщо сказав Сенека&lt;br /&gt;</w:t>
        <w:br/>
        <w:t>Нам іспанський12, що для краю&lt;br /&gt;</w:t>
        <w:br/>
        <w:t>Рідного король — це раб,&lt;br /&gt;</w:t>
        <w:br/>
        <w:t>То як раб я вас благаю.</w:t>
      </w:r>
    </w:p>
    <w:p>
      <w:r>
        <w:br/>
        <w:t>Астольфо&lt;br /&gt;</w:t>
        <w:br/>
        <w:t>Що ж до мене, то я маю&lt;br /&gt;</w:t>
        <w:br/>
        <w:t>Дать одвіт на все, що чую,&lt;br /&gt;</w:t>
        <w:br/>
        <w:t>Що мене тут зачіпає,&lt;br /&gt;</w:t>
        <w:br/>
        <w:t>І тому за всіх скажу я:&lt;br /&gt;</w:t>
        <w:br/>
        <w:t>Хай приходить Сехисмундо,&lt;br /&gt;</w:t>
        <w:br/>
        <w:t>Він твій син, ми так і кажем.</w:t>
      </w:r>
    </w:p>
    <w:p>
      <w:r>
        <w:br/>
        <w:t>Всі&lt;br /&gt;</w:t>
        <w:br/>
        <w:t>Це наш принц, верни нам принца,&lt;br /&gt;</w:t>
        <w:br/>
        <w:t>Королем він буде нашим.</w:t>
      </w:r>
    </w:p>
    <w:p>
      <w:r>
        <w:br/>
        <w:t>Басиліо&lt;br /&gt;</w:t>
        <w:br/>
        <w:t>Я вам дякую, васали,&lt;br /&gt;</w:t>
        <w:br/>
        <w:t>За підтримку цю невтомну.&lt;br /&gt;</w:t>
        <w:br/>
        <w:t>Проведіть до їх покоїв&lt;br /&gt;</w:t>
        <w:br/>
        <w:t>Двох Атлантів мого трону13,&lt;br /&gt;</w:t>
        <w:br/>
        <w:t>Бо він завтра буде тут.</w:t>
      </w:r>
    </w:p>
    <w:p>
      <w:r>
        <w:br/>
        <w:t>Всі&lt;br /&gt;</w:t>
        <w:br/>
        <w:t>Честь Басиліо і слава!</w:t>
      </w:r>
    </w:p>
    <w:p>
      <w:r>
        <w:br/>
        <w:t>Всі виходять, супроводжуючи Естрелью і Астольфо; король залишається.</w:t>
      </w:r>
    </w:p>
    <w:p>
      <w:r>
        <w:br/>
        <w:t>Сцена сьома</w:t>
      </w:r>
    </w:p>
    <w:p>
      <w:r>
        <w:br/>
        <w:t>Входять Клотальдо, Росаура, Кларін</w:t>
      </w:r>
    </w:p>
    <w:p>
      <w:r>
        <w:br/>
        <w:t>Клотальдо (до короля)&lt;br /&gt;</w:t>
        <w:br/>
        <w:t>Можу я сказать?</w:t>
      </w:r>
    </w:p>
    <w:p>
      <w:r>
        <w:br/>
        <w:t>Басиліо&lt;br /&gt;</w:t>
        <w:br/>
        <w:t>Клотальдо,&lt;br /&gt;</w:t>
        <w:br/>
        <w:t>Вчасна ця твоя поява.</w:t>
      </w:r>
    </w:p>
    <w:p>
      <w:r>
        <w:br/>
        <w:t>Клотальдо&lt;br /&gt;</w:t>
        <w:br/>
        <w:t>Хоч тобі до ніг впадаю&lt;br /&gt;</w:t>
        <w:br/>
        <w:t>І твою сповняю волю,&lt;br /&gt;</w:t>
        <w:br/>
        <w:t>Я, сеньйоре, цього разу&lt;br /&gt;</w:t>
        <w:br/>
        <w:t>Здався на мінливу долю&lt;br /&gt;</w:t>
        <w:br/>
        <w:t>І порушив твій закон,&lt;br /&gt;</w:t>
        <w:br/>
        <w:t>Акти, що для всіх писались.</w:t>
      </w:r>
    </w:p>
    <w:p>
      <w:r>
        <w:br/>
        <w:t>Басиліо&lt;br /&gt;</w:t>
        <w:br/>
        <w:t>Що таке?</w:t>
      </w:r>
    </w:p>
    <w:p>
      <w:r>
        <w:br/>
        <w:t>Клотальдо&lt;br /&gt;</w:t>
        <w:br/>
        <w:t>Оте нещастя,&lt;br /&gt;</w:t>
        <w:br/>
        <w:t>Що мені, сеньйоре, сталось,&lt;br /&gt;</w:t>
        <w:br/>
        <w:t>Попри все, могло б і радість&lt;br /&gt;</w:t>
        <w:br/>
        <w:t>Незміриму дарувати.</w:t>
      </w:r>
    </w:p>
    <w:p>
      <w:r>
        <w:br/>
        <w:t>Басиліо&lt;br /&gt;</w:t>
        <w:br/>
        <w:t>Ну, продовжуй.</w:t>
      </w:r>
    </w:p>
    <w:p>
      <w:r>
        <w:br/>
        <w:t>Клотальдо&lt;br /&gt;</w:t>
        <w:br/>
        <w:t>Цей сміливець,&lt;br /&gt;</w:t>
        <w:br/>
        <w:t>Юний, гордий і завзятий,&lt;br /&gt;</w:t>
        <w:br/>
        <w:t>Увійшов до вежі й принца&lt;br /&gt;</w:t>
        <w:br/>
        <w:t>Бачив нашого у ній же,&lt;br /&gt;</w:t>
        <w:br/>
        <w:t>Значить…</w:t>
      </w:r>
    </w:p>
    <w:p>
      <w:r>
        <w:br/>
        <w:t>Басиліо&lt;br /&gt;</w:t>
        <w:br/>
        <w:t>Не журись, Клотальдо.&lt;br /&gt;</w:t>
        <w:br/>
        <w:t>Якби сталось це раніше,&lt;br /&gt;</w:t>
        <w:br/>
        <w:t>Не сьогодні, я б гнівився,&lt;br /&gt;</w:t>
        <w:br/>
        <w:t>Але сам розкрив я тайну,&lt;br /&gt;</w:t>
        <w:br/>
        <w:t>І байдуже, що він знає&lt;br /&gt;</w:t>
        <w:br/>
        <w:t>Річ відому та звичайну.&lt;br /&gt;</w:t>
        <w:br/>
        <w:t>Втім, зайди пізніш до мене,&lt;br /&gt;</w:t>
        <w:br/>
        <w:t>Я скажу тобі багато,&lt;br /&gt;</w:t>
        <w:br/>
        <w:t>І багато й ти мені&lt;br /&gt;</w:t>
        <w:br/>
        <w:t>Зробиш радо чи нерадо,&lt;br /&gt;</w:t>
        <w:br/>
        <w:t>Ставши рушієм подій,&lt;br /&gt;</w:t>
        <w:br/>
        <w:t>Що до цього світ не бачив;&lt;br /&gt;</w:t>
        <w:br/>
        <w:t>А цих в’язнів, за яких&lt;br /&gt;</w:t>
        <w:br/>
        <w:t>Ти боїшся, я пробачив&lt;br /&gt;</w:t>
        <w:br/>
        <w:t>Так, як і твою помилку.&lt;br /&gt;</w:t>
        <w:br/>
        <w:t>(Виходить)</w:t>
      </w:r>
    </w:p>
    <w:p>
      <w:r>
        <w:br/>
        <w:t>Клотальдо&lt;br /&gt;</w:t>
        <w:br/>
        <w:t>Вічно славен будь, сеньйоре!</w:t>
      </w:r>
    </w:p>
    <w:p>
      <w:r>
        <w:br/>
        <w:t>Сцена восьма</w:t>
      </w:r>
    </w:p>
    <w:p>
      <w:r>
        <w:br/>
        <w:t>Клотальдо (убік)&lt;br /&gt;</w:t>
        <w:br/>
        <w:t>Доля зглянулась над нами.&lt;br /&gt;</w:t>
        <w:br/>
        <w:t>Це мій син, о моя зоре,&lt;br /&gt;</w:t>
        <w:br/>
        <w:t>Не скажу йому про це.&lt;br /&gt;</w:t>
        <w:br/>
        <w:t>(До Росаури і Кларіна)&lt;br /&gt;</w:t>
        <w:br/>
        <w:t>Іноземці-пілігрими,&lt;br /&gt;</w:t>
        <w:br/>
        <w:t>Ви вже вільні.</w:t>
      </w:r>
    </w:p>
    <w:p>
      <w:r>
        <w:br/>
        <w:t>Росаура&lt;br /&gt;</w:t>
        <w:br/>
        <w:t>Я цілую&lt;br /&gt;</w:t>
        <w:br/>
        <w:t>Твої ноги.</w:t>
      </w:r>
    </w:p>
    <w:p>
      <w:r>
        <w:br/>
        <w:t>Кларін&lt;br /&gt;</w:t>
        <w:br/>
        <w:t>Я для рими&lt;br /&gt;</w:t>
        <w:br/>
        <w:t>Тільки трохи, бо двом друзям,&lt;br /&gt;</w:t>
        <w:br/>
        <w:t>Скільки літер тих — байдуже.</w:t>
      </w:r>
    </w:p>
    <w:p>
      <w:r>
        <w:br/>
        <w:t>Росаура&lt;br /&gt;</w:t>
        <w:br/>
        <w:t>Це ж ти дав мені життя,&lt;br /&gt;</w:t>
        <w:br/>
        <w:t>Той живу я славний муже,&lt;br /&gt;</w:t>
        <w:br/>
        <w:t>І тепер довічно буду&lt;br /&gt;</w:t>
        <w:br/>
        <w:t>Я твоїм рабом.</w:t>
      </w:r>
    </w:p>
    <w:p>
      <w:r>
        <w:br/>
        <w:t>Клотальдо&lt;br /&gt;</w:t>
        <w:br/>
        <w:t>Незгодний,&lt;br /&gt;</w:t>
        <w:br/>
        <w:t>Те, що дав я, — не життя,&lt;br /&gt;</w:t>
        <w:br/>
        <w:t>Адже той, хто благородний,&lt;br /&gt;</w:t>
        <w:br/>
        <w:t>Не живе після образи;&lt;br /&gt;</w:t>
        <w:br/>
        <w:t>Отже, ти сюди з’явився&lt;br /&gt;</w:t>
        <w:br/>
        <w:t>Відомстити за образу,&lt;br /&gt;</w:t>
        <w:br/>
        <w:t>Як сам кажеш, і змилився,&lt;br /&gt;</w:t>
        <w:br/>
        <w:t>Бо життя не дав тобі я,&lt;br /&gt;</w:t>
        <w:br/>
        <w:t>Ти й не взяв його з собою;&lt;br /&gt;</w:t>
        <w:br/>
        <w:t>Знай, життя нема без честі.&lt;br /&gt;</w:t>
        <w:br/>
        <w:t>(Убік)&lt;br /&gt;</w:t>
        <w:br/>
        <w:t>Так я дух йому озброю.</w:t>
      </w:r>
    </w:p>
    <w:p>
      <w:r>
        <w:br/>
        <w:t>Росаура&lt;br /&gt;</w:t>
        <w:br/>
        <w:t>Зізнаюсь, його не маю,&lt;br /&gt;</w:t>
        <w:br/>
        <w:t>Хоч отримую від тебе;&lt;br /&gt;</w:t>
        <w:br/>
        <w:t>Але помстою очищу&lt;br /&gt;</w:t>
        <w:br/>
        <w:t>Честь свою так, як і треба,&lt;br /&gt;</w:t>
        <w:br/>
        <w:t>Щоб життя моє потому,&lt;br /&gt;</w:t>
        <w:br/>
        <w:t>Як явлю свою відвагу,&lt;br /&gt;</w:t>
        <w:br/>
        <w:t>На твій дар було подібне.</w:t>
      </w:r>
    </w:p>
    <w:p>
      <w:r>
        <w:br/>
        <w:t>Клотальдо&lt;br /&gt;</w:t>
        <w:br/>
        <w:t>Тож візьми цю гостру шпагу,&lt;br /&gt;</w:t>
        <w:br/>
        <w:t>Що носив ти. Адже знаю,&lt;br /&gt;</w:t>
        <w:br/>
        <w:t>Її досить, щоб помститься,&lt;br /&gt;</w:t>
        <w:br/>
        <w:t>Кров’ю ворога омивши,&lt;br /&gt;</w:t>
        <w:br/>
        <w:t>Бо, моєю бувши, криця&lt;br /&gt;</w:t>
        <w:br/>
        <w:t>(Я кажу про ту хвилину,&lt;br /&gt;</w:t>
        <w:br/>
        <w:t>Як тримав я найміцнішу)&lt;br /&gt;</w:t>
        <w:br/>
        <w:t>Відомстить.</w:t>
      </w:r>
    </w:p>
    <w:p>
      <w:r>
        <w:br/>
        <w:t>Росаура&lt;br /&gt;</w:t>
        <w:br/>
        <w:t>Твоїм ім’ям&lt;br /&gt;</w:t>
        <w:br/>
        <w:t>Зброю вдруге я привішу&lt;br /&gt;</w:t>
        <w:br/>
        <w:t>І клянусь на ній, що грізно&lt;br /&gt;</w:t>
        <w:br/>
        <w:t>Відомщу, хоч ворог клятий&lt;br /&gt;</w:t>
        <w:br/>
        <w:t>І могутній.</w:t>
      </w:r>
    </w:p>
    <w:p>
      <w:r>
        <w:br/>
        <w:t>Клотальдо&lt;br /&gt;</w:t>
        <w:br/>
        <w:t>І впливовий?</w:t>
      </w:r>
    </w:p>
    <w:p>
      <w:r>
        <w:br/>
        <w:t>Росаура&lt;br /&gt;</w:t>
        <w:br/>
        <w:t>Я боюсь про це казати;&lt;br /&gt;</w:t>
        <w:br/>
        <w:t>Не тому, що я в твою&lt;br /&gt;</w:t>
        <w:br/>
        <w:t>Тут не вірю обережність,&lt;br /&gt;</w:t>
        <w:br/>
        <w:t>А тому, аби прихильність&lt;br /&gt;</w:t>
        <w:br/>
        <w:t>Цю до мене в протилежність&lt;br /&gt;</w:t>
        <w:br/>
        <w:t>Ти не обернув.</w:t>
      </w:r>
    </w:p>
    <w:p>
      <w:r>
        <w:br/>
        <w:t>Клотальдо&lt;br /&gt;</w:t>
        <w:br/>
        <w:t>Ні, ближчим&lt;br /&gt;</w:t>
        <w:br/>
        <w:t>Ти б мені був після того,&lt;br /&gt;</w:t>
        <w:br/>
        <w:t>Таж і ворогу невільно&lt;br /&gt;</w:t>
        <w:br/>
        <w:t>Не подав би я підмоги.&lt;br /&gt;</w:t>
        <w:br/>
        <w:t>(Убік)&lt;br /&gt;</w:t>
        <w:br/>
        <w:t>О, якби дізнатись, хто він!</w:t>
      </w:r>
    </w:p>
    <w:p>
      <w:r>
        <w:br/>
        <w:t>Росаура&lt;br /&gt;</w:t>
        <w:br/>
        <w:t>Щоб не думав, що довіру&lt;br /&gt;</w:t>
        <w:br/>
        <w:t>Я твою шаную мало,&lt;br /&gt;</w:t>
        <w:br/>
        <w:t>Відкажу відверто й щиро:&lt;br /&gt;</w:t>
        <w:br/>
        <w:t>Ворог мій — московський герцог,&lt;br /&gt;</w:t>
        <w:br/>
        <w:t>Це Астольфо.</w:t>
      </w:r>
    </w:p>
    <w:p>
      <w:r>
        <w:br/>
        <w:t>Клотальдо (убік)&lt;br /&gt;</w:t>
        <w:br/>
        <w:t>Я не в змозі&lt;br /&gt;</w:t>
        <w:br/>
        <w:t>Стерпіть болю, це важніше,&lt;br /&gt;</w:t>
        <w:br/>
        <w:t>Ніж гадав я у тривозі.&lt;br /&gt;</w:t>
        <w:br/>
        <w:t>Що ж, з’ясуємо цю справу.&lt;br /&gt;</w:t>
        <w:br/>
        <w:t>(До Росаури)&lt;br /&gt;</w:t>
        <w:br/>
        <w:t>Як зродивсь ти московитом,&lt;br /&gt;</w:t>
        <w:br/>
        <w:t>То не міг сеньйор законний&lt;br /&gt;</w:t>
        <w:br/>
        <w:t>Тебе скривдить перед світом:&lt;br /&gt;</w:t>
        <w:br/>
        <w:t>Повертайсь на батьківщину&lt;br /&gt;</w:t>
        <w:br/>
        <w:t>І облиш своє шалене&lt;br /&gt;</w:t>
        <w:br/>
        <w:t>Поривання мстити.</w:t>
      </w:r>
    </w:p>
    <w:p>
      <w:r>
        <w:br/>
        <w:t>Росаура&lt;br /&gt;</w:t>
        <w:br/>
        <w:t>Знаю,&lt;br /&gt;</w:t>
        <w:br/>
        <w:t>Що він принц, але для мене&lt;br /&gt;</w:t>
        <w:br/>
        <w:t>Кривдник він — і все!</w:t>
      </w:r>
    </w:p>
    <w:p>
      <w:r>
        <w:br/>
        <w:t>Клотальдо&lt;br /&gt;</w:t>
        <w:br/>
        <w:t>Не може,&lt;br /&gt;</w:t>
        <w:br/>
        <w:t>Хоч і вдарить по обличчю,&lt;br /&gt;</w:t>
        <w:br/>
        <w:t>Скривдить принц тебе.&lt;br /&gt;</w:t>
        <w:br/>
        <w:t>(Убік)&lt;br /&gt;</w:t>
        <w:br/>
        <w:t>О небо!</w:t>
      </w:r>
    </w:p>
    <w:p>
      <w:r>
        <w:br/>
        <w:t>Росаура&lt;br /&gt;</w:t>
        <w:br/>
        <w:t>Це для мене кривдно вдвічі.</w:t>
      </w:r>
    </w:p>
    <w:p>
      <w:r>
        <w:br/>
        <w:t>Клотальдо&lt;br /&gt;</w:t>
        <w:br/>
        <w:t>Розкажи, бо я не можу&lt;br /&gt;</w:t>
        <w:br/>
        <w:t>Те сказать, що уявляю.</w:t>
      </w:r>
    </w:p>
    <w:p>
      <w:r>
        <w:br/>
        <w:t>Росаура&lt;br /&gt;</w:t>
        <w:br/>
        <w:t>Розказав би, та не знаю,&lt;br /&gt;</w:t>
        <w:br/>
        <w:t>Чом повагу відчуваю&lt;br /&gt;</w:t>
        <w:br/>
        <w:t>Тут, коли дивлюсь на тебе,&lt;br /&gt;</w:t>
        <w:br/>
        <w:t>І пошани не ховаю,&lt;br /&gt;</w:t>
        <w:br/>
        <w:t>Та не важуся сказати,&lt;br /&gt;</w:t>
        <w:br/>
        <w:t>Що цей одяг — таємниця,&lt;br /&gt;</w:t>
        <w:br/>
        <w:t>Я ж не той, на кого схожий:&lt;br /&gt;</w:t>
        <w:br/>
        <w:t>Зваж, і все тут проясниться, —&lt;br /&gt;</w:t>
        <w:br/>
        <w:t>Чи Астольфо, що приїхав&lt;br /&gt;</w:t>
        <w:br/>
        <w:t>Шлюб з Естрельєю узяти,&lt;br /&gt;</w:t>
        <w:br/>
        <w:t>Цим не міг мене образить?&lt;br /&gt;</w:t>
        <w:br/>
        <w:t>Знай, сказав я забагато.</w:t>
      </w:r>
    </w:p>
    <w:p>
      <w:r>
        <w:br/>
        <w:t>Росаура і Кларін виходять.</w:t>
      </w:r>
    </w:p>
    <w:p>
      <w:r>
        <w:br/>
        <w:t>Клотальдо&lt;br /&gt;</w:t>
        <w:br/>
        <w:t>Зупинись, не йди, послухай!&lt;br /&gt;</w:t>
        <w:br/>
        <w:t>Що за лабіринт, де розум&lt;br /&gt;</w:t>
        <w:br/>
        <w:t>Віднайти не може нитки?&lt;br /&gt;</w:t>
        <w:br/>
        <w:t>В кого помочі попросим?&lt;br /&gt;</w:t>
        <w:br/>
        <w:t>Честь моя страждає, ворог&lt;br /&gt;</w:t>
        <w:br/>
        <w:t>Сильний давсь на горе наше,&lt;br /&gt;</w:t>
        <w:br/>
        <w:t>Я васал, вона ж бо жінка:&lt;br /&gt;</w:t>
        <w:br/>
        <w:t>Хай дорогу небо вкаже;&lt;br /&gt;</w:t>
        <w:br/>
        <w:t>Ще не знаю, чи з цієї&lt;br /&gt;</w:t>
        <w:br/>
        <w:t>Вийду прірви, й що тут буде,&lt;br /&gt;</w:t>
        <w:br/>
        <w:t>Як все небо — таємниця,&lt;br /&gt;</w:t>
        <w:br/>
        <w:t>А весь світ наземний — чудо.</w:t>
      </w:r>
    </w:p>
    <w:p>
      <w:r>
        <w:br/>
        <w:t>Хорнада друга&lt;br /&gt;</w:t>
        <w:br/>
        <w:t>Зала в королівському палаці.</w:t>
      </w:r>
    </w:p>
    <w:p>
      <w:r>
        <w:br/>
        <w:t>Сцена перша&lt;br /&gt;</w:t>
        <w:br/>
        <w:t>Басиліо, Клотальдо</w:t>
      </w:r>
    </w:p>
    <w:p>
      <w:r>
        <w:br/>
        <w:t>Клотальдо&lt;br /&gt;</w:t>
        <w:br/>
        <w:t>Все, що ти звелів, сеньйоре,&lt;br /&gt;</w:t>
        <w:br/>
        <w:t>Я вже виконав.</w:t>
      </w:r>
    </w:p>
    <w:p>
      <w:r>
        <w:br/>
        <w:t>Басиліо&lt;br /&gt;</w:t>
        <w:br/>
        <w:t>Розказуй,&lt;br /&gt;</w:t>
        <w:br/>
        <w:t>Як воно було, Клотальдо.</w:t>
      </w:r>
    </w:p>
    <w:p>
      <w:r>
        <w:br/>
        <w:t>Клотальдо&lt;br /&gt;</w:t>
        <w:br/>
        <w:t>А було все так: я зразу&lt;br /&gt;</w:t>
        <w:br/>
        <w:t>Взяв напій, уже готовий,&lt;br /&gt;</w:t>
        <w:br/>
        <w:t>Заспокійливий, темнавий,&lt;br /&gt;</w:t>
        <w:br/>
        <w:t>В котрім за твоїм велінням&lt;br /&gt;</w:t>
        <w:br/>
        <w:t>Змішані були всі трави,&lt;br /&gt;</w:t>
        <w:br/>
        <w:t>Що тиранська їх могутність&lt;br /&gt;</w:t>
        <w:br/>
        <w:t>І таємна їхня сила&lt;br /&gt;</w:t>
        <w:br/>
        <w:t>Відбирає у людини&lt;br /&gt;</w:t>
        <w:br/>
        <w:t>Мову і рухомість тіла,&lt;br /&gt;</w:t>
        <w:br/>
        <w:t>Що на труп живий поволі&lt;br /&gt;</w:t>
        <w:br/>
        <w:t>Перетворює людину,&lt;br /&gt;</w:t>
        <w:br/>
        <w:t>Почуття віднявши в неї,&lt;br /&gt;</w:t>
        <w:br/>
        <w:t>Як і розум, в ту ж хвилину…&lt;br /&gt;</w:t>
        <w:br/>
        <w:t>Ми не маєм сумніватись,&lt;br /&gt;</w:t>
        <w:br/>
        <w:t>Що було б це неможливо,&lt;br /&gt;</w:t>
        <w:br/>
        <w:t>Адже стільки раз, сеньйоре,&lt;br /&gt;</w:t>
        <w:br/>
        <w:t>Свідчив досвід нам правдиво&lt;br /&gt;</w:t>
        <w:br/>
        <w:t>Те, що повна медицина&lt;br /&gt;</w:t>
        <w:br/>
        <w:t>Різних таємниць природи,&lt;br /&gt;</w:t>
        <w:br/>
        <w:t>І рослини не існує,&lt;br /&gt;</w:t>
        <w:br/>
        <w:t>Ані камення й звіроти,&lt;br /&gt;</w:t>
        <w:br/>
        <w:t>Щоб властивостей не мали&lt;br /&gt;</w:t>
        <w:br/>
        <w:t>Визначених, і якщо вже&lt;br /&gt;</w:t>
        <w:br/>
        <w:t>Безліч створює отрути&lt;br /&gt;</w:t>
        <w:br/>
        <w:t>Людський підступ, то, знайшовши&lt;br /&gt;</w:t>
        <w:br/>
        <w:t>Трутину, яка вбиває,&lt;br /&gt;</w:t>
        <w:br/>
        <w:t>Чи знайти він не здолає,&lt;br /&gt;</w:t>
        <w:br/>
        <w:t>Притлумивши її силу,&lt;br /&gt;</w:t>
        <w:br/>
        <w:t>Ще й таку, що присипляє?&lt;br /&gt;</w:t>
        <w:br/>
        <w:t>Сумніватись нам не слід&lt;br /&gt;</w:t>
        <w:br/>
        <w:t>В тому — вийде чи не вийде,&lt;br /&gt;</w:t>
        <w:br/>
        <w:t>Адже те після досліджень&lt;br /&gt;</w:t>
        <w:br/>
        <w:t>І всіх в&amp;#250;проб — очевидне…&lt;br /&gt;</w:t>
        <w:br/>
        <w:t>Цей напій, в якому опій&lt;br /&gt;</w:t>
        <w:br/>
        <w:t>Змішаний з блекотою,&lt;br /&gt;</w:t>
        <w:br/>
        <w:t>Я приніс в тісну в'язницю,&lt;br /&gt;</w:t>
        <w:br/>
        <w:t>Де томився самотою&lt;br /&gt;</w:t>
        <w:br/>
        <w:t>Сехисмундо, й там із ним&lt;br /&gt;</w:t>
        <w:br/>
        <w:t>Говорив (була ж нагода!)&lt;br /&gt;</w:t>
        <w:br/>
        <w:t>Про науки, що його&lt;br /&gt;</w:t>
        <w:br/>
        <w:t>Вчила матінка-природа&lt;br /&gt;</w:t>
        <w:br/>
        <w:t>Серед гір під небесами,&lt;br /&gt;</w:t>
        <w:br/>
        <w:t>Бо в тій школі, як я зирив,&lt;br /&gt;</w:t>
        <w:br/>
        <w:t>Він риторику засвоїв&lt;br /&gt;</w:t>
        <w:br/>
        <w:t>Ледь не всіх птахів і звірів.&lt;br /&gt;</w:t>
        <w:br/>
        <w:t>Тож, аби ще більш підняти&lt;br /&gt;</w:t>
        <w:br/>
        <w:t>В нього дух для тої справи,&lt;br /&gt;</w:t>
        <w:br/>
        <w:t>Що ти робиш, я предметом&lt;br /&gt;</w:t>
        <w:br/>
        <w:t>Для розмови, як яскравий&lt;br /&gt;</w:t>
        <w:br/>
        <w:t>Приклад, взяв орла стрімкого,&lt;br /&gt;</w:t>
        <w:br/>
        <w:t>Що долає згорда сферу&lt;br /&gt;</w:t>
        <w:br/>
        <w:t>Вітру, схожий на вогнисту&lt;br /&gt;</w:t>
        <w:br/>
        <w:t>Блискавку золотоперу&lt;br /&gt;</w:t>
        <w:br/>
        <w:t>Чи на мандрівну комету.&lt;br /&gt;</w:t>
        <w:br/>
        <w:t>Похваливши лет високий,&lt;br /&gt;</w:t>
        <w:br/>
        <w:t>Я промовив: "Ти король&lt;br /&gt;</w:t>
        <w:br/>
        <w:t>Вільних птахів ясноокий,&lt;br /&gt;</w:t>
        <w:br/>
        <w:t>Отже, всі тобі підвладні,&lt;br /&gt;</w:t>
        <w:br/>
        <w:t>Як обранцеві своєму".&lt;br /&gt;</w:t>
        <w:br/>
        <w:t>Досить слів було моїх,&lt;br /&gt;</w:t>
        <w:br/>
        <w:t>Щоби, зачепивши тему&lt;br /&gt;</w:t>
        <w:br/>
        <w:t>Величі, він запишався&lt;br /&gt;</w:t>
        <w:br/>
        <w:t>Гордовито-величавий,&lt;br /&gt;</w:t>
        <w:br/>
        <w:t>Бо його і справді кров&lt;br /&gt;</w:t>
        <w:br/>
        <w:t>На значні важливі справи&lt;br /&gt;</w:t>
        <w:br/>
        <w:t>Спонукає, й він сказав:&lt;br /&gt;</w:t>
        <w:br/>
        <w:t>"Це й в республіці тривожній&lt;br /&gt;</w:t>
        <w:br/>
        <w:t>Бистрих птахів є такий,&lt;br /&gt;</w:t>
        <w:br/>
        <w:t>Що йому підвладний кожний!&lt;br /&gt;</w:t>
        <w:br/>
        <w:t>До цих роздумів дійшовши,&lt;br /&gt;</w:t>
        <w:br/>
        <w:t>Відчуваю менше болю;&lt;br /&gt;</w:t>
        <w:br/>
        <w:t>Я невільний, та мене&lt;br /&gt;</w:t>
        <w:br/>
        <w:t>Силоміць взяли в неволю,&lt;br /&gt;</w:t>
        <w:br/>
        <w:t>Знаючи, що доброхітно&lt;br /&gt;</w:t>
        <w:br/>
        <w:t>Я б нікому сам не здався".&lt;br /&gt;</w:t>
        <w:br/>
        <w:t>Тож, помітивши, що він&lt;br /&gt;</w:t>
        <w:br/>
        <w:t>Затужив і схвилювався,&lt;br /&gt;</w:t>
        <w:br/>
        <w:t>Я напою дав йому&lt;br /&gt;</w:t>
        <w:br/>
        <w:t>Повну склянку, і потому,&lt;br /&gt;</w:t>
        <w:br/>
        <w:t>Як напій розлився в грудях,&lt;br /&gt;</w:t>
        <w:br/>
        <w:t>Він скорився сну міцному,&lt;br /&gt;</w:t>
        <w:br/>
        <w:t>І побіг йому по тілу&lt;br /&gt;</w:t>
        <w:br/>
        <w:t>Зимний піт, як срібні хвильки,&lt;br /&gt;</w:t>
        <w:br/>
        <w:t>Страх і жах, аби не знав я,&lt;br /&gt;</w:t>
        <w:br/>
        <w:t>Що переді мною тільки&lt;br /&gt;</w:t>
        <w:br/>
        <w:t>Привид смерті, то б злякався&lt;br /&gt;</w:t>
        <w:br/>
        <w:t>За його життя. Тут люди,&lt;br /&gt;</w:t>
        <w:br/>
        <w:t>Котрим ти довірив дослід,&lt;br /&gt;</w:t>
        <w:br/>
        <w:t>Появились і, маруди,&lt;br /&gt;</w:t>
        <w:br/>
        <w:t>Повезли його в кареті,&lt;br /&gt;</w:t>
        <w:br/>
        <w:t>Помістили до кімнати,&lt;br /&gt;</w:t>
        <w:br/>
        <w:t>Де вже все було готове,&lt;br /&gt;</w:t>
        <w:br/>
        <w:t>Щоб як слід його прийняти&lt;br /&gt;</w:t>
        <w:br/>
        <w:t>Згідно з величчю і саном.&lt;br /&gt;</w:t>
        <w:br/>
        <w:t>І в твою постіль уклали,&lt;br /&gt;</w:t>
        <w:br/>
        <w:t>Де, поки не втратить сили&lt;br /&gt;</w:t>
        <w:br/>
        <w:t>Летаргічний сон тривалий,&lt;br /&gt;</w:t>
        <w:br/>
        <w:t>Як тобі, йому слугують&lt;br /&gt;</w:t>
        <w:br/>
        <w:t>Тв&amp;#243;ї люди за наказом.&lt;br /&gt;</w:t>
        <w:br/>
        <w:t>І, якщо моя слухняність&lt;br /&gt;</w:t>
        <w:br/>
        <w:t>Здобувається цим разом&lt;br /&gt;</w:t>
        <w:br/>
        <w:t>Нагороди, то прошу я&lt;br /&gt;</w:t>
        <w:br/>
        <w:t>(Ти пробач мені, дерзкому),&lt;br /&gt;</w:t>
        <w:br/>
        <w:t>Щоб сказав ти про свій намір,&lt;br /&gt;</w:t>
        <w:br/>
        <w:t>Чом привезли, як додому,&lt;br /&gt;</w:t>
        <w:br/>
        <w:t>До палацу Сехисмундо.</w:t>
      </w:r>
    </w:p>
    <w:p>
      <w:r>
        <w:br/>
        <w:t>Басиліо&lt;br /&gt;</w:t>
        <w:br/>
        <w:t>Я, Клотальдо, розумію&lt;br /&gt;</w:t>
        <w:br/>
        <w:t>Тв&amp;#243;ї сумніви і хочу&lt;br /&gt;</w:t>
        <w:br/>
        <w:t>Правду викласти тобі я.&lt;br /&gt;</w:t>
        <w:br/>
        <w:t>Сехисмундо злісна зірка&lt;br /&gt;</w:t>
        <w:br/>
        <w:t>(Не держу цього в секреті)&lt;br /&gt;</w:t>
        <w:br/>
        <w:t>Провіщає тисячі,&lt;br /&gt;</w:t>
        <w:br/>
        <w:t>Як нещасть, так і трагедій.&lt;br /&gt;</w:t>
        <w:br/>
        <w:t>Хочу спробувать, чи небо,&lt;br /&gt;</w:t>
        <w:br/>
        <w:t>Що обманювать не може,&lt;br /&gt;</w:t>
        <w:br/>
        <w:t>В чому ми переконались,&lt;br /&gt;</w:t>
        <w:br/>
        <w:t>Тут не зміниться, о Боже,&lt;br /&gt;</w:t>
        <w:br/>
        <w:t>У жорстокості до нас,&lt;br /&gt;</w:t>
        <w:br/>
        <w:t>Чи не зм’якшиться суворе&lt;br /&gt;</w:t>
        <w:br/>
        <w:t>І той присуд не відкине,&lt;br /&gt;</w:t>
        <w:br/>
        <w:t>Що несе нам тільки горе,&lt;br /&gt;</w:t>
        <w:br/>
        <w:t>Бо владичить над зірками&lt;br /&gt;</w:t>
        <w:br/>
        <w:t>У своїм житті людина.&lt;br /&gt;</w:t>
        <w:br/>
        <w:t>Це я хочу перевірить,&lt;br /&gt;</w:t>
        <w:br/>
        <w:t>У палац привізши сина,&lt;br /&gt;</w:t>
        <w:br/>
        <w:t>Де, дізнавшись, чий він пагін,&lt;br /&gt;</w:t>
        <w:br/>
        <w:t>І талант свій проявивши,&lt;br /&gt;</w:t>
        <w:br/>
        <w:t>Буде він королювати&lt;br /&gt;</w:t>
        <w:br/>
        <w:t>Справедливо, а коли вже&lt;br /&gt;</w:t>
        <w:br/>
        <w:t>Стане владним і жорстоким,&lt;br /&gt;</w:t>
        <w:br/>
        <w:t>Поверну його в кайдани.&lt;br /&gt;</w:t>
        <w:br/>
        <w:t>Ти питаєш, а для чого&lt;br /&gt;</w:t>
        <w:br/>
        <w:t>На дослідження старанне,&lt;br /&gt;</w:t>
        <w:br/>
        <w:t>Вживши спосіб незвичайний,&lt;br /&gt;</w:t>
        <w:br/>
        <w:t>Перевіз його ти сплячим.&lt;br /&gt;</w:t>
        <w:br/>
        <w:t>Відповім тобі по правді,&lt;br /&gt;</w:t>
        <w:br/>
        <w:t>Потім зважим все й побачим.&lt;br /&gt;</w:t>
        <w:br/>
        <w:t>Як дізнається сьогодні,&lt;br /&gt;</w:t>
        <w:br/>
        <w:t>Чий він син, а завтра вдруге&lt;br /&gt;</w:t>
        <w:br/>
        <w:t>У тюрмі себе побачить&lt;br /&gt;</w:t>
        <w:br/>
        <w:t>Як щось бідне й недолуге,&lt;br /&gt;</w:t>
        <w:br/>
        <w:t>Певно, в розпач упаде,&lt;br /&gt;</w:t>
        <w:br/>
        <w:t>Долю клянучи прокляту;&lt;br /&gt;</w:t>
        <w:br/>
        <w:t>Адже, відаючи, хто він,&lt;br /&gt;</w:t>
        <w:br/>
        <w:t>Де й яку знайде відраду?&lt;br /&gt;</w:t>
        <w:br/>
        <w:t>Так для зла уже дверей&lt;br /&gt;</w:t>
        <w:br/>
        <w:t>Ми з тобою не зачиним,&lt;br /&gt;</w:t>
        <w:br/>
        <w:t>Аби думав, що сновиддя&lt;br /&gt;</w:t>
        <w:br/>
        <w:t>Все, що бачить. Таким чином&lt;br /&gt;</w:t>
        <w:br/>
        <w:t>Перевіримо дві речі:&lt;br /&gt;</w:t>
        <w:br/>
        <w:t>Перша — сутність поведінки,&lt;br /&gt;</w:t>
        <w:br/>
        <w:t>Бо, прокинувшись, покаже,&lt;br /&gt;</w:t>
        <w:br/>
        <w:t>На які він здатний вчинки.&lt;br /&gt;</w:t>
        <w:br/>
        <w:t>А розрада — це вже друга;&lt;br /&gt;</w:t>
        <w:br/>
        <w:t>Бо, якщо він загордиться,&lt;br /&gt;</w:t>
        <w:br/>
        <w:t>Взявши владу, а пізніш&lt;br /&gt;</w:t>
        <w:br/>
        <w:t>Знов опиниться в темниці,&lt;br /&gt;</w:t>
        <w:br/>
        <w:t>То гадатиме, що снилось,&lt;br /&gt;</w:t>
        <w:br/>
        <w:t>І не змилиться, гадавши;&lt;br /&gt;</w:t>
        <w:br/>
        <w:t>Бо, Клотальдо, в цьому світі&lt;br /&gt;</w:t>
        <w:br/>
        <w:t>Хто живе, той марить завше.</w:t>
      </w:r>
    </w:p>
    <w:p>
      <w:r>
        <w:br/>
        <w:t>Клотальдо&lt;br /&gt;</w:t>
        <w:br/>
        <w:t>Я б довів, що не досягнеш&lt;br /&gt;</w:t>
        <w:br/>
        <w:t>Таким робом тої цілі;&lt;br /&gt;</w:t>
        <w:br/>
        <w:t>Але тут немає ради,&lt;br /&gt;</w:t>
        <w:br/>
        <w:t>Хоч устої наші цілі;&lt;br /&gt;</w:t>
        <w:br/>
        <w:t>Та здається, він прокинувсь&lt;br /&gt;</w:t>
        <w:br/>
        <w:t>І до нас уже прямує.</w:t>
      </w:r>
    </w:p>
    <w:p>
      <w:r>
        <w:br/>
        <w:t>Басиліо&lt;br /&gt;</w:t>
        <w:br/>
        <w:t>Хочу зникнути звідсіль.&lt;br /&gt;</w:t>
        <w:br/>
        <w:t>Ти ж наставник і не всує&lt;br /&gt;</w:t>
        <w:br/>
        <w:t>Вчив його, тож і йому&lt;br /&gt;</w:t>
        <w:br/>
        <w:t>Сумніви розвіять маєш,&lt;br /&gt;</w:t>
        <w:br/>
        <w:t>Всю, як є, сказавши правду.</w:t>
      </w:r>
    </w:p>
    <w:p>
      <w:r>
        <w:br/>
        <w:t>Клотальдо&lt;br /&gt;</w:t>
        <w:br/>
        <w:t>Значить, ти вже дозволяєш&lt;br /&gt;</w:t>
        <w:br/>
        <w:t>Все йому відкрити?</w:t>
      </w:r>
    </w:p>
    <w:p>
      <w:r>
        <w:br/>
        <w:t>Басиліо&lt;br /&gt;</w:t>
        <w:br/>
        <w:t>Так;&lt;br /&gt;</w:t>
        <w:br/>
        <w:t>Правду кажучи, він гоже&lt;br /&gt;</w:t>
        <w:br/>
        <w:t>Поведеться і вже легше&lt;br /&gt;</w:t>
        <w:br/>
        <w:t>Небезпеку переможе.&lt;br /&gt;</w:t>
        <w:br/>
        <w:t>(Виходить)</w:t>
      </w:r>
    </w:p>
    <w:p>
      <w:r>
        <w:br/>
        <w:t>Сцена друга&lt;br /&gt;</w:t>
        <w:br/>
        <w:t>Входить Кларін</w:t>
      </w:r>
    </w:p>
    <w:p>
      <w:r>
        <w:br/>
        <w:t>Кларін (убік)&lt;br /&gt;</w:t>
        <w:br/>
        <w:t>Чотирьох ударів коштом,&lt;br /&gt;</w:t>
        <w:br/>
        <w:t>Що із дурості своєї&lt;br /&gt;</w:t>
        <w:br/>
        <w:t>Бородань завдав рудий,&lt;br /&gt;</w:t>
        <w:br/>
        <w:t>Алебардник у лівреї, —&lt;br /&gt;</w:t>
        <w:br/>
        <w:t>Я сюди прибув, дивлюся,&lt;br /&gt;</w:t>
        <w:br/>
        <w:t>Що тут коїться й що буде;&lt;br /&gt;</w:t>
        <w:br/>
        <w:t>Це ж нема вірніш віконця,&lt;br /&gt;</w:t>
        <w:br/>
        <w:t>Що з собою носим всюди;&lt;br /&gt;</w:t>
        <w:br/>
        <w:t>Та й квитків не варт просити,&lt;br /&gt;</w:t>
        <w:br/>
        <w:t>Щоб таке побачить свято,&lt;br /&gt;</w:t>
        <w:br/>
        <w:t>Коли в тебе замість грошей&lt;br /&gt;</w:t>
        <w:br/>
        <w:t>Безсоромності багато.</w:t>
      </w:r>
    </w:p>
    <w:p>
      <w:r>
        <w:br/>
        <w:t>Клотальдо (убік)&lt;br /&gt;</w:t>
        <w:br/>
        <w:t>Це Кларін, слуга той самий,&lt;br /&gt;</w:t>
        <w:br/>
        <w:t>Що в Полонії, о небо,&lt;br /&gt;</w:t>
        <w:br/>
        <w:t>Промишляючи нещастям,&lt;br /&gt;</w:t>
        <w:br/>
        <w:t>Вже розніс мою ганебу.&lt;br /&gt;</w:t>
        <w:br/>
        <w:t>(До Кларіна)&lt;br /&gt;</w:t>
        <w:br/>
        <w:t>Що нового там, Кларіне?</w:t>
      </w:r>
    </w:p>
    <w:p>
      <w:r>
        <w:br/>
        <w:t>Кларін&lt;br /&gt;</w:t>
        <w:br/>
        <w:t>Те, що милість твоя хоче&lt;br /&gt;</w:t>
        <w:br/>
        <w:t>За Росауру помститись&lt;br /&gt;</w:t>
        <w:br/>
        <w:t>Та їй радить на жіноче&lt;br /&gt;</w:t>
        <w:br/>
        <w:t>Убрання своє змінити.</w:t>
      </w:r>
    </w:p>
    <w:p>
      <w:r>
        <w:br/>
        <w:t>Клотальдо&lt;br /&gt;</w:t>
        <w:br/>
        <w:t>Саме так, щоб не здавалась&lt;br /&gt;</w:t>
        <w:br/>
        <w:t>Легковажною.</w:t>
      </w:r>
    </w:p>
    <w:p>
      <w:r>
        <w:br/>
        <w:t>Кларін&lt;br /&gt;</w:t>
        <w:br/>
        <w:t>Ще й те,&lt;br /&gt;</w:t>
        <w:br/>
        <w:t>Що змінилась і назвалась,&lt;br /&gt;</w:t>
        <w:br/>
        <w:t>Знай, небогою твоєю,&lt;br /&gt;</w:t>
        <w:br/>
        <w:t>Собі ймення інше взявши,&lt;br /&gt;</w:t>
        <w:br/>
        <w:t>Що в Естрельї у палаці&lt;br /&gt;</w:t>
        <w:br/>
        <w:t>В незрівнянної вона вже&lt;br /&gt;</w:t>
        <w:br/>
        <w:t>Дама.</w:t>
      </w:r>
    </w:p>
    <w:p>
      <w:r>
        <w:br/>
        <w:t>Клотальдо&lt;br /&gt;</w:t>
        <w:br/>
        <w:t>Я за честь її&lt;br /&gt;</w:t>
        <w:br/>
        <w:t>Маю стати злу супроти.</w:t>
      </w:r>
    </w:p>
    <w:p>
      <w:r>
        <w:br/>
        <w:t>Кларін&lt;br /&gt;</w:t>
        <w:br/>
        <w:t>Те, що жде вона й чекає&lt;br /&gt;</w:t>
        <w:br/>
        <w:t>Того часу і нагоди,&lt;br /&gt;</w:t>
        <w:br/>
        <w:t>Коли ти за це візьмешся.</w:t>
      </w:r>
    </w:p>
    <w:p>
      <w:r>
        <w:br/>
        <w:t>Клотальдо&lt;br /&gt;</w:t>
        <w:br/>
        <w:t>Страшно тут нам помилиться;&lt;br /&gt;</w:t>
        <w:br/>
        <w:t>Зрештою, настане час,&lt;br /&gt;</w:t>
        <w:br/>
        <w:t>Коли все у нас здійсниться.</w:t>
      </w:r>
    </w:p>
    <w:p>
      <w:r>
        <w:br/>
        <w:t>Кларін&lt;br /&gt;</w:t>
        <w:br/>
        <w:t>Ще нове — твоя небога&lt;br /&gt;</w:t>
        <w:br/>
        <w:t>Стала схожою на фею&lt;br /&gt;</w:t>
        <w:br/>
        <w:t>У дворі як королева.&lt;br /&gt;</w:t>
        <w:br/>
        <w:t>І, сюди прийшовши з нею,&lt;br /&gt;</w:t>
        <w:br/>
        <w:t>Я із голоду вже гину,&lt;br /&gt;</w:t>
        <w:br/>
        <w:t>І про мене й не згадає&lt;br /&gt;</w:t>
        <w:br/>
        <w:t>Тут ніхто, хоч я Кларін,&lt;br /&gt;</w:t>
        <w:br/>
        <w:t>Та коли кларнет заграє,&lt;br /&gt;</w:t>
        <w:br/>
        <w:t>Зразу все король, Астольфо&lt;br /&gt;</w:t>
        <w:br/>
        <w:t>І Естрелья зрозуміють;&lt;br /&gt;</w:t>
        <w:br/>
        <w:t>Бо слуга й Кларін-Кларнет, —&lt;br /&gt;</w:t>
        <w:br/>
        <w:t>Це дві речі, що не вміють&lt;br /&gt;</w:t>
        <w:br/>
        <w:t>Зберігати таємницю;&lt;br /&gt;</w:t>
        <w:br/>
        <w:t>І, якщо в годину пізню&lt;br /&gt;</w:t>
        <w:br/>
        <w:t>Я замовкну, то про мене&lt;br /&gt;</w:t>
        <w:br/>
        <w:t>Ще співатимуть цю пісню:&lt;br /&gt;</w:t>
        <w:br/>
        <w:t>Я, Кларнет, лунаю й зву&lt;br /&gt;</w:t>
        <w:br/>
        <w:t>Вам зорю нову14.</w:t>
      </w:r>
    </w:p>
    <w:p>
      <w:r>
        <w:br/>
        <w:t>Клотальдо&lt;br /&gt;</w:t>
        <w:br/>
        <w:t>Твоя скарга справедлива,&lt;br /&gt;</w:t>
        <w:br/>
        <w:t>Зважу на твої таланти,&lt;br /&gt;</w:t>
        <w:br/>
        <w:t>Бо потрібний ти мені.</w:t>
      </w:r>
    </w:p>
    <w:p>
      <w:r>
        <w:br/>
        <w:t>Кларін&lt;br /&gt;</w:t>
        <w:br/>
        <w:t>Йде вже Сехисмундо, глянь ти.</w:t>
      </w:r>
    </w:p>
    <w:p>
      <w:r>
        <w:br/>
        <w:t>Сцена третя&lt;br /&gt;</w:t>
        <w:br/>
        <w:t>Музиканти співають, а слуги несуть одяг Сехисмундо, який виходить і, здивований, зупиняється</w:t>
      </w:r>
    </w:p>
    <w:p>
      <w:r>
        <w:br/>
        <w:t>Сехисмундо&lt;br /&gt;</w:t>
        <w:br/>
        <w:t>О мій світе, що я бачу!&lt;br /&gt;</w:t>
        <w:br/>
        <w:t>О мій світе, що я чую!&lt;br /&gt;</w:t>
        <w:br/>
        <w:t>Я дивуюсь і німую,&lt;br /&gt;</w:t>
        <w:br/>
        <w:t>Вірю й ні в свою удачу.&lt;br /&gt;</w:t>
        <w:br/>
        <w:t>Я в палатах незрівнянних?&lt;br /&gt;</w:t>
        <w:br/>
        <w:t>Як же я сюди потрапив?&lt;br /&gt;</w:t>
        <w:br/>
        <w:t>Я в парчі серед єдвабів,&lt;br /&gt;</w:t>
        <w:br/>
        <w:t>Поміж слуг розкішно вбраних?&lt;br /&gt;</w:t>
        <w:br/>
        <w:t>Я прокинувся зі сну&lt;br /&gt;</w:t>
        <w:br/>
        <w:t>В гарнім ложі, недолугий?&lt;br /&gt;</w:t>
        <w:br/>
        <w:t>І мене вбирають слуги&lt;br /&gt;</w:t>
        <w:br/>
        <w:t>В пишну одіж і ясну?&lt;br /&gt;</w:t>
        <w:br/>
        <w:t>Не кажіть, що сон — омана:&lt;br /&gt;</w:t>
        <w:br/>
        <w:t>Я збудився, день сія, —&lt;br /&gt;</w:t>
        <w:br/>
        <w:t>Чи не Сехисмундо я?&lt;br /&gt;</w:t>
        <w:br/>
        <w:t>Чом така до мене шана?&lt;br /&gt;</w:t>
        <w:br/>
        <w:t>Як це сталося мені&lt;br /&gt;</w:t>
        <w:br/>
        <w:t>Із уявою моєю,&lt;br /&gt;</w:t>
        <w:br/>
        <w:t>Поки спав я, що себе я&lt;br /&gt;</w:t>
        <w:br/>
        <w:t>Тут побачив не вві сні?&lt;br /&gt;</w:t>
        <w:br/>
        <w:t>Долі все ж не обманути,&lt;br /&gt;</w:t>
        <w:br/>
        <w:t>Хто б тут міг мене повчать?&lt;br /&gt;</w:t>
        <w:br/>
        <w:t>Їм дозволю слугувать,&lt;br /&gt;</w:t>
        <w:br/>
        <w:t>І хай буде те, що буде.</w:t>
      </w:r>
    </w:p>
    <w:p>
      <w:r>
        <w:br/>
        <w:t>1-й слуга&lt;br /&gt;</w:t>
        <w:br/>
        <w:t>Глянь, яким він став сумним.</w:t>
      </w:r>
    </w:p>
    <w:p>
      <w:r>
        <w:br/>
        <w:t>2-й слуга&lt;br /&gt;</w:t>
        <w:br/>
        <w:t>Хто б не мучивсь, аби сталось&lt;br /&gt;</w:t>
        <w:br/>
        <w:t>З ним таке, що й не гадалось?</w:t>
      </w:r>
    </w:p>
    <w:p>
      <w:r>
        <w:br/>
        <w:t>Кларін&lt;br /&gt;</w:t>
        <w:br/>
        <w:t>Я.</w:t>
      </w:r>
    </w:p>
    <w:p>
      <w:r>
        <w:br/>
        <w:t>2-й слуга&lt;br /&gt;</w:t>
        <w:br/>
        <w:t>Поговори-но з ним.</w:t>
      </w:r>
    </w:p>
    <w:p>
      <w:r>
        <w:br/>
        <w:t>1-й слуга (до Сехисмундо)&lt;br /&gt;</w:t>
        <w:br/>
        <w:t>Може, заспівати?</w:t>
      </w:r>
    </w:p>
    <w:p>
      <w:r>
        <w:br/>
        <w:t>Сехисмундо&lt;br /&gt;</w:t>
        <w:br/>
        <w:t>Ні,&lt;br /&gt;</w:t>
        <w:br/>
        <w:t>Я не хочу, не співай.</w:t>
      </w:r>
    </w:p>
    <w:p>
      <w:r>
        <w:br/>
        <w:t>2-й слуга&lt;br /&gt;</w:t>
        <w:br/>
        <w:t>Я б розважив, бо відчай&lt;br /&gt;</w:t>
        <w:br/>
        <w:t>Охопив тебе.</w:t>
      </w:r>
    </w:p>
    <w:p>
      <w:r>
        <w:br/>
        <w:t>Сехисмундо&lt;br /&gt;</w:t>
        <w:br/>
        <w:t>Мені&lt;br /&gt;</w:t>
        <w:br/>
        <w:t>Цих розваг, цього жалю&lt;br /&gt;</w:t>
        <w:br/>
        <w:t>Не потрібно; я чудову&lt;br /&gt;</w:t>
        <w:br/>
        <w:t>Тільки музику військову&lt;br /&gt;</w:t>
        <w:br/>
        <w:t>Серцем слухати люблю.</w:t>
      </w:r>
    </w:p>
    <w:p>
      <w:r>
        <w:br/>
        <w:t>Клотальдо&lt;br /&gt;</w:t>
        <w:br/>
        <w:t>Ваша світлосте, ви єсть&lt;br /&gt;</w:t>
        <w:br/>
        <w:t>Наш сеньйор, поцілувати&lt;br /&gt;</w:t>
        <w:br/>
        <w:t>Дайте руку й цим віддати&lt;br /&gt;</w:t>
        <w:br/>
        <w:t>Мені першому вам честь.</w:t>
      </w:r>
    </w:p>
    <w:p>
      <w:r>
        <w:br/>
        <w:t>Сехисмундо (убік)&lt;br /&gt;</w:t>
        <w:br/>
        <w:t>Це Клотальдо. Але чом&lt;br /&gt;</w:t>
        <w:br/>
        <w:t>Той, хто у тюрмі лютує,&lt;br /&gt;</w:t>
        <w:br/>
        <w:t>Чемно так мене шанує?&lt;br /&gt;</w:t>
        <w:br/>
        <w:t>Що тут сталося притьмом?</w:t>
      </w:r>
    </w:p>
    <w:p>
      <w:r>
        <w:br/>
        <w:t>Клотальдо&lt;br /&gt;</w:t>
        <w:br/>
        <w:t>Ти збентежений усім,&lt;br /&gt;</w:t>
        <w:br/>
        <w:t>Що дає новий твій сан,&lt;br /&gt;</w:t>
        <w:br/>
        <w:t>І боїшся ти оман,&lt;br /&gt;</w:t>
        <w:br/>
        <w:t>Битий сумнівом гірким;&lt;br /&gt;</w:t>
        <w:br/>
        <w:t>Але хочу я, негідний,&lt;br /&gt;</w:t>
        <w:br/>
        <w:t>Всі турботи з тебе знять,&lt;br /&gt;</w:t>
        <w:br/>
        <w:t>Бо, сеньйоре, мусиш знать,&lt;br /&gt;</w:t>
        <w:br/>
        <w:t>Що ти польський принц наслідний.&lt;br /&gt;</w:t>
        <w:br/>
        <w:t>Ти страждав тому в неволі&lt;br /&gt;</w:t>
        <w:br/>
        <w:t>І в темниці був закутий,&lt;br /&gt;</w:t>
        <w:br/>
        <w:t>Схований, щоб відвернути&lt;br /&gt;</w:t>
        <w:br/>
        <w:t>Зло й немилосердя долі,&lt;br /&gt;</w:t>
        <w:br/>
        <w:t>Що імперії великій&lt;br /&gt;</w:t>
        <w:br/>
        <w:t>Тьму трагедій нарекла,&lt;br /&gt;</w:t>
        <w:br/>
        <w:t>Коли б лавр тобі згола&lt;br /&gt;</w:t>
        <w:br/>
        <w:t>Увінчав чоло владики.&lt;br /&gt;</w:t>
        <w:br/>
        <w:t>Але з вірою, що ти&lt;br /&gt;</w:t>
        <w:br/>
        <w:t>Збореш лиховісні зорі,&lt;br /&gt;</w:t>
        <w:br/>
        <w:t>Бо шляхетний муж і в горі&lt;br /&gt;</w:t>
        <w:br/>
        <w:t>Здатний їх перемогти, —&lt;br /&gt;</w:t>
        <w:br/>
        <w:t>Ми тебе в палац вернули&lt;br /&gt;</w:t>
        <w:br/>
        <w:t>З вежі, де провів ти р&amp;#243;ки,&lt;br /&gt;</w:t>
        <w:br/>
        <w:t>Коли в сон ти впав глибокий&lt;br /&gt;</w:t>
        <w:br/>
        <w:t>І до всього був нечулий.&lt;br /&gt;</w:t>
        <w:br/>
        <w:t>Батько твій, а мій сеньйор&lt;br /&gt;</w:t>
        <w:br/>
        <w:t>Йде до тебе, щоб ти взнав&lt;br /&gt;</w:t>
        <w:br/>
        <w:t>Те, чого я не сказав.</w:t>
      </w:r>
    </w:p>
    <w:p>
      <w:r>
        <w:br/>
        <w:t>Сехисмундо&lt;br /&gt;</w:t>
        <w:br/>
        <w:t>Злодій, зрадник, людомор,&lt;br /&gt;</w:t>
        <w:br/>
        <w:t>Що я зможу ще почуть,&lt;br /&gt;</w:t>
        <w:br/>
        <w:t>Як уже дізнавсь, хто я,&lt;br /&gt;</w:t>
        <w:br/>
        <w:t>Щоб явити з цього дня&lt;br /&gt;</w:t>
        <w:br/>
        <w:t>Свою владу і могуть?&lt;br /&gt;</w:t>
        <w:br/>
        <w:t>Чом вітчизну так лукаво&lt;br /&gt;</w:t>
        <w:br/>
        <w:t>Зрадив і мене в тюрмі ти&lt;br /&gt;</w:t>
        <w:br/>
        <w:t>Взявся мучити й морити,&lt;br /&gt;</w:t>
        <w:br/>
        <w:t>Відібравши в мене право&lt;br /&gt;</w:t>
        <w:br/>
        <w:t>На державу?</w:t>
      </w:r>
    </w:p>
    <w:p>
      <w:r>
        <w:br/>
        <w:t>Клотальдо&lt;br /&gt;</w:t>
        <w:br/>
        <w:t>Я не встою!</w:t>
      </w:r>
    </w:p>
    <w:p>
      <w:r>
        <w:br/>
        <w:t>Сехисмундо&lt;br /&gt;</w:t>
        <w:br/>
        <w:t>Ти зламав закон живцем,&lt;br /&gt;</w:t>
        <w:br/>
        <w:t>Був лестивий з королем&lt;br /&gt;</w:t>
        <w:br/>
        <w:t>І жорстокий був зі мною;&lt;br /&gt;</w:t>
        <w:br/>
        <w:t>Тож закон, і я, й король&lt;br /&gt;</w:t>
        <w:br/>
        <w:t>Тебе судим, і тепер ти&lt;br /&gt;</w:t>
        <w:br/>
        <w:t>Від руки моєї вмерти&lt;br /&gt;</w:t>
        <w:br/>
        <w:t>Мусиш тут.</w:t>
      </w:r>
    </w:p>
    <w:p>
      <w:r>
        <w:br/>
        <w:t>2-й слуга&lt;br /&gt;</w:t>
        <w:br/>
        <w:t>Сеньйоре, зволь…</w:t>
      </w:r>
    </w:p>
    <w:p>
      <w:r>
        <w:br/>
        <w:t>Сехисмундо&lt;br /&gt;</w:t>
        <w:br/>
        <w:t>Хай ніхто не заважає,&lt;br /&gt;</w:t>
        <w:br/>
        <w:t>Не благайте, бо все ’дно&lt;br /&gt;</w:t>
        <w:br/>
        <w:t>Вас я викину в вікно,&lt;br /&gt;</w:t>
        <w:br/>
        <w:t>Якщо хтось того бажає.</w:t>
      </w:r>
    </w:p>
    <w:p>
      <w:r>
        <w:br/>
        <w:t>2-й слуга&lt;br /&gt;</w:t>
        <w:br/>
        <w:t>Утікай, Клотальдо.</w:t>
      </w:r>
    </w:p>
    <w:p>
      <w:r>
        <w:br/>
        <w:t>Клотальдо&lt;br /&gt;</w:t>
        <w:br/>
        <w:t>Ти&lt;br /&gt;</w:t>
        <w:br/>
        <w:t>Загордився і не знаєш,&lt;br /&gt;</w:t>
        <w:br/>
        <w:t>Що вві сні перебуваєш.&lt;br /&gt;</w:t>
        <w:br/>
        <w:t>(Виходить)</w:t>
      </w:r>
    </w:p>
    <w:p>
      <w:r>
        <w:br/>
        <w:t>2-й слуга&lt;br /&gt;</w:t>
        <w:br/>
        <w:t>Зваж на все…</w:t>
      </w:r>
    </w:p>
    <w:p>
      <w:r>
        <w:br/>
        <w:t>Сехисмундо&lt;br /&gt;</w:t>
        <w:br/>
        <w:t>Ну, годі, йди!</w:t>
      </w:r>
    </w:p>
    <w:p>
      <w:r>
        <w:br/>
        <w:t>2-й слуга&lt;br /&gt;</w:t>
        <w:br/>
        <w:t>Короля шануй ім’я.</w:t>
      </w:r>
    </w:p>
    <w:p>
      <w:r>
        <w:br/>
        <w:t>Сехисмундо&lt;br /&gt;</w:t>
        <w:br/>
        <w:t>Шанувати слід закон&lt;br /&gt;</w:t>
        <w:br/>
        <w:t>Справедливий, а не трон,&lt;br /&gt;</w:t>
        <w:br/>
        <w:t>І наслідний принц тут я.</w:t>
      </w:r>
    </w:p>
    <w:p>
      <w:r>
        <w:br/>
        <w:t>2-й слуга&lt;br /&gt;</w:t>
        <w:br/>
        <w:t>Права він не мав питать,&lt;br /&gt;</w:t>
        <w:br/>
        <w:t>Чи це добре чи погане.</w:t>
      </w:r>
    </w:p>
    <w:p>
      <w:r>
        <w:br/>
        <w:t>Сехисмундо&lt;br /&gt;</w:t>
        <w:br/>
        <w:t>Ти не гідний, грубіяне,&lt;br /&gt;</w:t>
        <w:br/>
        <w:t>Щоб зі мною розмовлять.</w:t>
      </w:r>
    </w:p>
    <w:p>
      <w:r>
        <w:br/>
        <w:t>Кларін&lt;br /&gt;</w:t>
        <w:br/>
        <w:t>Принц не стерпів зла і лжі, —&lt;br /&gt;</w:t>
        <w:br/>
        <w:t>Зле зробив ти і сказав.</w:t>
      </w:r>
    </w:p>
    <w:p>
      <w:r>
        <w:br/>
        <w:t>2-й слуга&lt;br /&gt;</w:t>
        <w:br/>
        <w:t>Хто тобі це право дав?</w:t>
      </w:r>
    </w:p>
    <w:p>
      <w:r>
        <w:br/>
        <w:t>Кларін&lt;br /&gt;</w:t>
        <w:br/>
        <w:t>Сам його я взяв.</w:t>
      </w:r>
    </w:p>
    <w:p>
      <w:r>
        <w:br/>
        <w:t>Сехисмундо&lt;br /&gt;</w:t>
        <w:br/>
        <w:t>Скажи,&lt;br /&gt;</w:t>
        <w:br/>
        <w:t>Хто ти?</w:t>
      </w:r>
    </w:p>
    <w:p>
      <w:r>
        <w:br/>
        <w:t>Кларін&lt;br /&gt;</w:t>
        <w:br/>
        <w:t>Шалапут, гульвіса,&lt;br /&gt;</w:t>
        <w:br/>
        <w:t>Я повсюди пхаю носа,&lt;br /&gt;</w:t>
        <w:br/>
        <w:t>Адже я отой проноза,&lt;br /&gt;</w:t>
        <w:br/>
        <w:t>Знаний скрізь і хитрий з біса.</w:t>
      </w:r>
    </w:p>
    <w:p>
      <w:r>
        <w:br/>
        <w:t>Сехисмундо&lt;br /&gt;</w:t>
        <w:br/>
        <w:t>Тільки ти цієї миті&lt;br /&gt;</w:t>
        <w:br/>
        <w:t>Мене втішив.</w:t>
      </w:r>
    </w:p>
    <w:p>
      <w:r>
        <w:br/>
        <w:t>Кларін&lt;br /&gt;</w:t>
        <w:br/>
        <w:t>Пане мій,&lt;br /&gt;</w:t>
        <w:br/>
        <w:t>Я — утішник мандрівний&lt;br /&gt;</w:t>
        <w:br/>
        <w:t>Сехисмундо всіх на світі.</w:t>
      </w:r>
    </w:p>
    <w:p>
      <w:r>
        <w:br/>
        <w:t>Сцена четверта&lt;br /&gt;</w:t>
        <w:br/>
        <w:t>Входить Астольфо</w:t>
      </w:r>
    </w:p>
    <w:p>
      <w:r>
        <w:br/>
        <w:t>Астольфо&lt;br /&gt;</w:t>
        <w:br/>
        <w:t>Тисячу разів щасливий,&lt;br /&gt;</w:t>
        <w:br/>
        <w:t>О мій принце, день і час,&lt;br /&gt;</w:t>
        <w:br/>
        <w:t>Коли ви прийшли до нас,&lt;br /&gt;</w:t>
        <w:br/>
        <w:t>Польське сонце, що сяйливе&lt;br /&gt;</w:t>
        <w:br/>
        <w:t>Радість ллє по всіх низинах,&lt;br /&gt;</w:t>
        <w:br/>
        <w:t>Обагряє краєвиди,&lt;br /&gt;</w:t>
        <w:br/>
        <w:t>Бо, як сонце красовите,&lt;br /&gt;</w:t>
        <w:br/>
        <w:t>Вийшли ви з-за гір камінних!&lt;br /&gt;</w:t>
        <w:br/>
        <w:t>Встаньте, і ввінчає гоже&lt;br /&gt;</w:t>
        <w:br/>
        <w:t>Лавр сяйливий вам чоло,&lt;br /&gt;</w:t>
        <w:br/>
        <w:t>Хоч і пізно, та прийшло&lt;br /&gt;</w:t>
        <w:br/>
        <w:t>Щастя.</w:t>
      </w:r>
    </w:p>
    <w:p>
      <w:r>
        <w:br/>
        <w:t>Сехисмундо&lt;br /&gt;</w:t>
        <w:br/>
        <w:t>Бережи вас, Боже.</w:t>
      </w:r>
    </w:p>
    <w:p>
      <w:r>
        <w:br/>
        <w:t>Астольфо&lt;br /&gt;</w:t>
        <w:br/>
        <w:t>Вам прощаю з чистим серцем,&lt;br /&gt;</w:t>
        <w:br/>
        <w:t>Що малу явили честь,&lt;br /&gt;</w:t>
        <w:br/>
        <w:t>Не спитавши, хто я єсть.&lt;br /&gt;</w:t>
        <w:br/>
        <w:t>Назовусь: Астольфо, герцог&lt;br /&gt;</w:t>
        <w:br/>
        <w:t>Я московський і, щоб знали,&lt;br /&gt;</w:t>
        <w:br/>
        <w:t>Ваш кузен, ми рівня вдвох.</w:t>
      </w:r>
    </w:p>
    <w:p>
      <w:r>
        <w:br/>
        <w:t>Сехисмундо&lt;br /&gt;</w:t>
        <w:br/>
        <w:t>Таж, щоб тут беріг вас Бог,&lt;br /&gt;</w:t>
        <w:br/>
        <w:t>Я сказав, цього ще мало?&lt;br /&gt;</w:t>
        <w:br/>
        <w:t>Як хизуєтесь негоже&lt;br /&gt;</w:t>
        <w:br/>
        <w:t>Тим, хто ви, то в інший раз&lt;br /&gt;</w:t>
        <w:br/>
        <w:t>Я скажу, зустрівши вас,&lt;br /&gt;</w:t>
        <w:br/>
        <w:t>Не оберігай вас, Боже.</w:t>
      </w:r>
    </w:p>
    <w:p>
      <w:r>
        <w:br/>
        <w:t>2-й слуга (до Астольфо)&lt;br /&gt;</w:t>
        <w:br/>
        <w:t>Ваша світлість добре знає,&lt;br /&gt;</w:t>
        <w:br/>
        <w:t>Що у лісі він зродився,&lt;br /&gt;</w:t>
        <w:br/>
        <w:t>Де всьому цьому й навчився.&lt;br /&gt;</w:t>
        <w:br/>
        <w:t>(До Сехисмундо)&lt;br /&gt;</w:t>
        <w:br/>
        <w:t>Вас Астольфо поважає…</w:t>
      </w:r>
    </w:p>
    <w:p>
      <w:r>
        <w:br/>
        <w:t>Сехисмундо&lt;br /&gt;</w:t>
        <w:br/>
        <w:t>Він набрид, як манія,&lt;br /&gt;</w:t>
        <w:br/>
        <w:t>Що себе лиш знає й слуха,&lt;br /&gt;</w:t>
        <w:br/>
        <w:t>Ще й не зняв він капелюха.</w:t>
      </w:r>
    </w:p>
    <w:p>
      <w:r>
        <w:br/>
        <w:t>2-й слуга&lt;br /&gt;</w:t>
        <w:br/>
        <w:t>Знатний він.</w:t>
      </w:r>
    </w:p>
    <w:p>
      <w:r>
        <w:br/>
        <w:t>Сехисмундо&lt;br /&gt;</w:t>
        <w:br/>
        <w:t>Знатніший я.</w:t>
      </w:r>
    </w:p>
    <w:p>
      <w:r>
        <w:br/>
        <w:t>2-й слуга&lt;br /&gt;</w:t>
        <w:br/>
        <w:t>Все ж потрібно між собою&lt;br /&gt;</w:t>
        <w:br/>
        <w:t>Шануватись вам обом&lt;br /&gt;</w:t>
        <w:br/>
        <w:t>Більше, ніж комусь.</w:t>
      </w:r>
    </w:p>
    <w:p>
      <w:r>
        <w:br/>
        <w:t>Сехисмундо&lt;br /&gt;</w:t>
        <w:br/>
        <w:t>А чом&lt;br /&gt;</w:t>
        <w:br/>
        <w:t>Ви тут спорите зі мною?</w:t>
      </w:r>
    </w:p>
    <w:p>
      <w:r>
        <w:br/>
        <w:t>Сцена п’ята&lt;br /&gt;</w:t>
        <w:br/>
        <w:t>Входить Естрелья.</w:t>
      </w:r>
    </w:p>
    <w:p>
      <w:r>
        <w:br/>
        <w:t>Естрелья&lt;br /&gt;</w:t>
        <w:br/>
        <w:t>Ваша світлосте, сеньйоре,&lt;br /&gt;</w:t>
        <w:br/>
        <w:t>Не зважайте на омани,&lt;br /&gt;</w:t>
        <w:br/>
        <w:t>На престол зійдіть жаданий,&lt;br /&gt;</w:t>
        <w:br/>
        <w:t>Позабувши зло і горе,&lt;br /&gt;</w:t>
        <w:br/>
        <w:t>І віднині правте нами,&lt;br /&gt;</w:t>
        <w:br/>
        <w:t>Як сумління вам підкаже,&lt;br /&gt;</w:t>
        <w:br/>
        <w:t>Щоб життя лічили ваше&lt;br /&gt;</w:t>
        <w:br/>
        <w:t>Не роками, а віками.</w:t>
      </w:r>
    </w:p>
    <w:p>
      <w:r>
        <w:br/>
        <w:t>Сехисмундо (до Кларіна)&lt;br /&gt;</w:t>
        <w:br/>
        <w:t>Хто, скажи-но, ця відрада,&lt;br /&gt;</w:t>
        <w:br/>
        <w:t>Знатна й гарна, хто вона,&lt;br /&gt;</w:t>
        <w:br/>
        <w:t>Хто богиня ця земна,&lt;br /&gt;</w:t>
        <w:br/>
        <w:t>Що до ніг їй промінь пада?</w:t>
      </w:r>
    </w:p>
    <w:p>
      <w:r>
        <w:br/>
        <w:t>Кларін&lt;br /&gt;</w:t>
        <w:br/>
        <w:t>Таж кузина це твоя,&lt;br /&gt;</w:t>
        <w:br/>
        <w:t>Мій сеньйоре, це Естрелья.</w:t>
      </w:r>
    </w:p>
    <w:p>
      <w:r>
        <w:br/>
        <w:t>Сехисмундо&lt;br /&gt;</w:t>
        <w:br/>
        <w:t>Ні, її вже не зорею,&lt;br /&gt;</w:t>
        <w:br/>
        <w:t>Сонцем називав би я.&lt;br /&gt;</w:t>
        <w:br/>
        <w:t>(До Естрельї)&lt;br /&gt;</w:t>
        <w:br/>
        <w:t>Я зичливість випадково,&lt;br /&gt;</w:t>
        <w:br/>
        <w:t>Вас побачивши, зустрів,&lt;br /&gt;</w:t>
        <w:br/>
        <w:t>Хоч її й не заслужив, —&lt;br /&gt;</w:t>
        <w:br/>
        <w:t>Дякую за добре слово.&lt;br /&gt;</w:t>
        <w:br/>
        <w:t>Про добро почувши, я вже&lt;br /&gt;</w:t>
        <w:br/>
        <w:t>Знаю — мить добра настала,&lt;br /&gt;</w:t>
        <w:br/>
        <w:t>Ви зоря, що засіяла,&lt;br /&gt;</w:t>
        <w:br/>
        <w:t>Мені радість дарувавши&lt;br /&gt;</w:t>
        <w:br/>
        <w:t>Серед темної імли&lt;br /&gt;</w:t>
        <w:br/>
        <w:t>Світлом тим, що благородить.&lt;br /&gt;</w:t>
        <w:br/>
        <w:t>І навіщо сонцю сходить,&lt;br /&gt;</w:t>
        <w:br/>
        <w:t>Коли день ви привели?&lt;br /&gt;</w:t>
        <w:br/>
        <w:t>Дайте руку, і, як чашу,&lt;br /&gt;</w:t>
        <w:br/>
        <w:t>Щоб наснагу спити ніжну,&lt;br /&gt;</w:t>
        <w:br/>
        <w:t>Поцілую білосніжну.</w:t>
      </w:r>
    </w:p>
    <w:p>
      <w:r>
        <w:br/>
        <w:t>Естрелья&lt;br /&gt;</w:t>
        <w:br/>
        <w:t>Я ціню галантність вашу.</w:t>
      </w:r>
    </w:p>
    <w:p>
      <w:r>
        <w:br/>
        <w:t>Астольфо (убік)&lt;br /&gt;</w:t>
        <w:br/>
        <w:t>Я пропав, як він візьме&lt;br /&gt;</w:t>
        <w:br/>
        <w:t>Руку.</w:t>
      </w:r>
    </w:p>
    <w:p>
      <w:r>
        <w:br/>
        <w:t>2-й слуга (убік)&lt;br /&gt;</w:t>
        <w:br/>
        <w:t>Чом же пропадати&lt;br /&gt;</w:t>
        <w:br/>
        <w:t>Як завадить можна, брате?&lt;br /&gt;</w:t>
        <w:br/>
        <w:t>(До Сехисмундо)&lt;br /&gt;</w:t>
        <w:br/>
        <w:t>Не по правді це, бігме,&lt;br /&gt;</w:t>
        <w:br/>
        <w:t>Так грубить, сеньйоре, ні,&lt;br /&gt;</w:t>
        <w:br/>
        <w:t>Та й Астольфо…</w:t>
      </w:r>
    </w:p>
    <w:p>
      <w:r>
        <w:br/>
        <w:t>Сехисмундо&lt;br /&gt;</w:t>
        <w:br/>
        <w:t>Ти зі мною&lt;br /&gt;</w:t>
        <w:br/>
        <w:t>Вже не спорся, бо вспокою.</w:t>
      </w:r>
    </w:p>
    <w:p>
      <w:r>
        <w:br/>
        <w:t>2-й слуга&lt;br /&gt;</w:t>
        <w:br/>
        <w:t>Правду я сказав.</w:t>
      </w:r>
    </w:p>
    <w:p>
      <w:r>
        <w:br/>
        <w:t>Сехисмундо&lt;br /&gt;</w:t>
        <w:br/>
        <w:t>Мені&lt;br /&gt;</w:t>
        <w:br/>
        <w:t>Нудно від такої правди.&lt;br /&gt;</w:t>
        <w:br/>
        <w:t>Правда тільки та підходить,&lt;br /&gt;</w:t>
        <w:br/>
        <w:t>Що моїй натурі годить.</w:t>
      </w:r>
    </w:p>
    <w:p>
      <w:r>
        <w:br/>
        <w:t>2-й слуга&lt;br /&gt;</w:t>
        <w:br/>
        <w:t>Та, сеньйоре, сам сказав ти,&lt;br /&gt;</w:t>
        <w:br/>
        <w:t>Що по правді чинять люди&lt;br /&gt;</w:t>
        <w:br/>
        <w:t>Ті, хто кориться закону.</w:t>
      </w:r>
    </w:p>
    <w:p>
      <w:r>
        <w:br/>
        <w:t>Сехисмундо&lt;br /&gt;</w:t>
        <w:br/>
        <w:t>Ще сказав я, що з балкона&lt;br /&gt;</w:t>
        <w:br/>
        <w:t>Викину того, хто буде&lt;br /&gt;</w:t>
        <w:br/>
        <w:t>Тут перечить на біду.</w:t>
      </w:r>
    </w:p>
    <w:p>
      <w:r>
        <w:br/>
        <w:t>2-й слуга&lt;br /&gt;</w:t>
        <w:br/>
        <w:t>Не на того ти напав,&lt;br /&gt;</w:t>
        <w:br/>
        <w:t>Не такий я.</w:t>
      </w:r>
    </w:p>
    <w:p>
      <w:r>
        <w:br/>
        <w:t>Сехисмундо&lt;br /&gt;</w:t>
        <w:br/>
        <w:t>Будь ласкав,&lt;br /&gt;</w:t>
        <w:br/>
        <w:t>Я це зараз доведу!</w:t>
      </w:r>
    </w:p>
    <w:p>
      <w:r>
        <w:br/>
        <w:t>Сехисмундо хапає другого слугу і виходить; усі йдуть за ним і негайно повертаються.</w:t>
      </w:r>
    </w:p>
    <w:p>
      <w:r>
        <w:br/>
        <w:t>Астольфо&lt;br /&gt;</w:t>
        <w:br/>
        <w:t>Що це? Хай нас Бог спасе!</w:t>
      </w:r>
    </w:p>
    <w:p>
      <w:r>
        <w:br/>
        <w:t>Естрелья&lt;br /&gt;</w:t>
        <w:br/>
        <w:t>Зупиніть його, ну й горе.&lt;br /&gt;</w:t>
        <w:br/>
        <w:t>(Виходить)</w:t>
      </w:r>
    </w:p>
    <w:p>
      <w:r>
        <w:br/>
        <w:t>Сехимундо (повертається)&lt;br /&gt;</w:t>
        <w:br/>
        <w:t>Він з балкона впав у море,&lt;br /&gt;</w:t>
        <w:br/>
        <w:t>Захлинувся, та й усе!</w:t>
      </w:r>
    </w:p>
    <w:p>
      <w:r>
        <w:br/>
        <w:t>Астольфо&lt;br /&gt;</w:t>
        <w:br/>
        <w:t>Лють вгамуйте, щоб по стежі&lt;br /&gt;</w:t>
        <w:br/>
        <w:t>Не пройти, всьому ж є міра,&lt;br /&gt;</w:t>
        <w:br/>
        <w:t>Від людини і до звіра,&lt;br /&gt;</w:t>
        <w:br/>
        <w:t>Від палацу і до вежі.</w:t>
      </w:r>
    </w:p>
    <w:p>
      <w:r>
        <w:br/>
        <w:t>Сехисмундо&lt;br /&gt;</w:t>
        <w:br/>
        <w:t>Ця порада — не заслуга,&lt;br /&gt;</w:t>
        <w:br/>
        <w:t>Слово ще одне і ви&lt;br /&gt;</w:t>
        <w:br/>
        <w:t>Не знайдете голови,&lt;br /&gt;</w:t>
        <w:br/>
        <w:t>Щоб носити капелюха.</w:t>
      </w:r>
    </w:p>
    <w:p>
      <w:r>
        <w:br/>
        <w:t>Астольфо виходить.</w:t>
      </w:r>
    </w:p>
    <w:p>
      <w:r>
        <w:br/>
        <w:t>Сцена шоста&lt;br /&gt;</w:t>
        <w:br/>
        <w:t>Входить Басиліо.</w:t>
      </w:r>
    </w:p>
    <w:p>
      <w:r>
        <w:br/>
        <w:t>Басиліо&lt;br /&gt;</w:t>
        <w:br/>
        <w:t>Що тут сталось?</w:t>
      </w:r>
    </w:p>
    <w:p>
      <w:r>
        <w:br/>
        <w:t>Сехисмундо&lt;br /&gt;</w:t>
        <w:br/>
        <w:t>Та нічого.&lt;br /&gt;</w:t>
        <w:br/>
        <w:t>Я з балкона чоловіка&lt;br /&gt;</w:t>
        <w:br/>
        <w:t>Кинув, бо допік драпіка.</w:t>
      </w:r>
    </w:p>
    <w:p>
      <w:r>
        <w:br/>
        <w:t>Кларін&lt;br /&gt;</w:t>
        <w:br/>
        <w:t>Це король, він судить строго.</w:t>
      </w:r>
    </w:p>
    <w:p>
      <w:r>
        <w:br/>
        <w:t>Басиліо&lt;br /&gt;</w:t>
        <w:br/>
        <w:t>Ти з людських почав утрат&lt;br /&gt;</w:t>
        <w:br/>
        <w:t>Перший день своєї влади?</w:t>
      </w:r>
    </w:p>
    <w:p>
      <w:r>
        <w:br/>
        <w:t>Сехисмундо&lt;br /&gt;</w:t>
        <w:br/>
        <w:t>Він поспорився заклятий,&lt;br /&gt;</w:t>
        <w:br/>
        <w:t>І я виграв той заклад.</w:t>
      </w:r>
    </w:p>
    <w:p>
      <w:r>
        <w:br/>
        <w:t>Басиліо&lt;br /&gt;</w:t>
        <w:br/>
        <w:t>Прикро, принце! Я бажання&lt;br /&gt;</w:t>
        <w:br/>
        <w:t>Мав зустріть тебе на волі,&lt;br /&gt;</w:t>
        <w:br/>
        <w:t>Коли ти зірок і долі&lt;br /&gt;</w:t>
        <w:br/>
        <w:t>Переможеш віщування,&lt;br /&gt;</w:t>
        <w:br/>
        <w:t>Бачу ж я тебе жорстоким,&lt;br /&gt;</w:t>
        <w:br/>
        <w:t>І почав ти все із кривди,&lt;br /&gt;</w:t>
        <w:br/>
        <w:t>Бо найперше, що вчинив ти, —&lt;br /&gt;</w:t>
        <w:br/>
        <w:t>Заподіяв смерть нароком.&lt;br /&gt;</w:t>
        <w:br/>
        <w:t>Як же можу я з любов’ю&lt;br /&gt;</w:t>
        <w:br/>
        <w:t>Рук торкнутися твоїх,&lt;br /&gt;</w:t>
        <w:br/>
        <w:t>Коли ти убити зміг,&lt;br /&gt;</w:t>
        <w:br/>
        <w:t>Вмивши їх людською кров’ю?&lt;br /&gt;</w:t>
        <w:br/>
        <w:t>Ні, не можу. Хто б таки,&lt;br /&gt;</w:t>
        <w:br/>
        <w:t>Взрівши меч, який багряну&lt;br /&gt;</w:t>
        <w:br/>
        <w:t>Вмить завдав смертельну рану,&lt;br /&gt;</w:t>
        <w:br/>
        <w:t>Не здригнувся? Хто б чуткий,&lt;br /&gt;</w:t>
        <w:br/>
        <w:t>Що криваве місце взнає,&lt;br /&gt;</w:t>
        <w:br/>
        <w:t>Де хтось смерть комусь прискорив,&lt;br /&gt;</w:t>
        <w:br/>
        <w:t>Не страшився? За свій норов&lt;br /&gt;</w:t>
        <w:br/>
        <w:t>Сильний теж відповідає.&lt;br /&gt;</w:t>
        <w:br/>
        <w:t>На це місце я дивлюся,&lt;br /&gt;</w:t>
        <w:br/>
        <w:t>На твої убивчі руки&lt;br /&gt;</w:t>
        <w:br/>
        <w:t>І від тебе, повен муки,&lt;br /&gt;</w:t>
        <w:br/>
        <w:t>Як від смерті, сторонюся.&lt;br /&gt;</w:t>
        <w:br/>
        <w:t>І хоч я жадав з любов’ю&lt;br /&gt;</w:t>
        <w:br/>
        <w:t>Обійнять тебе, горлаю,&lt;br /&gt;</w:t>
        <w:br/>
        <w:t>Без обіймів покидаю,&lt;br /&gt;</w:t>
        <w:br/>
        <w:t>Бо заплямився ти кров’ю.</w:t>
      </w:r>
    </w:p>
    <w:p>
      <w:r>
        <w:br/>
        <w:t>Сехисмундо&lt;br /&gt;</w:t>
        <w:br/>
        <w:t>Обійтись без них я можу,&lt;br /&gt;</w:t>
        <w:br/>
        <w:t>Як обходився до цього,&lt;br /&gt;</w:t>
        <w:br/>
        <w:t>Коли батько мене строго&lt;br /&gt;</w:t>
        <w:br/>
        <w:t>Взяв і вежі під сторожу;&lt;br /&gt;</w:t>
        <w:br/>
        <w:t>На мені зганяв свій гнів,&lt;br /&gt;</w:t>
        <w:br/>
        <w:t>Мав мене за бузувіра&lt;br /&gt;</w:t>
        <w:br/>
        <w:t>І виховував, як звіра,&lt;br /&gt;</w:t>
        <w:br/>
        <w:t>Як недолюда, ростив&lt;br /&gt;</w:t>
        <w:br/>
        <w:t>І бажав моєї смерті, —&lt;br /&gt;</w:t>
        <w:br/>
        <w:t>Щ&amp;#243; з обіймів, як, марн&amp;#237;,&lt;br /&gt;</w:t>
        <w:br/>
        <w:t>Буть людиною мені&lt;br /&gt;</w:t>
        <w:br/>
        <w:t>Не дають вони простерті?</w:t>
      </w:r>
    </w:p>
    <w:p>
      <w:r>
        <w:br/>
        <w:t>Басиліо&lt;br /&gt;</w:t>
        <w:br/>
        <w:t>Мабуть, Бог мене впослідив, —&lt;br /&gt;</w:t>
        <w:br/>
        <w:t>Це б життя тобі не дав я,&lt;br /&gt;</w:t>
        <w:br/>
        <w:t>То б не знав твого безслав’я,&lt;br /&gt;</w:t>
        <w:br/>
        <w:t>Злодіянь твоїх не відав.</w:t>
      </w:r>
    </w:p>
    <w:p>
      <w:r>
        <w:br/>
        <w:t>Сехисмундо&lt;br /&gt;</w:t>
        <w:br/>
        <w:t>Якби ти життя не дав,&lt;br /&gt;</w:t>
        <w:br/>
        <w:t>Я б не ремствував, тиране,&lt;br /&gt;</w:t>
        <w:br/>
        <w:t>Та життя, тобою дане,&lt;br /&gt;</w:t>
        <w:br/>
        <w:t>Ти ж у мене й відібрав.&lt;br /&gt;</w:t>
        <w:br/>
        <w:t>Дати — це шляхетна справа,&lt;br /&gt;</w:t>
        <w:br/>
        <w:t>Що не міряється злотом,&lt;br /&gt;</w:t>
        <w:br/>
        <w:t>Але дар відняти потім —&lt;br /&gt;</w:t>
        <w:br/>
        <w:t>То вже річ низька й лукава.</w:t>
      </w:r>
    </w:p>
    <w:p>
      <w:r>
        <w:br/>
        <w:t>Басиліо&lt;br /&gt;</w:t>
        <w:br/>
        <w:t>Красно дякуєш за всяку&lt;br /&gt;</w:t>
        <w:br/>
        <w:t>Поміч і за те, горлаю,&lt;br /&gt;</w:t>
        <w:br/>
        <w:t>Що ти принц уже!</w:t>
      </w:r>
    </w:p>
    <w:p>
      <w:r>
        <w:br/>
        <w:t>Сехисмундо&lt;br /&gt;</w:t>
        <w:br/>
        <w:t>Чи маю&lt;br /&gt;</w:t>
        <w:br/>
        <w:t>Я тобі складати дяку?&lt;br /&gt;</w:t>
        <w:br/>
        <w:t>Ти душив мою свободу,&lt;br /&gt;</w:t>
        <w:br/>
        <w:t>Тож, старий уже й похилий,&lt;br /&gt;</w:t>
        <w:br/>
        <w:t>Що даєш біля могили?&lt;br /&gt;</w:t>
        <w:br/>
        <w:t>Те, що є моїм ізроду!&lt;br /&gt;</w:t>
        <w:br/>
        <w:t>Ти — мій батько і король;&lt;br /&gt;</w:t>
        <w:br/>
        <w:t>Я вспадковую по праву&lt;br /&gt;</w:t>
        <w:br/>
        <w:t>Всю цю велич і державу&lt;br /&gt;</w:t>
        <w:br/>
        <w:t>І твою в державі роль.&lt;br /&gt;</w:t>
        <w:br/>
        <w:t>Знай, хоч я в такому стані,&lt;br /&gt;</w:t>
        <w:br/>
        <w:t>Та до тебе строгим буду,&lt;br /&gt;</w:t>
        <w:br/>
        <w:t>Притягну тебе до суду&lt;br /&gt;</w:t>
        <w:br/>
        <w:t>За той час, коли в кайданні&lt;br /&gt;</w:t>
        <w:br/>
        <w:t>Я провів свій юний вік;&lt;br /&gt;</w:t>
        <w:br/>
        <w:t>І вже дякуй, винуватий,&lt;br /&gt;</w:t>
        <w:br/>
        <w:t>Що не правлю з тебе плати,&lt;br /&gt;</w:t>
        <w:br/>
        <w:t>Бо ж у мене ти — боржник.</w:t>
      </w:r>
    </w:p>
    <w:p>
      <w:r>
        <w:br/>
        <w:t>Басиліо&lt;br /&gt;</w:t>
        <w:br/>
        <w:t>Я дивлюсь на тебе з жалем;&lt;br /&gt;</w:t>
        <w:br/>
        <w:t>Небо спевнювало слово;&lt;br /&gt;</w:t>
        <w:br/>
        <w:t>І ти став не випадково&lt;br /&gt;</w:t>
        <w:br/>
        <w:t>Себелюбним і зухвалим.&lt;br /&gt;</w:t>
        <w:br/>
        <w:t>І хоча вже знаєш, хто ти,&lt;br /&gt;</w:t>
        <w:br/>
        <w:t>І хоч бачиш, що весь люд&lt;br /&gt;</w:t>
        <w:br/>
        <w:t>Так тебе шанує тут,&lt;br /&gt;</w:t>
        <w:br/>
        <w:t>І хоч ти серед пишноти, —&lt;br /&gt;</w:t>
        <w:br/>
        <w:t>Зваж на зриму засторогу:&lt;br /&gt;</w:t>
        <w:br/>
        <w:t>Сниться, може, це тобі ж,&lt;br /&gt;</w:t>
        <w:br/>
        <w:t>Хоч гадаєш, що не спиш,&lt;br /&gt;</w:t>
        <w:br/>
        <w:t>Втім, усе збагнеш потроху.&lt;br /&gt;</w:t>
        <w:br/>
        <w:t>(Виходить)</w:t>
      </w:r>
    </w:p>
    <w:p>
      <w:r>
        <w:br/>
        <w:t>Сехисмундо&lt;br /&gt;</w:t>
        <w:br/>
        <w:t>Чи це сон чи, може, яв&lt;br /&gt;</w:t>
        <w:br/>
        <w:t>Те, що бачу, — я не знаю.&lt;br /&gt;</w:t>
        <w:br/>
        <w:t>Я не сплю, бо відчуваю,&lt;br /&gt;</w:t>
        <w:br/>
        <w:t>Ким я був і ким я став.&lt;br /&gt;</w:t>
        <w:br/>
        <w:t>І, хоч каєшся і спориш,&lt;br /&gt;</w:t>
        <w:br/>
        <w:t>Мало вдасться вже тобі;&lt;br /&gt;</w:t>
        <w:br/>
        <w:t>Знаю, хто я, й, далебі,&lt;br /&gt;</w:t>
        <w:br/>
        <w:t>Ти мене вже не впокориш&lt;br /&gt;</w:t>
        <w:br/>
        <w:t>І не скориш; я прийму,&lt;br /&gt;</w:t>
        <w:br/>
        <w:t>Вспадкувавши, цю корону;&lt;br /&gt;</w:t>
        <w:br/>
        <w:t>І, якщо ти без закону&lt;br /&gt;</w:t>
        <w:br/>
        <w:t>Кинув сина у тюрму, —&lt;br /&gt;</w:t>
        <w:br/>
        <w:t>То був підступ і офіра;&lt;br /&gt;</w:t>
        <w:br/>
        <w:t>Що було моє ім’я?&lt;br /&gt;</w:t>
        <w:br/>
        <w:t>Я не знав, та взнав, що я —&lt;br /&gt;</w:t>
        <w:br/>
        <w:t>Це злиття людини й звіра.</w:t>
      </w:r>
    </w:p>
    <w:p>
      <w:r>
        <w:br/>
        <w:t>Сцена сьома&lt;br /&gt;</w:t>
        <w:br/>
        <w:t>Входить Росаура в жіночому вбранні.</w:t>
      </w:r>
    </w:p>
    <w:p>
      <w:r>
        <w:br/>
        <w:t>Росаура&lt;br /&gt;</w:t>
        <w:br/>
        <w:t>Естрельї вслід ступаю,&lt;br /&gt;</w:t>
        <w:br/>
        <w:t>Боюсь, що тут Астольфо пострічаю;&lt;br /&gt;</w:t>
        <w:br/>
        <w:t>Клотальдо не бажав би,&lt;br /&gt;</w:t>
        <w:br/>
        <w:t>Щоб він мене побачив і впізнав би,&lt;br /&gt;</w:t>
        <w:br/>
        <w:t>Бо це важливо для моєї честі,&lt;br /&gt;</w:t>
        <w:br/>
        <w:t>Аби удар відвести;&lt;br /&gt;</w:t>
        <w:br/>
        <w:t>І, вдячна, вірю я Клотальдо й знаю,&lt;br /&gt;</w:t>
        <w:br/>
        <w:t>Що честі і життю тут захист маю.</w:t>
      </w:r>
    </w:p>
    <w:p>
      <w:r>
        <w:br/>
        <w:t>Кларін (до Сехисмундо)&lt;br /&gt;</w:t>
        <w:br/>
        <w:t>А що приємно й мило&lt;br /&gt;</w:t>
        <w:br/>
        <w:t>Тебе тут здивувало і вразило?</w:t>
      </w:r>
    </w:p>
    <w:p>
      <w:r>
        <w:br/>
        <w:t>Сехисмундо&lt;br /&gt;</w:t>
        <w:br/>
        <w:t>Ніщо не здивувало,&lt;br /&gt;</w:t>
        <w:br/>
        <w:t>Бо все я передбачив, як бувало;&lt;br /&gt;</w:t>
        <w:br/>
        <w:t>Але я дався диву,&lt;br /&gt;</w:t>
        <w:br/>
        <w:t>Милуючись на жіночку вродливу,&lt;br /&gt;</w:t>
        <w:br/>
        <w:t>Найкращу в світі. Знав я&lt;br /&gt;</w:t>
        <w:br/>
        <w:t>Із тих книжок, які колись читав я,&lt;br /&gt;</w:t>
        <w:br/>
        <w:t>Що Бог, створивши на землі мужчину,&lt;br /&gt;</w:t>
        <w:br/>
        <w:t>Створив маленьку світу половину;&lt;br /&gt;</w:t>
        <w:br/>
        <w:t>А потім ясноликий&lt;br /&gt;</w:t>
        <w:br/>
        <w:t>Явив у жінці небо невелике;&lt;br /&gt;</w:t>
        <w:br/>
        <w:t>І ця краса вражає,&lt;br /&gt;</w:t>
        <w:br/>
        <w:t>Коли на землю зійде й нам засяє,&lt;br /&gt;</w:t>
        <w:br/>
        <w:t>Як та, яку я бачу.</w:t>
      </w:r>
    </w:p>
    <w:p>
      <w:r>
        <w:br/>
        <w:t>Росаура (убік)&lt;br /&gt;</w:t>
        <w:br/>
        <w:t>Це принц! Я звідси йду й часу не трачу.</w:t>
      </w:r>
    </w:p>
    <w:p>
      <w:r>
        <w:br/>
        <w:t>Сехисмундо&lt;br /&gt;</w:t>
        <w:br/>
        <w:t>Стривай, чому тікаєш?&lt;br /&gt;</w:t>
        <w:br/>
        <w:t>Ти схід і захід плутаєш, єднаєш, —&lt;br /&gt;</w:t>
        <w:br/>
        <w:t>Це зрозумієш згодом;&lt;br /&gt;</w:t>
        <w:br/>
        <w:t>Якби був захід з’єднаний зі сходом,&lt;br /&gt;</w:t>
        <w:br/>
        <w:t>Холодна тінь і світло,&lt;br /&gt;</w:t>
        <w:br/>
        <w:t>Тоді б померкнув день і все поблідло;&lt;br /&gt;</w:t>
        <w:br/>
        <w:t>Та що я бачу, Боже?</w:t>
      </w:r>
    </w:p>
    <w:p>
      <w:r>
        <w:br/>
        <w:t>Росаура&lt;br /&gt;</w:t>
        <w:br/>
        <w:t>Я ж бачу те, що гоже і негоже.</w:t>
      </w:r>
    </w:p>
    <w:p>
      <w:r>
        <w:br/>
        <w:t>Сехисмундо (убік)&lt;br /&gt;</w:t>
        <w:br/>
        <w:t>Так цю красу величну&lt;br /&gt;</w:t>
        <w:br/>
        <w:t>Вже бачив я.</w:t>
      </w:r>
    </w:p>
    <w:p>
      <w:r>
        <w:br/>
        <w:t>Росаура (убік)&lt;br /&gt;</w:t>
        <w:br/>
        <w:t>І велич цю незвичну&lt;br /&gt;</w:t>
        <w:br/>
        <w:t>Я бачила в неволі&lt;br /&gt;</w:t>
        <w:br/>
        <w:t>Зігн&amp;#253;тою.</w:t>
      </w:r>
    </w:p>
    <w:p>
      <w:r>
        <w:br/>
        <w:t>Сехисмундо (убік)&lt;br /&gt;</w:t>
        <w:br/>
        <w:t>Свою знайшов я долю.&lt;br /&gt;</w:t>
        <w:br/>
        <w:t>(До Росаури)&lt;br /&gt;</w:t>
        <w:br/>
        <w:t>О жінко, знай, це слово&lt;br /&gt;</w:t>
        <w:br/>
        <w:t>Для чоловіка миле і святкове, —&lt;br /&gt;</w:t>
        <w:br/>
        <w:t>Хто ти? Перед тобою&lt;br /&gt;</w:t>
        <w:br/>
        <w:t>Схиляюсь, зачарований красою,&lt;br /&gt;</w:t>
        <w:br/>
        <w:t>І знову відчуваю,&lt;br /&gt;</w:t>
        <w:br/>
        <w:t>Що я тебе не вперше зустрічаю.&lt;br /&gt;</w:t>
        <w:br/>
        <w:t>Хто ти, красо-лілеє?</w:t>
      </w:r>
    </w:p>
    <w:p>
      <w:r>
        <w:br/>
        <w:t>Росаура (убік)&lt;br /&gt;</w:t>
        <w:br/>
        <w:t>Я не відкриюсь.&lt;br /&gt;</w:t>
        <w:br/>
        <w:t>(До Сехисмундо)&lt;br /&gt;</w:t>
        <w:br/>
        <w:t>Дама я Естрельї,&lt;br /&gt;</w:t>
        <w:br/>
        <w:t>Зорі над цілим світом.</w:t>
      </w:r>
    </w:p>
    <w:p>
      <w:r>
        <w:br/>
        <w:t>Сехисмундо&lt;br /&gt;</w:t>
        <w:br/>
        <w:t>Ні, сонце ти, якого теплим світлом&lt;br /&gt;</w:t>
        <w:br/>
        <w:t>Живе ця зірка й сяє,&lt;br /&gt;</w:t>
        <w:br/>
        <w:t>Адже у тебе світло позичає:&lt;br /&gt;</w:t>
        <w:br/>
        <w:t>Я бачив у державі&lt;br /&gt;</w:t>
        <w:br/>
        <w:t>Духмяних квітів їх сеньйору в славі, —&lt;br /&gt;</w:t>
        <w:br/>
        <w:t>Божественна троянда&lt;br /&gt;</w:t>
        <w:br/>
        <w:t>Королювала красна і галантна;&lt;br /&gt;</w:t>
        <w:br/>
        <w:t>Я бачив, я примітив,&lt;br /&gt;</w:t>
        <w:br/>
        <w:t>Як вирізнявся поміж самоцвітів&lt;br /&gt;</w:t>
        <w:br/>
        <w:t>Той діамант сліпучий,&lt;br /&gt;</w:t>
        <w:br/>
        <w:t>З якого імператор був блискучий;&lt;br /&gt;</w:t>
        <w:br/>
        <w:t>І в цих ясних зібраннях&lt;br /&gt;</w:t>
        <w:br/>
        <w:t>Республіки тремких зірок багряних&lt;br /&gt;</w:t>
        <w:br/>
        <w:t>Я бачив, як горіло&lt;br /&gt;</w:t>
        <w:br/>
        <w:t>Найперше між зірок палке світило;&lt;br /&gt;</w:t>
        <w:br/>
        <w:t>Планет червоноперих&lt;br /&gt;</w:t>
        <w:br/>
        <w:t>Я бачив почет у небесних сферах,&lt;br /&gt;</w:t>
        <w:br/>
        <w:t>Де сонце засіяло&lt;br /&gt;</w:t>
        <w:br/>
        <w:t>І, як оракул дня, владарювало.&lt;br /&gt;</w:t>
        <w:br/>
        <w:t>Отож, якщо поміж зірок і квітів,&lt;br /&gt;</w:t>
        <w:br/>
        <w:t>Небесних тіл, планет і самоцвітів&lt;br /&gt;</w:t>
        <w:br/>
        <w:t>Найкращих вирізняють,&lt;br /&gt;</w:t>
        <w:br/>
        <w:t>Чом більша за красою, що всі знають,&lt;br /&gt;</w:t>
        <w:br/>
        <w:t>Слугуєш меншій, глянь ти,&lt;br /&gt;</w:t>
        <w:br/>
        <w:t>Трояндо, сонце, зоре й діаманте?</w:t>
      </w:r>
    </w:p>
    <w:p>
      <w:r>
        <w:br/>
        <w:t>Сцена восьма&lt;br /&gt;</w:t>
        <w:br/>
        <w:t>Входить Клотальдо, який спочатку зупиняється за завісою.</w:t>
      </w:r>
    </w:p>
    <w:p>
      <w:r>
        <w:br/>
        <w:t>Клотальдо (убік)&lt;br /&gt;</w:t>
        <w:br/>
        <w:t>Я Сехисмундо погамую вдачу,&lt;br /&gt;</w:t>
        <w:br/>
        <w:t>Бо ж виховав його... Та що я бачу!</w:t>
      </w:r>
    </w:p>
    <w:p>
      <w:r>
        <w:br/>
        <w:t>Росаура&lt;br /&gt;</w:t>
        <w:br/>
        <w:t>Схилюсь перед тобою&lt;br /&gt;</w:t>
        <w:br/>
        <w:t>І відповім тобі я тишиною, —&lt;br /&gt;</w:t>
        <w:br/>
        <w:t>Коли тріпоче серце з хвилювання,&lt;br /&gt;</w:t>
        <w:br/>
        <w:t>Говорить краще за слова мовчання.</w:t>
      </w:r>
    </w:p>
    <w:p>
      <w:r>
        <w:br/>
        <w:t>Сехисмундо&lt;br /&gt;</w:t>
        <w:br/>
        <w:t>Ти не повинна так піти, стривай-но!&lt;br /&gt;</w:t>
        <w:br/>
        <w:t>Чому ти хочеш залишить негайно&lt;br /&gt;</w:t>
        <w:br/>
        <w:t>Мене в пітьмі відчаю?</w:t>
      </w:r>
    </w:p>
    <w:p>
      <w:r>
        <w:br/>
        <w:t>Росаура&lt;br /&gt;</w:t>
        <w:br/>
        <w:t>Про дозвіл вашу світлість я прохаю.</w:t>
      </w:r>
    </w:p>
    <w:p>
      <w:r>
        <w:br/>
        <w:t>Сехисмундо&lt;br /&gt;</w:t>
        <w:br/>
        <w:t>Йдучи так самовільно,&lt;br /&gt;</w:t>
        <w:br/>
        <w:t>Його не просиш, а береш насильно.</w:t>
      </w:r>
    </w:p>
    <w:p>
      <w:r>
        <w:br/>
        <w:t>Росаура&lt;br /&gt;</w:t>
        <w:br/>
        <w:t>Ти не даєш його, тож мушу взяти.</w:t>
      </w:r>
    </w:p>
    <w:p>
      <w:r>
        <w:br/>
        <w:t>Сехисмундо&lt;br /&gt;</w:t>
        <w:br/>
        <w:t>Я ґречним був, та можу й грубим стати,&lt;br /&gt;</w:t>
        <w:br/>
        <w:t>Твій опір і стремління —&lt;br /&gt;</w:t>
        <w:br/>
        <w:t>Це злюча трута для мого терпіння.</w:t>
      </w:r>
    </w:p>
    <w:p>
      <w:r>
        <w:br/>
        <w:t>Росаура&lt;br /&gt;</w:t>
        <w:br/>
        <w:t>Але, коли ця трута&lt;br /&gt;</w:t>
        <w:br/>
        <w:t>Жорстокістю і злом, їдка і люта,&lt;br /&gt;</w:t>
        <w:br/>
        <w:t>Терпіння подолає, —&lt;br /&gt;</w:t>
        <w:br/>
        <w:t>Вона моїх чеснот не захитає.</w:t>
      </w:r>
    </w:p>
    <w:p>
      <w:r>
        <w:br/>
        <w:t>Сехисмундо&lt;br /&gt;</w:t>
        <w:br/>
        <w:t>Я довести беруся&lt;br /&gt;</w:t>
        <w:br/>
        <w:t>Те, що краси твоєї не боюся,&lt;br /&gt;</w:t>
        <w:br/>
        <w:t>Мені ж не перепона&lt;br /&gt;</w:t>
        <w:br/>
        <w:t>В змаганні й неможливе; я з балкона&lt;br /&gt;</w:t>
        <w:br/>
        <w:t>Сьогодні викинув того, хто спорив&lt;br /&gt;</w:t>
        <w:br/>
        <w:t>Зі мною без докорів;&lt;br /&gt;</w:t>
        <w:br/>
        <w:t>І, щоб підтвердить це за мить єдину,&lt;br /&gt;</w:t>
        <w:br/>
        <w:t>Я у вікно твій гонор з честю кину.</w:t>
      </w:r>
    </w:p>
    <w:p>
      <w:r>
        <w:br/>
        <w:t>Клотальдо (убік)&lt;br /&gt;</w:t>
        <w:br/>
        <w:t>Його спинити треба.&lt;br /&gt;</w:t>
        <w:br/>
        <w:t>Що маю я робить, коли, о небо,&lt;br /&gt;</w:t>
        <w:br/>
        <w:t>Через підступність злую&lt;br /&gt;</w:t>
        <w:br/>
        <w:t>Сьогодні вдруге честю ризикую?</w:t>
      </w:r>
    </w:p>
    <w:p>
      <w:r>
        <w:br/>
        <w:t>Росаура&lt;br /&gt;</w:t>
        <w:br/>
        <w:t>Немарно, як стихію,&lt;br /&gt;</w:t>
        <w:br/>
        <w:t>Зірки твою вістили тиранію&lt;br /&gt;</w:t>
        <w:br/>
        <w:t>Для нас і королівства, —&lt;br /&gt;</w:t>
        <w:br/>
        <w:t>Страхіття, злодіяння, зради, вбивства.&lt;br /&gt;</w:t>
        <w:br/>
        <w:t>Що візьмеш від людини,&lt;br /&gt;</w:t>
        <w:br/>
        <w:t>В якої людського — ім’я єдине,&lt;br /&gt;</w:t>
        <w:br/>
        <w:t>Яка — лиха, безжальна,&lt;br /&gt;</w:t>
        <w:br/>
        <w:t>Жорстока, тиранічна і брутальна,&lt;br /&gt;</w:t>
        <w:br/>
        <w:t>Породжена між звірів?</w:t>
      </w:r>
    </w:p>
    <w:p>
      <w:r>
        <w:br/>
        <w:t>Сехисмундо&lt;br /&gt;</w:t>
        <w:br/>
        <w:t>Ти знай, з тобою я не лицемірив,&lt;br /&gt;</w:t>
        <w:br/>
        <w:t>Був ґречним і ні разу&lt;br /&gt;</w:t>
        <w:br/>
        <w:t>Не сподівався на таку образу;&lt;br /&gt;</w:t>
        <w:br/>
        <w:t>Якщо ж про це я говорив, заклятий,&lt;br /&gt;</w:t>
        <w:br/>
        <w:t>Ти мусиш, бачить Бог, усе сказати.&lt;br /&gt;</w:t>
        <w:br/>
        <w:t>Гей, нас одних зоставте й цю ж хвилину&lt;br /&gt;</w:t>
        <w:br/>
        <w:t>Там двері зачиніть!</w:t>
      </w:r>
    </w:p>
    <w:p>
      <w:r>
        <w:br/>
        <w:t>Кларін і слуги виходять</w:t>
      </w:r>
    </w:p>
    <w:p>
      <w:r>
        <w:br/>
        <w:t>Росаура (убік)&lt;br /&gt;</w:t>
        <w:br/>
        <w:t>Я тут загину.&lt;br /&gt;</w:t>
        <w:br/>
        <w:t>(До Сехисмундо)&lt;br /&gt;</w:t>
        <w:br/>
        <w:t>Зваж...</w:t>
      </w:r>
    </w:p>
    <w:p>
      <w:r>
        <w:br/>
        <w:t>Сехисмундо&lt;br /&gt;</w:t>
        <w:br/>
        <w:t>Ти — перед тираном,&lt;br /&gt;</w:t>
        <w:br/>
        <w:t>І вже не візьмеш знов мене обманом.</w:t>
      </w:r>
    </w:p>
    <w:p>
      <w:r>
        <w:br/>
        <w:t>Клотальдо (убік)&lt;br /&gt;</w:t>
        <w:br/>
        <w:t>Яка нестримна сила!&lt;br /&gt;</w:t>
        <w:br/>
        <w:t>Заваджу їй, хоча б і смерть скосила.&lt;br /&gt;</w:t>
        <w:br/>
        <w:t>(До Сехисмундо)&lt;br /&gt;</w:t>
        <w:br/>
        <w:t>Сеньйоре, це ж не диво...&lt;br /&gt;</w:t>
        <w:br/>
        <w:t>(Виходить наперед)</w:t>
      </w:r>
    </w:p>
    <w:p>
      <w:r>
        <w:br/>
        <w:t>Сехисмундо&lt;br /&gt;</w:t>
        <w:br/>
        <w:t>Ти вдруге вже довів мене до гніву,&lt;br /&gt;</w:t>
        <w:br/>
        <w:t>Старий безумцю вбогий.&lt;br /&gt;</w:t>
        <w:br/>
        <w:t>Ти не зважаєш на мій гнів ні трохи?&lt;br /&gt;</w:t>
        <w:br/>
        <w:t>Як ти сюди потрапив?</w:t>
      </w:r>
    </w:p>
    <w:p>
      <w:r>
        <w:br/>
        <w:t>Клотальдо&lt;br /&gt;</w:t>
        <w:br/>
        <w:t>Я голос чув, що грізно мене квапив&lt;br /&gt;</w:t>
        <w:br/>
        <w:t>Таке тобі сказати:&lt;br /&gt;</w:t>
        <w:br/>
        <w:t>Розважним будь, як хочеш панувати;&lt;br /&gt;</w:t>
        <w:br/>
        <w:t>Не будь жорстоким, ставши до правління, —&lt;br /&gt;</w:t>
        <w:br/>
        <w:t>Можливо, все це тільки сновидіння.</w:t>
      </w:r>
    </w:p>
    <w:p>
      <w:r>
        <w:br/>
        <w:t>Сехисмундо&lt;br /&gt;</w:t>
        <w:br/>
        <w:t>Мій гнів ти викликаєш,&lt;br /&gt;</w:t>
        <w:br/>
        <w:t>Коли в мені знов сумнів оживляєш.&lt;br /&gt;</w:t>
        <w:br/>
        <w:t>Я вб’ю тебе й побачу&lt;br /&gt;</w:t>
        <w:br/>
        <w:t>Це сон чи дійсність.</w:t>
      </w:r>
    </w:p>
    <w:p>
      <w:r>
        <w:br/>
        <w:t>Сехисмундо виймає шпагу; Клотальдо притримує її і стає на коліна.</w:t>
      </w:r>
    </w:p>
    <w:p>
      <w:r>
        <w:br/>
        <w:t>Клотальдо&lt;br /&gt;</w:t>
        <w:br/>
        <w:t>Вірю я в удачу,&lt;br /&gt;</w:t>
        <w:br/>
        <w:t>Триматимусь щосили.</w:t>
      </w:r>
    </w:p>
    <w:p>
      <w:r>
        <w:br/>
        <w:t>Сехисмундо&lt;br /&gt;</w:t>
        <w:br/>
        <w:t>Зніми зі шпаги руку, знахабнілий.</w:t>
      </w:r>
    </w:p>
    <w:p>
      <w:r>
        <w:br/>
        <w:t>Клотальдо&lt;br /&gt;</w:t>
        <w:br/>
        <w:t>Ні, буду я чекати,&lt;br /&gt;</w:t>
        <w:br/>
        <w:t>Поки прийдуть тебе угамувати,&lt;br /&gt;</w:t>
        <w:br/>
        <w:t>І не пущу.</w:t>
      </w:r>
    </w:p>
    <w:p>
      <w:r>
        <w:br/>
        <w:t>Росаура&lt;br /&gt;</w:t>
        <w:br/>
        <w:t>О небо!</w:t>
      </w:r>
    </w:p>
    <w:p>
      <w:r>
        <w:br/>
        <w:t>Сехисмундо&lt;br /&gt;</w:t>
        <w:br/>
        <w:t>Пустиш, знаю,&lt;br /&gt;</w:t>
        <w:br/>
        <w:t>Безумцю, враже, варваре, гультяю,&lt;br /&gt;</w:t>
        <w:br/>
        <w:t>Чи власною рукою&lt;br /&gt;</w:t>
        <w:br/>
        <w:t>(Борються)&lt;br /&gt;</w:t>
        <w:br/>
        <w:t>Тебе я тут навіки упокою.</w:t>
      </w:r>
    </w:p>
    <w:p>
      <w:r>
        <w:br/>
        <w:t>Росаура&lt;br /&gt;</w:t>
        <w:br/>
        <w:t>Сюди скоріше, люди,&lt;br /&gt;</w:t>
        <w:br/>
        <w:t>Клотальдо убивають!&lt;br /&gt;</w:t>
        <w:br/>
        <w:t>(Виходить)</w:t>
      </w:r>
    </w:p>
    <w:p>
      <w:r>
        <w:br/>
        <w:t>Сцена дев’ята&lt;br /&gt;</w:t>
        <w:br/>
        <w:t>Входить Астольфо в той час, коли Клотальдо падає йому до ніг; він стає між ним і Сехисмундо.</w:t>
      </w:r>
    </w:p>
    <w:p>
      <w:r>
        <w:br/>
        <w:t>Астольфо&lt;br /&gt;</w:t>
        <w:br/>
        <w:t>Що це буде,&lt;br /&gt;</w:t>
        <w:br/>
        <w:t>О принце мій шляхетний?&lt;br /&gt;</w:t>
        <w:br/>
        <w:t>Невже ви можете цей меч славетний&lt;br /&gt;</w:t>
        <w:br/>
        <w:t>Вмочити в кров холодну?&lt;br /&gt;</w:t>
        <w:br/>
        <w:t>Верніть до піхов крицю благородну.</w:t>
      </w:r>
    </w:p>
    <w:p>
      <w:r>
        <w:br/>
        <w:t>Сехисмундо&lt;br /&gt;</w:t>
        <w:br/>
        <w:t>Я меч омию строгий&lt;br /&gt;</w:t>
        <w:br/>
        <w:t>В крові нечесній.</w:t>
      </w:r>
    </w:p>
    <w:p>
      <w:r>
        <w:br/>
        <w:t>Астольфо&lt;br /&gt;</w:t>
        <w:br/>
        <w:t>Він мені у ноги&lt;br /&gt;</w:t>
        <w:br/>
        <w:t>Упав і жде спасіння, —&lt;br /&gt;</w:t>
        <w:br/>
        <w:t>Хай мій прихід вам буде до миріння.</w:t>
      </w:r>
    </w:p>
    <w:p>
      <w:r>
        <w:br/>
        <w:t>Сехисмундо&lt;br /&gt;</w:t>
        <w:br/>
        <w:t>Скоріш для смерті. Як би не молив ти,&lt;br /&gt;</w:t>
        <w:br/>
        <w:t>Я відомщу за всі минулі кривди.</w:t>
      </w:r>
    </w:p>
    <w:p>
      <w:r>
        <w:br/>
        <w:t>Астольфо&lt;br /&gt;</w:t>
        <w:br/>
        <w:t>Знай, я життя своє тут захищаю,&lt;br /&gt;</w:t>
        <w:br/>
        <w:t>Тож сану я твого не ображаю.</w:t>
      </w:r>
    </w:p>
    <w:p>
      <w:r>
        <w:br/>
        <w:t>Астольфо оголює шпагу, і вони б’ються.</w:t>
      </w:r>
    </w:p>
    <w:p>
      <w:r>
        <w:br/>
        <w:t>Клотальдо&lt;br /&gt;</w:t>
        <w:br/>
        <w:t>Ні, це не так!</w:t>
      </w:r>
    </w:p>
    <w:p>
      <w:r>
        <w:br/>
        <w:t>Сцена десята&lt;br /&gt;</w:t>
        <w:br/>
        <w:t>Входять Басиліо, Естрелья і почет.</w:t>
      </w:r>
    </w:p>
    <w:p>
      <w:r>
        <w:br/>
        <w:t>Басиліо&lt;br /&gt;</w:t>
        <w:br/>
        <w:t>Переді мною шпаги?</w:t>
      </w:r>
    </w:p>
    <w:p>
      <w:r>
        <w:br/>
        <w:t>Естрелья (убік)&lt;br /&gt;</w:t>
        <w:br/>
        <w:t>Астольфо, ах, біда, і всі бідняги!</w:t>
      </w:r>
    </w:p>
    <w:p>
      <w:r>
        <w:br/>
        <w:t>Басиліо&lt;br /&gt;</w:t>
        <w:br/>
        <w:t>Що сталось тут, промовте?</w:t>
      </w:r>
    </w:p>
    <w:p>
      <w:r>
        <w:br/>
        <w:t>Астольфо&lt;br /&gt;</w:t>
        <w:br/>
        <w:t>Нічого вже, сеньйоре, бо прийшов ти.&lt;br /&gt;</w:t>
        <w:br/>
        <w:t>(Ховають шпаги)</w:t>
      </w:r>
    </w:p>
    <w:p>
      <w:r>
        <w:br/>
        <w:t>Сехисмундо&lt;br /&gt;</w:t>
        <w:br/>
        <w:t>Та ні, сеньйоре, до твоєї з’яви&lt;br /&gt;</w:t>
        <w:br/>
        <w:t>Старого вбить хотів я для забави.</w:t>
      </w:r>
    </w:p>
    <w:p>
      <w:r>
        <w:br/>
        <w:t>Басиліо&lt;br /&gt;</w:t>
        <w:br/>
        <w:t>І ти не мав пошани&lt;br /&gt;</w:t>
        <w:br/>
        <w:t>До сивини?</w:t>
      </w:r>
    </w:p>
    <w:p>
      <w:r>
        <w:br/>
        <w:t>Клотальдо&lt;br /&gt;</w:t>
        <w:br/>
        <w:t>Байдуже, хай погляне&lt;br /&gt;</w:t>
        <w:br/>
        <w:t>Сеньйор, — вона ж моя.</w:t>
      </w:r>
    </w:p>
    <w:p>
      <w:r>
        <w:br/>
        <w:t>Сехисмундо&lt;br /&gt;</w:t>
        <w:br/>
        <w:t>Не ждіть, скажу я,&lt;br /&gt;</w:t>
        <w:br/>
        <w:t>Щоб поважав я сивину чужую.&lt;br /&gt;</w:t>
        <w:br/>
        <w:t>(До короля)&lt;br /&gt;</w:t>
        <w:br/>
        <w:t>Ще й ця, на те вже схоже,&lt;br /&gt;</w:t>
        <w:br/>
        <w:t>До ніг моїх так само впасти може.&lt;br /&gt;</w:t>
        <w:br/>
        <w:t>Бо я ще не помстився&lt;br /&gt;</w:t>
        <w:br/>
        <w:t>За те, що з мене страшно ти глумився.&lt;br /&gt;</w:t>
        <w:br/>
        <w:t>(Виходить)</w:t>
      </w:r>
    </w:p>
    <w:p>
      <w:r>
        <w:br/>
        <w:t>Басиліо&lt;br /&gt;</w:t>
        <w:br/>
        <w:t>Побачиш ти ясніше,&lt;br /&gt;</w:t>
        <w:br/>
        <w:t>Прокинувшися там, де спав раніше, —&lt;br /&gt;</w:t>
        <w:br/>
        <w:t>Все, що стряслось з тобою,&lt;br /&gt;</w:t>
        <w:br/>
        <w:t>Було, як і цей світ, лише маною.</w:t>
      </w:r>
    </w:p>
    <w:p>
      <w:r>
        <w:br/>
        <w:t>Король, Клотальдо і почет виходять.</w:t>
      </w:r>
    </w:p>
    <w:p>
      <w:r>
        <w:br/>
        <w:t>Сцена одинадцята</w:t>
      </w:r>
    </w:p>
    <w:p>
      <w:r>
        <w:br/>
        <w:t>Астольфо&lt;br /&gt;</w:t>
        <w:br/>
        <w:t>Як же рідко хибить доля&lt;br /&gt;</w:t>
        <w:br/>
        <w:t>У провіщенні лихому,&lt;br /&gt;</w:t>
        <w:br/>
        <w:t>Бо вона мінлива в добрім&lt;br /&gt;</w:t>
        <w:br/>
        <w:t>І така постійна в злому!&lt;br /&gt;</w:t>
        <w:br/>
        <w:t>О, який би з неї зірний&lt;br /&gt;</w:t>
        <w:br/>
        <w:t>Був астролог, що, звіщавши&lt;br /&gt;</w:t>
        <w:br/>
        <w:t>Нам нещастя, не брехав би,&lt;br /&gt;</w:t>
        <w:br/>
        <w:t>Бо вони б збувались завше!&lt;br /&gt;</w:t>
        <w:br/>
        <w:t>Це по нас із Сехисмундо&lt;br /&gt;</w:t>
        <w:br/>
        <w:t>Можна вже, Естрельє мила,&lt;br /&gt;</w:t>
        <w:br/>
        <w:t>Тут судить, бо з нами доля&lt;br /&gt;</w:t>
        <w:br/>
        <w:t>Зле по-різному вчинила.&lt;br /&gt;</w:t>
        <w:br/>
        <w:t>В ньому вбачила жорстокість,&lt;br /&gt;</w:t>
        <w:br/>
        <w:t>Смерть, пихатість із бідою&lt;br /&gt;</w:t>
        <w:br/>
        <w:t>І була в усьому права,&lt;br /&gt;</w:t>
        <w:br/>
        <w:t>Бо все йде само собою;&lt;br /&gt;</w:t>
        <w:br/>
        <w:t>А мені, який, сеньйоро,&lt;br /&gt;</w:t>
        <w:br/>
        <w:t>Бачить це сяйне проміння,&lt;br /&gt;</w:t>
        <w:br/>
        <w:t>Від якого блякне сонце,&lt;br /&gt;</w:t>
        <w:br/>
        <w:t>Небеса здаються тінню,&lt;br /&gt;</w:t>
        <w:br/>
        <w:t>Провістила доля щастя,&lt;br /&gt;</w:t>
        <w:br/>
        <w:t>Перемоги і удачу,&lt;br /&gt;</w:t>
        <w:br/>
        <w:t>Разом з ними зло й добро;&lt;br /&gt;</w:t>
        <w:br/>
        <w:t>Бо вона, як нині бачу,&lt;br /&gt;</w:t>
        <w:br/>
        <w:t>Знов засвідчує прихильність&lt;br /&gt;</w:t>
        <w:br/>
        <w:t>І зневагу виявляє.</w:t>
      </w:r>
    </w:p>
    <w:p>
      <w:r>
        <w:br/>
        <w:t>Естрелья&lt;br /&gt;</w:t>
        <w:br/>
        <w:t>Що зізнання ці правдиві,&lt;br /&gt;</w:t>
        <w:br/>
        <w:t>Я вже сумніву не маю;&lt;br /&gt;</w:t>
        <w:br/>
        <w:t>Та вони належать дамі,&lt;br /&gt;</w:t>
        <w:br/>
        <w:t>Чий портрет, Астольфо милий,&lt;br /&gt;</w:t>
        <w:br/>
        <w:t>Був тоді у вас на грудях,&lt;br /&gt;</w:t>
        <w:br/>
        <w:t>Коли ви мене зустріли;&lt;br /&gt;</w:t>
        <w:br/>
        <w:t>Лиш вона ці компліменти&lt;br /&gt;</w:t>
        <w:br/>
        <w:t>Заслуговує по праву.&lt;br /&gt;</w:t>
        <w:br/>
        <w:t>Хай вона за них і платить,&lt;br /&gt;</w:t>
        <w:br/>
        <w:t>Бо в любові, скажем правду,&lt;br /&gt;</w:t>
        <w:br/>
        <w:t>Жодної не грають ролі&lt;br /&gt;</w:t>
        <w:br/>
        <w:t>Клятви в почутті великім,&lt;br /&gt;</w:t>
        <w:br/>
        <w:t>Ні галантність тих, хто служить&lt;br /&gt;</w:t>
        <w:br/>
        <w:t>Іншим дамам і владикам.</w:t>
      </w:r>
    </w:p>
    <w:p>
      <w:r>
        <w:br/>
        <w:t>Сцена дванадцята&lt;br /&gt;</w:t>
        <w:br/>
        <w:t>Росаура за завісою.</w:t>
      </w:r>
    </w:p>
    <w:p>
      <w:r>
        <w:br/>
        <w:t>Росаура (убік)&lt;br /&gt;</w:t>
        <w:br/>
        <w:t>Слава Богу! Вже минають&lt;br /&gt;</w:t>
        <w:br/>
        <w:t>Мої злигодні й м’якшиться&lt;br /&gt;</w:t>
        <w:br/>
        <w:t>Їх жорстокість. Хто це бачив,&lt;br /&gt;</w:t>
        <w:br/>
        <w:t>Той нічого не боїться!</w:t>
      </w:r>
    </w:p>
    <w:p>
      <w:r>
        <w:br/>
        <w:t>Астольфо&lt;br /&gt;</w:t>
        <w:br/>
        <w:t>Цей портрет зніму з грудей,&lt;br /&gt;</w:t>
        <w:br/>
        <w:t>Хай їх вічно прикрашає&lt;br /&gt;</w:t>
        <w:br/>
        <w:t>Відбиття твоєї вроди.&lt;br /&gt;</w:t>
        <w:br/>
        <w:t>Де зоря Естрелья сяє,&lt;br /&gt;</w:t>
        <w:br/>
        <w:t>Тіней там нема, де сонце —&lt;br /&gt;</w:t>
        <w:br/>
        <w:t>Там нема зірок. Я зразу&lt;br /&gt;</w:t>
        <w:br/>
        <w:t>Принесу портрет.&lt;br /&gt;</w:t>
        <w:br/>
        <w:t>(убік)&lt;br /&gt;</w:t>
        <w:br/>
        <w:t>Пробач,&lt;br /&gt;</w:t>
        <w:br/>
        <w:t>Цю, Росауро, образу,&lt;br /&gt;</w:t>
        <w:br/>
        <w:t>Адже так в розлуці вірність&lt;br /&gt;</w:t>
        <w:br/>
        <w:t>Бережуть жінки й мужчини.&lt;br /&gt;</w:t>
        <w:br/>
        <w:t>(Виходить)</w:t>
      </w:r>
    </w:p>
    <w:p>
      <w:r>
        <w:br/>
        <w:t>Росаура наближається</w:t>
      </w:r>
    </w:p>
    <w:p>
      <w:r>
        <w:br/>
        <w:t>Росаура (убік)&lt;br /&gt;</w:t>
        <w:br/>
        <w:t>Боячись, що він помітить,&lt;br /&gt;</w:t>
        <w:br/>
        <w:t>Мало я почула нині.</w:t>
      </w:r>
    </w:p>
    <w:p>
      <w:r>
        <w:br/>
        <w:t>Естрелья&lt;br /&gt;</w:t>
        <w:br/>
        <w:t>Ти, Астреє15?</w:t>
      </w:r>
    </w:p>
    <w:p>
      <w:r>
        <w:br/>
        <w:t>Росаура&lt;br /&gt;</w:t>
        <w:br/>
        <w:t>Я, сеньйоро.</w:t>
      </w:r>
    </w:p>
    <w:p>
      <w:r>
        <w:br/>
        <w:t>Естрелья&lt;br /&gt;</w:t>
        <w:br/>
        <w:t>Знай, на тебе вся надія;&lt;br /&gt;</w:t>
        <w:br/>
        <w:t>Добре, що зі мною ти,&lt;br /&gt;</w:t>
        <w:br/>
        <w:t>І довірю лиш тобі я&lt;br /&gt;</w:t>
        <w:br/>
        <w:t>Тайну.</w:t>
      </w:r>
    </w:p>
    <w:p>
      <w:r>
        <w:br/>
        <w:t>Росаура&lt;br /&gt;</w:t>
        <w:br/>
        <w:t>Ти шануєш ту,&lt;br /&gt;</w:t>
        <w:br/>
        <w:t>Що тобі покірна й долі.</w:t>
      </w:r>
    </w:p>
    <w:p>
      <w:r>
        <w:br/>
        <w:t>Естрелья&lt;br /&gt;</w:t>
        <w:br/>
        <w:t>Мало ще тебе, Астреє,&lt;br /&gt;</w:t>
        <w:br/>
        <w:t>Знаю, та моєї волі&lt;br /&gt;</w:t>
        <w:br/>
        <w:t>Ти ключі уже тримаєш;&lt;br /&gt;</w:t>
        <w:br/>
        <w:t>І тому, чого ж лукавить,&lt;br /&gt;</w:t>
        <w:br/>
        <w:t>Звірить зважуюсь тобі&lt;br /&gt;</w:t>
        <w:br/>
        <w:t>Те, що я від себе навіть&lt;br /&gt;</w:t>
        <w:br/>
        <w:t>Скрила.</w:t>
      </w:r>
    </w:p>
    <w:p>
      <w:r>
        <w:br/>
        <w:t>Росаура&lt;br /&gt;</w:t>
        <w:br/>
        <w:t>Я раба твоя.</w:t>
      </w:r>
    </w:p>
    <w:p>
      <w:r>
        <w:br/>
        <w:t>Естрелья&lt;br /&gt;</w:t>
        <w:br/>
        <w:t>Треба коротко сказати:&lt;br /&gt;</w:t>
        <w:br/>
        <w:t>Мій кузен Астольфо (досить,&lt;br /&gt;</w:t>
        <w:br/>
        <w:t>Щоб кузена тут назвати,&lt;br /&gt;</w:t>
        <w:br/>
        <w:t>Бо є речі, про які&lt;br /&gt;</w:t>
        <w:br/>
        <w:t>Тільки подумки говорять),&lt;br /&gt;</w:t>
        <w:br/>
        <w:t>Має взяти шлюб зі мною,&lt;br /&gt;</w:t>
        <w:br/>
        <w:t>Якщо доля благоволить&lt;br /&gt;</w:t>
        <w:br/>
        <w:t>В цьому нам, аби у щасті&lt;br /&gt;</w:t>
        <w:br/>
        <w:t>Всіх нещасть позбутись лютих.&lt;br /&gt;</w:t>
        <w:br/>
        <w:t>Я смутилась в перший день,&lt;br /&gt;</w:t>
        <w:br/>
        <w:t>В нього вбачивши на грудях&lt;br /&gt;</w:t>
        <w:br/>
        <w:t>Образок якоїсь дами;&lt;br /&gt;</w:t>
        <w:br/>
        <w:t>Я йому сказала ґречно&lt;br /&gt;</w:t>
        <w:br/>
        <w:t>Принести портрет; пішов,&lt;br /&gt;</w:t>
        <w:br/>
        <w:t>З ним вернеться доконечно;&lt;br /&gt;</w:t>
        <w:br/>
        <w:t>Та мені незручно вельми&lt;br /&gt;</w:t>
        <w:br/>
        <w:t>Його взяти після всього.&lt;br /&gt;</w:t>
        <w:br/>
        <w:t>Тут лишись і, як він прийде,&lt;br /&gt;</w:t>
        <w:br/>
        <w:t>Забери портрет у нього.&lt;br /&gt;</w:t>
        <w:br/>
        <w:t>Я тобі сказала все;&lt;br /&gt;</w:t>
        <w:br/>
        <w:t>Ти красива й зухвала:&lt;br /&gt;</w:t>
        <w:br/>
        <w:t>Що таке любов — ти знаєш.&lt;br /&gt;</w:t>
        <w:br/>
        <w:t>(Виходить)</w:t>
      </w:r>
    </w:p>
    <w:p>
      <w:r>
        <w:br/>
        <w:t>Сцена тринадцята</w:t>
      </w:r>
    </w:p>
    <w:p>
      <w:r>
        <w:br/>
        <w:t>Росаура&lt;br /&gt;</w:t>
        <w:br/>
        <w:t>Краще б я цього не знала!&lt;br /&gt;</w:t>
        <w:br/>
        <w:t>Зглянься, небо! Хто зумів би&lt;br /&gt;</w:t>
        <w:br/>
        <w:t>Бути смілим та обачним&lt;br /&gt;</w:t>
        <w:br/>
        <w:t>І собі знайшов би раду&lt;br /&gt;</w:t>
        <w:br/>
        <w:t>В цім становищі двозначнім?&lt;br /&gt;</w:t>
        <w:br/>
        <w:t>А чи є ще хтось на світі,&lt;br /&gt;</w:t>
        <w:br/>
        <w:t>Кого б небо неласкаве&lt;br /&gt;</w:t>
        <w:br/>
        <w:t>Звідусіль нещастям било&lt;br /&gt;</w:t>
        <w:br/>
        <w:t>І карало до неслави?&lt;br /&gt;</w:t>
        <w:br/>
        <w:t>Що в такій робити скруті,&lt;br /&gt;</w:t>
        <w:br/>
        <w:t>Де нема, здається, й ради,&lt;br /&gt;</w:t>
        <w:br/>
        <w:t>Щоб знайти собі полегкість&lt;br /&gt;</w:t>
        <w:br/>
        <w:t>І якусь утіху мати?&lt;br /&gt;</w:t>
        <w:br/>
        <w:t>З першого нещастя й разу&lt;br /&gt;</w:t>
        <w:br/>
        <w:t>Не було, щоб за гіркотним&lt;br /&gt;</w:t>
        <w:br/>
        <w:t>Не тяглось нещастя інше;&lt;br /&gt;</w:t>
        <w:br/>
        <w:t>Йдуть вони одне за одним,&lt;br /&gt;</w:t>
        <w:br/>
        <w:t>Передаючи свій спадок.&lt;br /&gt;</w:t>
        <w:br/>
        <w:t>І, як фенікс16, в круговерті&lt;br /&gt;</w:t>
        <w:br/>
        <w:t>Одне з одного виходять,&lt;br /&gt;</w:t>
        <w:br/>
        <w:t>Беручи життя від смерті,&lt;br /&gt;</w:t>
        <w:br/>
        <w:t>І їх попіл у гробниці&lt;br /&gt;</w:t>
        <w:br/>
        <w:t>Завше тліє й теплий завше.&lt;br /&gt;</w:t>
        <w:br/>
        <w:t>Це великі боягузи, —&lt;br /&gt;</w:t>
        <w:br/>
        <w:t>Спостеріг мудрець, сказавши,&lt;br /&gt;</w:t>
        <w:br/>
        <w:t>Що біда сама не ходить;&lt;br /&gt;</w:t>
        <w:br/>
        <w:t>Я кажу: хоробрі, доле,&lt;br /&gt;</w:t>
        <w:br/>
        <w:t>Бо всякчас вперед ступають,&lt;br /&gt;</w:t>
        <w:br/>
        <w:t>Не звертаючи ніколи.&lt;br /&gt;</w:t>
        <w:br/>
        <w:t>Той, хто їх з собою носить,&lt;br /&gt;</w:t>
        <w:br/>
        <w:t>Хай будь-що вчинити рішить,&lt;br /&gt;</w:t>
        <w:br/>
        <w:t>Але може не боятись,&lt;br /&gt;</w:t>
        <w:br/>
        <w:t>Що вони його полишать.&lt;br /&gt;</w:t>
        <w:br/>
        <w:t>Я це знаю: стільки в мене&lt;br /&gt;</w:t>
        <w:br/>
        <w:t>Їх було, що й не злічити,&lt;br /&gt;</w:t>
        <w:br/>
        <w:t>Не живу без них ніколи,&lt;br /&gt;</w:t>
        <w:br/>
        <w:t>Через них, о білий світе,&lt;br /&gt;</w:t>
        <w:br/>
        <w:t>Злісним фатумом підтята,&lt;br /&gt;</w:t>
        <w:br/>
        <w:t>Падаю в обійми смерті.&lt;br /&gt;</w:t>
        <w:br/>
        <w:t>Що в цім випадку робити?&lt;br /&gt;</w:t>
        <w:br/>
        <w:t>Де знайти слова відверті?&lt;br /&gt;</w:t>
        <w:br/>
        <w:t>Я скажу, хто я, Клотальдо,&lt;br /&gt;</w:t>
        <w:br/>
        <w:t>Що за мене встав, о Боже,&lt;br /&gt;</w:t>
        <w:br/>
        <w:t>І мою боронить честь, —&lt;br /&gt;</w:t>
        <w:br/>
        <w:t>Він образитися може,&lt;br /&gt;</w:t>
        <w:br/>
        <w:t>Бо велів мені мовчати,&lt;br /&gt;</w:t>
        <w:br/>
        <w:t>Ждати слушної години.&lt;br /&gt;</w:t>
        <w:br/>
        <w:t>Чи Астольфо не скажу,&lt;br /&gt;</w:t>
        <w:br/>
        <w:t>Хто я, й він мене зустріне, —&lt;br /&gt;</w:t>
        <w:br/>
        <w:t>Як від нього я втаюся?&lt;br /&gt;</w:t>
        <w:br/>
        <w:t>Бо якщо збрехать зуміє&lt;br /&gt;</w:t>
        <w:br/>
        <w:t>Погляд, голос а чи мова, —&lt;br /&gt;</w:t>
        <w:br/>
        <w:t>Їм обман душа відкриє.&lt;br /&gt;</w:t>
        <w:br/>
        <w:t>Що зроблю? Чому ж я буду&lt;br /&gt;</w:t>
        <w:br/>
        <w:t>Знов гадать, якщо відомо,&lt;br /&gt;</w:t>
        <w:br/>
        <w:t>Скільки б я не побивалась,&lt;br /&gt;</w:t>
        <w:br/>
        <w:t>Все обдумавши свідомо,&lt;br /&gt;</w:t>
        <w:br/>
        <w:t>Коли прийде небезпека,&lt;br /&gt;</w:t>
        <w:br/>
        <w:t>Все вчиню, що горе схоче.&lt;br /&gt;</w:t>
        <w:br/>
        <w:t>Править муками своїми&lt;br /&gt;</w:t>
        <w:br/>
        <w:t>З нас ніхто не має мочі.&lt;br /&gt;</w:t>
        <w:br/>
        <w:t>А якщо я рішенця&lt;br /&gt;</w:t>
        <w:br/>
        <w:t>Не знаходжу і не знаю,&lt;br /&gt;</w:t>
        <w:br/>
        <w:t>Що робить мені, хай біль&lt;br /&gt;</w:t>
        <w:br/>
        <w:t>Вже свого доходить краю,&lt;br /&gt;</w:t>
        <w:br/>
        <w:t>Хай закінчується мука&lt;br /&gt;</w:t>
        <w:br/>
        <w:t>І зникає, і не треба&lt;br /&gt;</w:t>
        <w:br/>
        <w:t>Сумніватись, а поки що&lt;br /&gt;</w:t>
        <w:br/>
        <w:t>Поможи мені, о небо!</w:t>
      </w:r>
    </w:p>
    <w:p>
      <w:r>
        <w:br/>
        <w:t>Сцена чотирнадцята&lt;br /&gt;</w:t>
        <w:br/>
        <w:t>Входить Астольфо, несучи портрет.</w:t>
      </w:r>
    </w:p>
    <w:p>
      <w:r>
        <w:br/>
        <w:t>Астольфо&lt;br /&gt;</w:t>
        <w:br/>
        <w:t>Я приніс портрет, сеньйоро,&lt;br /&gt;</w:t>
        <w:br/>
        <w:t>Ах, мій Боже!</w:t>
      </w:r>
    </w:p>
    <w:p>
      <w:r>
        <w:br/>
        <w:t>Росаура&lt;br /&gt;</w:t>
        <w:br/>
        <w:t>Що дивує&lt;br /&gt;</w:t>
        <w:br/>
        <w:t>Вашу світлість?</w:t>
      </w:r>
    </w:p>
    <w:p>
      <w:r>
        <w:br/>
        <w:t>Астольфо&lt;br /&gt;</w:t>
        <w:br/>
        <w:t>Те, що бачу&lt;br /&gt;</w:t>
        <w:br/>
        <w:t>Тут Росауру і чую.</w:t>
      </w:r>
    </w:p>
    <w:p>
      <w:r>
        <w:br/>
        <w:t>Росаура&lt;br /&gt;</w:t>
        <w:br/>
        <w:t>Я Росаура? Мене ви&lt;br /&gt;</w:t>
        <w:br/>
        <w:t>Прийняли за іншу даму;&lt;br /&gt;</w:t>
        <w:br/>
        <w:t>Я — Астрея, не хвилюйтесь,&lt;br /&gt;</w:t>
        <w:br/>
        <w:t>Не вдавайтеся в оману,&lt;br /&gt;</w:t>
        <w:br/>
        <w:t>Знайте, я не заслужила&lt;br /&gt;</w:t>
        <w:br/>
        <w:t>На подібну честь велику.</w:t>
      </w:r>
    </w:p>
    <w:p>
      <w:r>
        <w:br/>
        <w:t>Астольфо&lt;br /&gt;</w:t>
        <w:br/>
        <w:t>Ні, Росауро, душа&lt;br /&gt;</w:t>
        <w:br/>
        <w:t>Не обманює ізвіку&lt;br /&gt;</w:t>
        <w:br/>
        <w:t>І хоча Астрею бачить, —&lt;br /&gt;</w:t>
        <w:br/>
        <w:t>В ній Росауру кохає.</w:t>
      </w:r>
    </w:p>
    <w:p>
      <w:r>
        <w:br/>
        <w:t>Росаура&lt;br /&gt;</w:t>
        <w:br/>
        <w:t>Зрозуміти вас не змію,&lt;br /&gt;</w:t>
        <w:br/>
        <w:t>Що сказати вам, не знаю;&lt;br /&gt;</w:t>
        <w:br/>
        <w:t>Я лише одне скажу,&lt;br /&gt;</w:t>
        <w:br/>
        <w:t>Що мені Естрелья (може,&lt;br /&gt;</w:t>
        <w:br/>
        <w:t>Це Венера) повеліла,&lt;br /&gt;</w:t>
        <w:br/>
        <w:t>Щоб я тут, де гарно й гоже,&lt;br /&gt;</w:t>
        <w:br/>
        <w:t>Ждала вас і вам сказала,&lt;br /&gt;</w:t>
        <w:br/>
        <w:t>Щоб мені портрет вручили,&lt;br /&gt;</w:t>
        <w:br/>
        <w:t>Щоб я їй передала,&lt;br /&gt;</w:t>
        <w:br/>
        <w:t>І для вас це зрозуміле.&lt;br /&gt;</w:t>
        <w:br/>
        <w:t>То Естрелья хоче так,&lt;br /&gt;</w:t>
        <w:br/>
        <w:t>Мушу слухатись, хоч гірко,&lt;br /&gt;</w:t>
        <w:br/>
        <w:t>Хоч було б мені й на шкоду,&lt;br /&gt;</w:t>
        <w:br/>
        <w:t>Адже це веління зірки.</w:t>
      </w:r>
    </w:p>
    <w:p>
      <w:r>
        <w:br/>
        <w:t>Астольфо&lt;br /&gt;</w:t>
        <w:br/>
        <w:t>Хоч стараєшся над силу,&lt;br /&gt;</w:t>
        <w:br/>
        <w:t>Та, Росауро, не в змозі&lt;br /&gt;</w:t>
        <w:br/>
        <w:t>Ти всього втаїть. Очам&lt;br /&gt;</w:t>
        <w:br/>
        <w:t>Накажи, щоб в суголоссі&lt;br /&gt;</w:t>
        <w:br/>
        <w:t>Зі словами сполучались,&lt;br /&gt;</w:t>
        <w:br/>
        <w:t>Бо звучить, як винуватий,&lt;br /&gt;</w:t>
        <w:br/>
        <w:t>Інструмент, що розладнався,&lt;br /&gt;</w:t>
        <w:br/>
        <w:t>І не може поєднати&lt;br /&gt;</w:t>
        <w:br/>
        <w:t>Своїх виразів фальшивих&lt;br /&gt;</w:t>
        <w:br/>
        <w:t>Із справдешніми чуттями.</w:t>
      </w:r>
    </w:p>
    <w:p>
      <w:r>
        <w:br/>
        <w:t>Росаура&lt;br /&gt;</w:t>
        <w:br/>
        <w:t>Вам кажу лише, що жду я&lt;br /&gt;</w:t>
        <w:br/>
        <w:t>На портрет.</w:t>
      </w:r>
    </w:p>
    <w:p>
      <w:r>
        <w:br/>
        <w:t>Астольфо&lt;br /&gt;</w:t>
        <w:br/>
        <w:t>Ізнов те ж саме!&lt;br /&gt;</w:t>
        <w:br/>
        <w:t>Раз мене манити хочеш,&lt;br /&gt;</w:t>
        <w:br/>
        <w:t>То й від мене жди обману.&lt;br /&gt;</w:t>
        <w:br/>
        <w:t>Я кажу, й інфанті скажеш,&lt;br /&gt;</w:t>
        <w:br/>
        <w:t>Що до неї маю шану,&lt;br /&gt;</w:t>
        <w:br/>
        <w:t>Що було б із мого боку&lt;br /&gt;</w:t>
        <w:br/>
        <w:t>Негалантно, як я знаю,&lt;br /&gt;</w:t>
        <w:br/>
        <w:t>Їй портрет послать, тому&lt;br /&gt;</w:t>
        <w:br/>
        <w:t>Із поваги посилаю&lt;br /&gt;</w:t>
        <w:br/>
        <w:t>І дарю оригінал;&lt;br /&gt;</w:t>
        <w:br/>
        <w:t>Віднесеш його до неї,&lt;br /&gt;</w:t>
        <w:br/>
        <w:t>Бо його з собою носиш,&lt;br /&gt;</w:t>
        <w:br/>
        <w:t>Як сама себе, Астреє.</w:t>
      </w:r>
    </w:p>
    <w:p>
      <w:r>
        <w:br/>
        <w:t>Росаура&lt;br /&gt;</w:t>
        <w:br/>
        <w:t>Коли хтось узявсь за діло,&lt;br /&gt;</w:t>
        <w:br/>
        <w:t>Гордий, мужній і бувалий,&lt;br /&gt;</w:t>
        <w:br/>
        <w:t>Зробить інше, хай і краще,&lt;br /&gt;</w:t>
        <w:br/>
        <w:t>Хоч йому те нав’язали,&lt;br /&gt;</w:t>
        <w:br/>
        <w:t>То принижений і бідний&lt;br /&gt;</w:t>
        <w:br/>
        <w:t>Вернеться з великим жалем.&lt;br /&gt;</w:t>
        <w:br/>
        <w:t>Я прийшла по цей портрет&lt;br /&gt;</w:t>
        <w:br/>
        <w:t>І вернусь з оригіналом,&lt;br /&gt;</w:t>
        <w:br/>
        <w:t>Хай і кращим, та вернусь&lt;br /&gt;</w:t>
        <w:br/>
        <w:t>Жалюгідна; дайте, прошу,&lt;br /&gt;</w:t>
        <w:br/>
        <w:t>Ваша світлосте, портрет, —&lt;br /&gt;</w:t>
        <w:br/>
        <w:t>Тільки з ним вернутись зможу.</w:t>
      </w:r>
    </w:p>
    <w:p>
      <w:r>
        <w:br/>
        <w:t>Астольфо&lt;br /&gt;</w:t>
        <w:br/>
        <w:t>А коли не дам, то як&lt;br /&gt;</w:t>
        <w:br/>
        <w:t>Принесеш?</w:t>
      </w:r>
    </w:p>
    <w:p>
      <w:r>
        <w:br/>
        <w:t>Росаура&lt;br /&gt;</w:t>
        <w:br/>
        <w:t>Ось так, марудо.&lt;br /&gt;</w:t>
        <w:br/>
        <w:t>Відпусти, кажу.</w:t>
      </w:r>
    </w:p>
    <w:p>
      <w:r>
        <w:br/>
        <w:t>Намагається відняти у нього портрет.</w:t>
      </w:r>
    </w:p>
    <w:p>
      <w:r>
        <w:br/>
        <w:t>Астольфо&lt;br /&gt;</w:t>
        <w:br/>
        <w:t>Не вирвеш!</w:t>
      </w:r>
    </w:p>
    <w:p>
      <w:r>
        <w:br/>
        <w:t>Росаура&lt;br /&gt;</w:t>
        <w:br/>
        <w:t>Слава Богу, він не буде&lt;br /&gt;</w:t>
        <w:br/>
        <w:t>В жінки в іншої в руках!</w:t>
      </w:r>
    </w:p>
    <w:p>
      <w:r>
        <w:br/>
        <w:t>Астольфо&lt;br /&gt;</w:t>
        <w:br/>
        <w:t>Ти страшна.</w:t>
      </w:r>
    </w:p>
    <w:p>
      <w:r>
        <w:br/>
        <w:t>Росаура&lt;br /&gt;</w:t>
        <w:br/>
        <w:t>А ти — зрадливий.</w:t>
      </w:r>
    </w:p>
    <w:p>
      <w:r>
        <w:br/>
        <w:t>Астольфо&lt;br /&gt;</w:t>
        <w:br/>
        <w:t>Все, Росауро моя.</w:t>
      </w:r>
    </w:p>
    <w:p>
      <w:r>
        <w:br/>
        <w:t>Росаура&lt;br /&gt;</w:t>
        <w:br/>
        <w:t>Я твоя? Ти брешеш, хтивий.</w:t>
      </w:r>
    </w:p>
    <w:p>
      <w:r>
        <w:br/>
        <w:t>Обоє тримаються за портрет.</w:t>
      </w:r>
    </w:p>
    <w:p>
      <w:r>
        <w:br/>
        <w:t>Сцена п’ятнадцята&lt;br /&gt;</w:t>
        <w:br/>
        <w:t>Входить Естрелья.</w:t>
      </w:r>
    </w:p>
    <w:p>
      <w:r>
        <w:br/>
        <w:t>Естрелья&lt;br /&gt;</w:t>
        <w:br/>
        <w:t>О Астольфо і Астреє,&lt;br /&gt;</w:t>
        <w:br/>
        <w:t>Що це тут?</w:t>
      </w:r>
    </w:p>
    <w:p>
      <w:r>
        <w:br/>
        <w:t>Астольфо (убік)&lt;br /&gt;</w:t>
        <w:br/>
        <w:t>Естрелья!</w:t>
      </w:r>
    </w:p>
    <w:p>
      <w:r>
        <w:br/>
        <w:t>Росаура (убік до Астольфо)&lt;br /&gt;</w:t>
        <w:br/>
        <w:t>Дай-но,&lt;br /&gt;</w:t>
        <w:br/>
        <w:t>Заберу я свій портрет,&lt;br /&gt;</w:t>
        <w:br/>
        <w:t>Клятий зраднику.&lt;br /&gt;</w:t>
        <w:br/>
        <w:t>(До Естрельї)&lt;br /&gt;</w:t>
        <w:br/>
        <w:t>Звичайно,&lt;br /&gt;</w:t>
        <w:br/>
        <w:t>Все, що сталось тут, сеньйоро,&lt;br /&gt;</w:t>
        <w:br/>
        <w:t>Я скажу.</w:t>
      </w:r>
    </w:p>
    <w:p>
      <w:r>
        <w:br/>
        <w:t>Астольфо (убік до Росаури)&lt;br /&gt;</w:t>
        <w:br/>
        <w:t>Що ти захтіла?</w:t>
      </w:r>
    </w:p>
    <w:p>
      <w:r>
        <w:br/>
        <w:t>Росаура&lt;br /&gt;</w:t>
        <w:br/>
        <w:t>Ти звеліла, щоб я ждала&lt;br /&gt;</w:t>
        <w:br/>
        <w:t>Тут Астольфо й попросила&lt;br /&gt;</w:t>
        <w:br/>
        <w:t>Твоїм іменем портрет.&lt;br /&gt;</w:t>
        <w:br/>
        <w:t>Я сама була, й оскільки&lt;br /&gt;</w:t>
        <w:br/>
        <w:t>Спогади й думки збігали&lt;br /&gt;</w:t>
        <w:br/>
        <w:t>Швидко й легко, наче хвильки,&lt;br /&gt;</w:t>
        <w:br/>
        <w:t>Я твої слова згадала&lt;br /&gt;</w:t>
        <w:br/>
        <w:t>Про портрети й те, що маю&lt;br /&gt;</w:t>
        <w:br/>
        <w:t>Свій портрет у рукаві.&lt;br /&gt;</w:t>
        <w:br/>
        <w:t>Вийняла і розглядаю, —&lt;br /&gt;</w:t>
        <w:br/>
        <w:t>Розважається ж людина&lt;br /&gt;</w:t>
        <w:br/>
        <w:t>В самотині дрібничками;&lt;br /&gt;</w:t>
        <w:br/>
        <w:t>Він із рук у мене випав;&lt;br /&gt;</w:t>
        <w:br/>
        <w:t>Тут з портретом тої дами&lt;br /&gt;</w:t>
        <w:br/>
        <w:t>Як на зло, з’явивсь Астольфо&lt;br /&gt;</w:t>
        <w:br/>
        <w:t>І підняв мій, та затятий,&lt;br /&gt;</w:t>
        <w:br/>
        <w:t>Не дає того, що в нього,&lt;br /&gt;</w:t>
        <w:br/>
        <w:t>Хоче й іншого забрати.&lt;br /&gt;</w:t>
        <w:br/>
        <w:t>Повернути мій портрет&lt;br /&gt;</w:t>
        <w:br/>
        <w:t>Я благала, він одначе&lt;br /&gt;</w:t>
        <w:br/>
        <w:t>Не зважав на умовляння;&lt;br /&gt;</w:t>
        <w:br/>
        <w:t>Запальна і нетерпляча,&lt;br /&gt;</w:t>
        <w:br/>
        <w:t>Я віднять портрет хотіла.&lt;br /&gt;</w:t>
        <w:br/>
        <w:t>Той, який держить вельможа,&lt;br /&gt;</w:t>
        <w:br/>
        <w:t>Мій — і все! Сама побачиш,&lt;br /&gt;</w:t>
        <w:br/>
        <w:t>Чи я там на себе схожа.</w:t>
      </w:r>
    </w:p>
    <w:p>
      <w:r>
        <w:br/>
        <w:t>Естрелья&lt;br /&gt;</w:t>
        <w:br/>
        <w:t>Поверніть портрет, Астольфо!</w:t>
      </w:r>
    </w:p>
    <w:p>
      <w:r>
        <w:br/>
        <w:t>Забирає у нього з рук портрет.</w:t>
      </w:r>
    </w:p>
    <w:p>
      <w:r>
        <w:br/>
        <w:t>Астольфо&lt;br /&gt;</w:t>
        <w:br/>
        <w:t>Ні, сеньйоро...</w:t>
      </w:r>
    </w:p>
    <w:p>
      <w:r>
        <w:br/>
        <w:t>Естрелья&lt;br /&gt;</w:t>
        <w:br/>
        <w:t>Точно й рівно,&lt;br /&gt;</w:t>
        <w:br/>
        <w:t>Справді, тут відбито риси.</w:t>
      </w:r>
    </w:p>
    <w:p>
      <w:r>
        <w:br/>
        <w:t>Росаура&lt;br /&gt;</w:t>
        <w:br/>
        <w:t>Чи це мій?</w:t>
      </w:r>
    </w:p>
    <w:p>
      <w:r>
        <w:br/>
        <w:t>Естрелья&lt;br /&gt;</w:t>
        <w:br/>
        <w:t>Так, безсумнівно.</w:t>
      </w:r>
    </w:p>
    <w:p>
      <w:r>
        <w:br/>
        <w:t>Росаура&lt;br /&gt;</w:t>
        <w:br/>
        <w:t>А тепер хай другий дасть.</w:t>
      </w:r>
    </w:p>
    <w:p>
      <w:r>
        <w:br/>
        <w:t>Естрелья&lt;br /&gt;</w:t>
        <w:br/>
        <w:t>Свій портрет візьми і йди вже.</w:t>
      </w:r>
    </w:p>
    <w:p>
      <w:r>
        <w:br/>
        <w:t>Росаура (убік)&lt;br /&gt;</w:t>
        <w:br/>
        <w:t>Хай буде уже, що буде,&lt;br /&gt;</w:t>
        <w:br/>
        <w:t>Я скажу, своє зробивши.&lt;br /&gt;</w:t>
        <w:br/>
        <w:t>(Виходить)</w:t>
      </w:r>
    </w:p>
    <w:p>
      <w:r>
        <w:br/>
        <w:t>Сцена шістнадцята</w:t>
      </w:r>
    </w:p>
    <w:p>
      <w:r>
        <w:br/>
        <w:t>Естрелья&lt;br /&gt;</w:t>
        <w:br/>
        <w:t>Ну, віддайте цей портрет,&lt;br /&gt;</w:t>
        <w:br/>
        <w:t>Знов прошу, хоча гадаю,&lt;br /&gt;</w:t>
        <w:br/>
        <w:t>Що не знатимуся з вами&lt;br /&gt;</w:t>
        <w:br/>
        <w:t>Більш ніколи; не бажаю,&lt;br /&gt;</w:t>
        <w:br/>
        <w:t>Щоб він був у вас, нехай би&lt;br /&gt;</w:t>
        <w:br/>
        <w:t>Тому, що його просила&lt;br /&gt;</w:t>
        <w:br/>
        <w:t>Так безглуздо.</w:t>
      </w:r>
    </w:p>
    <w:p>
      <w:r>
        <w:br/>
        <w:t>Астольфо (убік)&lt;br /&gt;</w:t>
        <w:br/>
        <w:t>Як я вирвусь&lt;br /&gt;</w:t>
        <w:br/>
        <w:t>Із біди, коли несила?&lt;br /&gt;</w:t>
        <w:br/>
        <w:t>(До Естрельї)&lt;br /&gt;</w:t>
        <w:br/>
        <w:t>Хоч ладен тобі, Естрельє,&lt;br /&gt;</w:t>
        <w:br/>
        <w:t>Підкорятись, слугувати,&lt;br /&gt;</w:t>
        <w:br/>
        <w:t>Але цей портрет віддать&lt;br /&gt;</w:t>
        <w:br/>
        <w:t>Я не можу, бо...</w:t>
      </w:r>
    </w:p>
    <w:p>
      <w:r>
        <w:br/>
        <w:t>Естрелья&lt;br /&gt;</w:t>
        <w:br/>
        <w:t>Пихатий,&lt;br /&gt;</w:t>
        <w:br/>
        <w:t>Злий і підлий ти коханець.&lt;br /&gt;</w:t>
        <w:br/>
        <w:t>Не давай, бо вже не треба;&lt;br /&gt;</w:t>
        <w:br/>
        <w:t>Я не хочу, щоб віддавши,&lt;br /&gt;</w:t>
        <w:br/>
        <w:t>Ти нагадував, що в тебе&lt;br /&gt;</w:t>
        <w:br/>
        <w:t>Я колись його просила.&lt;br /&gt;</w:t>
        <w:br/>
        <w:t>(Виходить)</w:t>
      </w:r>
    </w:p>
    <w:p>
      <w:r>
        <w:br/>
        <w:t>Астольфо&lt;br /&gt;</w:t>
        <w:br/>
        <w:t>Чуєш, стій, спинись, куди ти?&lt;br /&gt;</w:t>
        <w:br/>
        <w:t>А Росаура? О Боже!&lt;br /&gt;</w:t>
        <w:br/>
        <w:t>Звідки, чом і як, мій світе,&lt;br /&gt;</w:t>
        <w:br/>
        <w:t>До Полонії прийшла ти,&lt;br /&gt;</w:t>
        <w:br/>
        <w:t>Щоб мене й себе згубити?&lt;br /&gt;</w:t>
        <w:br/>
        <w:t>(Виходить)</w:t>
      </w:r>
    </w:p>
    <w:p>
      <w:r>
        <w:br/>
        <w:t>В’язниця принца у вежі.</w:t>
      </w:r>
    </w:p>
    <w:p>
      <w:r>
        <w:br/>
        <w:t>Сцена сімнадцята&lt;br /&gt;</w:t>
        <w:br/>
        <w:t>Сехисмундо, як на початку, в звіриній шкурі, в ланцюгах, лежить на землі; Клотальдо, двоє слуг і Кларін.</w:t>
      </w:r>
    </w:p>
    <w:p>
      <w:r>
        <w:br/>
        <w:t>Клотальдо&lt;br /&gt;</w:t>
        <w:br/>
        <w:t>Тут клади, нехай лежить,&lt;br /&gt;</w:t>
        <w:br/>
        <w:t>І пиха його скінчиться&lt;br /&gt;</w:t>
        <w:br/>
        <w:t>Там, де й почалась.</w:t>
      </w:r>
    </w:p>
    <w:p>
      <w:r>
        <w:br/>
        <w:t>Слуга&lt;br /&gt;</w:t>
        <w:br/>
        <w:t>Годиться!&lt;br /&gt;</w:t>
        <w:br/>
        <w:t>Закую його я вмить.</w:t>
      </w:r>
    </w:p>
    <w:p>
      <w:r>
        <w:br/>
        <w:t>Кларін&lt;br /&gt;</w:t>
        <w:br/>
        <w:t>Ти проснешся, щоб уздріть,&lt;br /&gt;</w:t>
        <w:br/>
        <w:t>Сехисмундо, — ми ж відверті! —&lt;br /&gt;</w:t>
        <w:br/>
        <w:t>Змінність долі в круговерті,&lt;br /&gt;</w:t>
        <w:br/>
        <w:t>Те, що слава — це сміття,&lt;br /&gt;</w:t>
        <w:br/>
        <w:t>Темне видиво життя&lt;br /&gt;</w:t>
        <w:br/>
        <w:t>І ясна примара смерті.</w:t>
      </w:r>
    </w:p>
    <w:p>
      <w:r>
        <w:br/>
        <w:t>Клотальдо&lt;br /&gt;</w:t>
        <w:br/>
        <w:t>А для тих, хто мізкувати&lt;br /&gt;</w:t>
        <w:br/>
        <w:t>Вміє так, тут є кімнати,&lt;br /&gt;</w:t>
        <w:br/>
        <w:t>Де можливо сам на сам&lt;br /&gt;</w:t>
        <w:br/>
        <w:t>Віддаватися думкам.&lt;br /&gt;</w:t>
        <w:br/>
        <w:t>(До слуг)&lt;br /&gt;</w:t>
        <w:br/>
        <w:t>Гей, цього негайно взяти!&lt;br /&gt;</w:t>
        <w:br/>
        <w:t>У цій келії замкніть.</w:t>
      </w:r>
    </w:p>
    <w:p>
      <w:r>
        <w:br/>
        <w:t>Вказує на сусідню кімнату.</w:t>
      </w:r>
    </w:p>
    <w:p>
      <w:r>
        <w:br/>
        <w:t>Кларін&lt;br /&gt;</w:t>
        <w:br/>
        <w:t>Чом же?</w:t>
      </w:r>
    </w:p>
    <w:p>
      <w:r>
        <w:br/>
        <w:t>Клотальдо&lt;br /&gt;</w:t>
        <w:br/>
        <w:t>Тим-то, що сидіть&lt;br /&gt;</w:t>
        <w:br/>
        <w:t>Слід Кларінові в темниці,&lt;br /&gt;</w:t>
        <w:br/>
        <w:t>Де ніякі таємниці&lt;br /&gt;</w:t>
        <w:br/>
        <w:t>Він не зможе роздзвонить.</w:t>
      </w:r>
    </w:p>
    <w:p>
      <w:r>
        <w:br/>
        <w:t>Кларін&lt;br /&gt;</w:t>
        <w:br/>
        <w:t>Та за що така покара?&lt;br /&gt;</w:t>
        <w:br/>
        <w:t>Чи на батька, як почвара,&lt;br /&gt;</w:t>
        <w:br/>
        <w:t>Зняв я руку? Хто це чув?&lt;br /&gt;</w:t>
        <w:br/>
        <w:t>Чи з балкона я зіпхнув&lt;br /&gt;</w:t>
        <w:br/>
        <w:t>Малодушного Ікара17?&lt;br /&gt;</w:t>
        <w:br/>
        <w:t>Сплю чи сню? Мені не мед.&lt;br /&gt;</w:t>
        <w:br/>
        <w:t>Знов ув’язнять?</w:t>
      </w:r>
    </w:p>
    <w:p>
      <w:r>
        <w:br/>
        <w:t>Клотальдо&lt;br /&gt;</w:t>
        <w:br/>
        <w:t>Ти — Кларнет.</w:t>
      </w:r>
    </w:p>
    <w:p>
      <w:r>
        <w:br/>
        <w:t>Кларін&lt;br /&gt;</w:t>
        <w:br/>
        <w:t>Обіцяюся мовчати,&lt;br /&gt;</w:t>
        <w:br/>
        <w:t>Бо віднині я — дірчатий&lt;br /&gt;</w:t>
        <w:br/>
        <w:t>І розладнаний корнет.</w:t>
      </w:r>
    </w:p>
    <w:p>
      <w:r>
        <w:br/>
        <w:t>Кларіна виводять, і Клотальдо залишається сам.</w:t>
      </w:r>
    </w:p>
    <w:p>
      <w:r>
        <w:br/>
        <w:t>Сцена вісімнадцята&lt;br /&gt;</w:t>
        <w:br/>
        <w:t>Входить Басиліо, ретельно закутаний у плащ.</w:t>
      </w:r>
    </w:p>
    <w:p>
      <w:r>
        <w:br/>
        <w:t>Басиліо&lt;br /&gt;</w:t>
        <w:br/>
        <w:t>Мій Клотальдо.</w:t>
      </w:r>
    </w:p>
    <w:p>
      <w:r>
        <w:br/>
        <w:t>Клотальдо&lt;br /&gt;</w:t>
        <w:br/>
        <w:t>Чом сюди,&lt;br /&gt;</w:t>
        <w:br/>
        <w:t>Ваша світлосте, прийшли ви?</w:t>
      </w:r>
    </w:p>
    <w:p>
      <w:r>
        <w:br/>
        <w:t>Басиліо&lt;br /&gt;</w:t>
        <w:br/>
        <w:t>Хочу знати я, журливий,&lt;br /&gt;</w:t>
        <w:br/>
        <w:t>Що тут (ох, боюсь біди!)&lt;br /&gt;</w:t>
        <w:br/>
        <w:t>З Сехисмундо. Тож прийти&lt;br /&gt;</w:t>
        <w:br/>
        <w:t>Із цікавості рішився.</w:t>
      </w:r>
    </w:p>
    <w:p>
      <w:r>
        <w:br/>
        <w:t>Клотальдо&lt;br /&gt;</w:t>
        <w:br/>
        <w:t>Гляньте, знов же опинився&lt;br /&gt;</w:t>
        <w:br/>
        <w:t>Він у стані жалюгіднім.</w:t>
      </w:r>
    </w:p>
    <w:p>
      <w:r>
        <w:br/>
        <w:t>Басиліо&lt;br /&gt;</w:t>
        <w:br/>
        <w:t>Ой мій принце, чужерідним&lt;br /&gt;</w:t>
        <w:br/>
        <w:t>В день недобрий ти зродився!&lt;br /&gt;</w:t>
        <w:br/>
        <w:t>Розбуди його, вже час,&lt;br /&gt;</w:t>
        <w:br/>
        <w:t>Він зморився в лютій злобі,&lt;br /&gt;</w:t>
        <w:br/>
        <w:t>Бо знесилів, спивши опій.</w:t>
      </w:r>
    </w:p>
    <w:p>
      <w:r>
        <w:br/>
        <w:t>Клотальдо&lt;br /&gt;</w:t>
        <w:br/>
        <w:t>Щось тривожно раз-у-раз&lt;br /&gt;</w:t>
        <w:br/>
        <w:t>Він говорить.</w:t>
      </w:r>
    </w:p>
    <w:p>
      <w:r>
        <w:br/>
        <w:t>Басиліо&lt;br /&gt;</w:t>
        <w:br/>
        <w:t>Мо’, й про нас?&lt;br /&gt;</w:t>
        <w:br/>
        <w:t>Нам послухати не гріх.</w:t>
      </w:r>
    </w:p>
    <w:p>
      <w:r>
        <w:br/>
        <w:t>Сехисмундо (крізь сон)&lt;br /&gt;</w:t>
        <w:br/>
        <w:t>Добрий принц той, що усіх&lt;br /&gt;</w:t>
        <w:br/>
        <w:t>Сам карає злих тиранів:&lt;br /&gt;</w:t>
        <w:br/>
        <w:t>Вб’ю Клотальдо, щоб не ганив,&lt;br /&gt;</w:t>
        <w:br/>
        <w:t>Батька я звалю до ніг.</w:t>
      </w:r>
    </w:p>
    <w:p>
      <w:r>
        <w:br/>
        <w:t>Клотальдо&lt;br /&gt;</w:t>
        <w:br/>
        <w:t>Він мене страхає горем.</w:t>
      </w:r>
    </w:p>
    <w:p>
      <w:r>
        <w:br/>
        <w:t>Басиліо&lt;br /&gt;</w:t>
        <w:br/>
        <w:t>А мені грозить бідою.</w:t>
      </w:r>
    </w:p>
    <w:p>
      <w:r>
        <w:br/>
        <w:t>Клотальдо&lt;br /&gt;</w:t>
        <w:br/>
        <w:t>Хоче покінчить зі мною.</w:t>
      </w:r>
    </w:p>
    <w:p>
      <w:r>
        <w:br/>
        <w:t>Басиліо&lt;br /&gt;</w:t>
        <w:br/>
        <w:t>А мені зробити сором.</w:t>
      </w:r>
    </w:p>
    <w:p>
      <w:r>
        <w:br/>
        <w:t>Сехисмундо (крізь сон)&lt;br /&gt;</w:t>
        <w:br/>
        <w:t>Хай на сцені у просторім&lt;br /&gt;</w:t>
        <w:br/>
        <w:t>Цім театрі світовім&lt;br /&gt;</w:t>
        <w:br/>
        <w:t>Вже в оформленні новім&lt;br /&gt;</w:t>
        <w:br/>
        <w:t>Розіграється картина, —&lt;br /&gt;</w:t>
        <w:br/>
        <w:t>Помста Сехисмундо-сина&lt;br /&gt;</w:t>
        <w:br/>
        <w:t>Із тріумфом бойовим.&lt;br /&gt;</w:t>
        <w:br/>
        <w:t>(Прокидається)&lt;br /&gt;</w:t>
        <w:br/>
        <w:t>Де ж це я? Хто б міг сказать?</w:t>
      </w:r>
    </w:p>
    <w:p>
      <w:r>
        <w:br/>
        <w:t>Басиліо&lt;br /&gt;</w:t>
        <w:br/>
        <w:t>Треба, щоб не взнав мене він.&lt;br /&gt;</w:t>
        <w:br/>
        <w:t>(До Клотальдо)&lt;br /&gt;</w:t>
        <w:br/>
        <w:t>Зробиш все, як слід, я певен.&lt;br /&gt;</w:t>
        <w:br/>
        <w:t>Буду звідти підслухать.&lt;br /&gt;</w:t>
        <w:br/>
        <w:t>(Стає осторонь)</w:t>
      </w:r>
    </w:p>
    <w:p>
      <w:r>
        <w:br/>
        <w:t>Сехисмундо&lt;br /&gt;</w:t>
        <w:br/>
        <w:t>Чи це я? В тюрмі, як тать,&lt;br /&gt;</w:t>
        <w:br/>
        <w:t>Я окутий кайдан&amp;#225;ми.&lt;br /&gt;</w:t>
        <w:br/>
        <w:t>Як це сталось? Я без тями.&lt;br /&gt;</w:t>
        <w:br/>
        <w:t>Чи гробниця ти моя,&lt;br /&gt;</w:t>
        <w:br/>
        <w:t>Вежо? Так! Мій Боже, я&lt;br /&gt;</w:t>
        <w:br/>
        <w:t>Снив і жив такими снами!</w:t>
      </w:r>
    </w:p>
    <w:p>
      <w:r>
        <w:br/>
        <w:t>Клотальдо (убік)&lt;br /&gt;</w:t>
        <w:br/>
        <w:t>Я щасливу мить впіймав,&lt;br /&gt;</w:t>
        <w:br/>
        <w:t>Щоб цю гру скінчить назавше.&lt;br /&gt;</w:t>
        <w:br/>
        <w:t>(До Сехисмундо)&lt;br /&gt;</w:t>
        <w:br/>
        <w:t>Чи збудитись не пора вже?</w:t>
      </w:r>
    </w:p>
    <w:p>
      <w:r>
        <w:br/>
        <w:t>Сехисмундо&lt;br /&gt;</w:t>
        <w:br/>
        <w:t>Так, збудитись час настав.</w:t>
      </w:r>
    </w:p>
    <w:p>
      <w:r>
        <w:br/>
        <w:t>Клотальдо&lt;br /&gt;</w:t>
        <w:br/>
        <w:t>Чи всю днину ти проспав?&lt;br /&gt;</w:t>
        <w:br/>
        <w:t>Мабуть, сон солодкий снився?&lt;br /&gt;</w:t>
        <w:br/>
        <w:t>Відтоді, як я дивився&lt;br /&gt;</w:t>
        <w:br/>
        <w:t>Вслід летючому орлу,&lt;br /&gt;</w:t>
        <w:br/>
        <w:t>Що спізнився й краяв млу,&lt;br /&gt;</w:t>
        <w:br/>
        <w:t>Ти ні разу й не збудився?</w:t>
      </w:r>
    </w:p>
    <w:p>
      <w:r>
        <w:br/>
        <w:t>Сехисмундо&lt;br /&gt;</w:t>
        <w:br/>
        <w:t>Ні, я сплю, як досі спав;&lt;br /&gt;</w:t>
        <w:br/>
        <w:t>Я, Клотальдо, відчуваю.&lt;br /&gt;</w:t>
        <w:br/>
        <w:t>Що в цей час, іще дрімаю&lt;br /&gt;</w:t>
        <w:br/>
        <w:t>І в оману більш не впав;&lt;br /&gt;</w:t>
        <w:br/>
        <w:t>Те, що марилось уяв,&lt;br /&gt;</w:t>
        <w:br/>
        <w:t>Бачив тут я достовірним,&lt;br /&gt;</w:t>
        <w:br/>
        <w:t>Та вже бачу несумірним;&lt;br /&gt;</w:t>
        <w:br/>
        <w:t>І я знову все терплю,&lt;br /&gt;</w:t>
        <w:br/>
        <w:t>Бо, прокинувшись, я сплю,&lt;br /&gt;</w:t>
        <w:br/>
        <w:t>Живучи вві сні позірнім.</w:t>
      </w:r>
    </w:p>
    <w:p>
      <w:r>
        <w:br/>
        <w:t>Клотальдо&lt;br /&gt;</w:t>
        <w:br/>
        <w:t>Розкажи той сон мені.</w:t>
      </w:r>
    </w:p>
    <w:p>
      <w:r>
        <w:br/>
        <w:t>Сехисмундо&lt;br /&gt;</w:t>
        <w:br/>
        <w:t>Ніби снив я, сню ще й досі;&lt;br /&gt;</w:t>
        <w:br/>
        <w:t>Я, Клотальдо, не в спромозі&lt;br /&gt;</w:t>
        <w:br/>
        <w:t>Розказати все, о, ні!&lt;br /&gt;</w:t>
        <w:br/>
        <w:t>Я узрів себе вві сні&lt;br /&gt;</w:t>
        <w:br/>
        <w:t>(Це жорстокість небувала!)&lt;br /&gt;</w:t>
        <w:br/>
        <w:t>Там, на ложі, де вражала&lt;br /&gt;</w:t>
        <w:br/>
        <w:t>Гра всіх барв і кольорів,&lt;br /&gt;</w:t>
        <w:br/>
        <w:t>Де в квітках альков горів,&lt;br /&gt;</w:t>
        <w:br/>
        <w:t>Що сама весна зіткала.&lt;br /&gt;</w:t>
        <w:br/>
        <w:t>Там ретельні служники&lt;br /&gt;</w:t>
        <w:br/>
        <w:t>Уклякали, називали&lt;br /&gt;</w:t>
        <w:br/>
        <w:t>Мене принцом і вдягали&lt;br /&gt;</w:t>
        <w:br/>
        <w:t>У шарлати і шовки.&lt;br /&gt;</w:t>
        <w:br/>
        <w:t>Ти з’явився і таки&lt;br /&gt;</w:t>
        <w:br/>
        <w:t>Вгамував мою гризоту,&lt;br /&gt;</w:t>
        <w:br/>
        <w:t>Ствердивши, що я відроду&lt;br /&gt;</w:t>
        <w:br/>
        <w:t>Принц Полонії, й мене&lt;br /&gt;</w:t>
        <w:br/>
        <w:t>Щастя сповнило ясне.</w:t>
      </w:r>
    </w:p>
    <w:p>
      <w:r>
        <w:br/>
        <w:t>Клотальдо&lt;br /&gt;</w:t>
        <w:br/>
        <w:t>І дістав я нагороду.</w:t>
      </w:r>
    </w:p>
    <w:p>
      <w:r>
        <w:br/>
        <w:t>Сехисмундо&lt;br /&gt;</w:t>
        <w:br/>
        <w:t>Та не щедру. Впав я в гнів&lt;br /&gt;</w:t>
        <w:br/>
        <w:t>І, в злобі несамовитий,&lt;br /&gt;</w:t>
        <w:br/>
        <w:t>Двічі мав тебе убити.</w:t>
      </w:r>
    </w:p>
    <w:p>
      <w:r>
        <w:br/>
        <w:t>Клотальдо&lt;br /&gt;</w:t>
        <w:br/>
        <w:t>Чим таке я заслужив?</w:t>
      </w:r>
    </w:p>
    <w:p>
      <w:r>
        <w:br/>
        <w:t>Сехисмундо&lt;br /&gt;</w:t>
        <w:br/>
        <w:t>Я сеньйором був і мстив&lt;br /&gt;</w:t>
        <w:br/>
        <w:t>Люто всім у нашім краї;&lt;br /&gt;</w:t>
        <w:br/>
        <w:t>Жінку я кохав, кохаю...&lt;br /&gt;</w:t>
        <w:br/>
        <w:t>Це не снилось, це було,&lt;br /&gt;</w:t>
        <w:br/>
        <w:t>Адже інше все пройшло,&lt;br /&gt;</w:t>
        <w:br/>
        <w:t>А не це. Чому? Не знаю.&lt;br /&gt;</w:t>
        <w:br/>
        <w:t>(Король виходить)</w:t>
      </w:r>
    </w:p>
    <w:p>
      <w:r>
        <w:br/>
        <w:t>Клотальдо (убік)&lt;br /&gt;</w:t>
        <w:br/>
        <w:t>У журбі король пішов,&lt;br /&gt;</w:t>
        <w:br/>
        <w:t>Цими вражений словами.&lt;br /&gt;</w:t>
        <w:br/>
        <w:t>(До Сехисмундо)&lt;br /&gt;</w:t>
        <w:br/>
        <w:t>Це тому, що про орла ми&lt;br /&gt;</w:t>
        <w:br/>
        <w:t>Говорили, снилась знов&lt;br /&gt;</w:t>
        <w:br/>
        <w:t>Тобі влада і любов;&lt;br /&gt;</w:t>
        <w:br/>
        <w:t>Та і в снах за всі старання,&lt;br /&gt;</w:t>
        <w:br/>
        <w:t>Що в твоє я вклав навчання,&lt;br /&gt;</w:t>
        <w:br/>
        <w:t>Маєш дякувать мені,&lt;br /&gt;</w:t>
        <w:br/>
        <w:t>Сехисмундо, бо й вві сні&lt;br /&gt;</w:t>
        <w:br/>
        <w:t>Слід робить добродіяння18.&lt;br /&gt;</w:t>
        <w:br/>
        <w:t>(Виходить)</w:t>
      </w:r>
    </w:p>
    <w:p>
      <w:r>
        <w:br/>
        <w:t>Сцена дев’ятнадцята&lt;br /&gt;</w:t>
        <w:br/>
        <w:t>Сехисмундо сам.</w:t>
      </w:r>
    </w:p>
    <w:p>
      <w:r>
        <w:br/>
        <w:t>Сехисмундо&lt;br /&gt;</w:t>
        <w:br/>
        <w:t>Все ж бо правда! Загнуздаєм19&lt;br /&gt;</w:t>
        <w:br/>
        <w:t>Честолюбство і злобу,&lt;br /&gt;</w:t>
        <w:br/>
        <w:t>Це шаленство й лють сліпу,&lt;br /&gt;</w:t>
        <w:br/>
        <w:t>Якщо снити знов бажаєм;&lt;br /&gt;</w:t>
        <w:br/>
        <w:t>Адже ми перебуваєм&lt;br /&gt;</w:t>
        <w:br/>
        <w:t>В світі, повнім таїни,&lt;br /&gt;</w:t>
        <w:br/>
        <w:t>Бо життя — це сон чудний;&lt;br /&gt;</w:t>
        <w:br/>
        <w:t>Знаю з досвіду, що всюди&lt;br /&gt;</w:t>
        <w:br/>
        <w:t>Тут живуть сновиддям люди,&lt;br /&gt;</w:t>
        <w:br/>
        <w:t>Поки збудяться вони.&lt;br /&gt;</w:t>
        <w:br/>
        <w:t>Снить король, що він правує&lt;br /&gt;</w:t>
        <w:br/>
        <w:t>В королівстві тут і там,&lt;br /&gt;</w:t>
        <w:br/>
        <w:t>Все вирішуючи сам;&lt;br /&gt;</w:t>
        <w:br/>
        <w:t>І хвала, яку він чує,&lt;br /&gt;</w:t>
        <w:br/>
        <w:t>Наче вітер, лине всує;&lt;br /&gt;</w:t>
        <w:br/>
        <w:t>І на попіл голосну&lt;br /&gt;</w:t>
        <w:br/>
        <w:t>Смерть оберне (чи збагну?):&lt;br /&gt;</w:t>
        <w:br/>
        <w:t>Хто б хотів королювати,&lt;br /&gt;</w:t>
        <w:br/>
        <w:t>Коли взнав, що має встати&lt;br /&gt;</w:t>
        <w:br/>
        <w:t>Збуджений від смерті-сну?&lt;br /&gt;</w:t>
        <w:br/>
        <w:t>Снить багач, що він, багатий,&lt;br /&gt;</w:t>
        <w:br/>
        <w:t>Лупить гроші так і сяк;&lt;br /&gt;</w:t>
        <w:br/>
        <w:t>Бідний снить, що він, бідняк,&lt;br /&gt;</w:t>
        <w:br/>
        <w:t>Мусить пріти й заробляти;&lt;br /&gt;</w:t>
        <w:br/>
        <w:t>Снить же той, хто взявся драти,&lt;br /&gt;</w:t>
        <w:br/>
        <w:t>Снить, хто гнеться й хто згина,&lt;br /&gt;</w:t>
        <w:br/>
        <w:t>Снить господар, снить жона&lt;br /&gt;</w:t>
        <w:br/>
        <w:t>І, як видно, всі на світі&lt;br /&gt;</w:t>
        <w:br/>
        <w:t>Снять, спокусами повиті,&lt;br /&gt;</w:t>
        <w:br/>
        <w:t>Хоч цього ніхто й не зна.&lt;br /&gt;</w:t>
        <w:br/>
        <w:t>Сню, що тут в’язниця тьмяна,&lt;br /&gt;</w:t>
        <w:br/>
        <w:t>Я в залізних ланцюгах,&lt;br /&gt;</w:t>
        <w:br/>
        <w:t>А раніш себе у снах&lt;br /&gt;</w:t>
        <w:br/>
        <w:t>Бачив я щасливим зрана.&lt;br /&gt;</w:t>
        <w:br/>
        <w:t>Що таке життя? Омана!&lt;br /&gt;</w:t>
        <w:br/>
        <w:t>Що таке життя? Це скон,&lt;br /&gt;</w:t>
        <w:br/>
        <w:t>Це ілюзій всіх полон,&lt;br /&gt;</w:t>
        <w:br/>
        <w:t>Чорна тінь і страховіття;&lt;br /&gt;</w:t>
        <w:br/>
        <w:t>Все життя — це лиш сновиддя,&lt;br /&gt;</w:t>
        <w:br/>
        <w:t>А сновиддя — тільки сон.</w:t>
      </w:r>
    </w:p>
    <w:p>
      <w:r>
        <w:br/>
        <w:t>Хорнада третя&lt;br /&gt;</w:t>
        <w:br/>
        <w:t>Вежа Сехисмундо.</w:t>
      </w:r>
    </w:p>
    <w:p>
      <w:r>
        <w:br/>
        <w:t>Сцена перша</w:t>
      </w:r>
    </w:p>
    <w:p>
      <w:r>
        <w:br/>
        <w:t>Кларін&lt;br /&gt;</w:t>
        <w:br/>
        <w:t>В зачарованій цій вежі&lt;br /&gt;</w:t>
        <w:br/>
        <w:t>Через те, що знав, конаю, —&lt;br /&gt;</w:t>
        <w:br/>
        <w:t>Що за незнання ще буде,&lt;br /&gt;</w:t>
        <w:br/>
        <w:t>Як взяли за те, що знаю?&lt;br /&gt;</w:t>
        <w:br/>
        <w:t>Як це так, щоб ласолюбець&lt;br /&gt;</w:t>
        <w:br/>
        <w:t>Вмер голодний всім на диво?&lt;br /&gt;</w:t>
        <w:br/>
        <w:t>Жаль мені себе і дуже!&lt;br /&gt;</w:t>
        <w:br/>
        <w:t>Скажуть люди: "Це можливо".&lt;br /&gt;</w:t>
        <w:br/>
        <w:t>Саме так, бо те мовчання&lt;br /&gt;</w:t>
        <w:br/>
        <w:t>Злість таїть в собі ворожу&lt;br /&gt;</w:t>
        <w:br/>
        <w:t>І з моїм ім’ям не в згоді, —&lt;br /&gt;</w:t>
        <w:br/>
        <w:t>Я, Кларін, мовчать не можу.&lt;br /&gt;</w:t>
        <w:br/>
        <w:t>Хто складає товариство&lt;br /&gt;</w:t>
        <w:br/>
        <w:t>Тут мені, якщо між нами?&lt;br /&gt;</w:t>
        <w:br/>
        <w:t>Павуки лишень та миші.&lt;br /&gt;</w:t>
        <w:br/>
        <w:t>Ось вам щиглики з піснями!20&lt;br /&gt;</w:t>
        <w:br/>
        <w:t>Від сновиддя цеї ночі&lt;br /&gt;</w:t>
        <w:br/>
        <w:t>Голова розпухла в мене,&lt;br /&gt;</w:t>
        <w:br/>
        <w:t>Повна тисячі кларнетів,&lt;br /&gt;</w:t>
        <w:br/>
        <w:t>Барабанів незліченних,&lt;br /&gt;</w:t>
        <w:br/>
        <w:t>Хоругов, хрестів, процесій,&lt;br /&gt;</w:t>
        <w:br/>
        <w:t>Тих людей, що бичувались,&lt;br /&gt;</w:t>
        <w:br/>
        <w:t>Тих, що падали й вставали,&lt;br /&gt;</w:t>
        <w:br/>
        <w:t>Непритомніли під галас,&lt;br /&gt;</w:t>
        <w:br/>
        <w:t>Кров побачивши на інших;&lt;br /&gt;</w:t>
        <w:br/>
        <w:t>Але я, коли не криться,&lt;br /&gt;</w:t>
        <w:br/>
        <w:t>Непритомнію без їжі;&lt;br /&gt;</w:t>
        <w:br/>
        <w:t>В темній мучуся в’язниці,&lt;br /&gt;</w:t>
        <w:br/>
        <w:t>Де вже цілі дні читаю&lt;br /&gt;</w:t>
        <w:br/>
        <w:t>Я філософа Неїда&lt;br /&gt;</w:t>
        <w:br/>
        <w:t>І Непия21 вечорами&lt;br /&gt;</w:t>
        <w:br/>
        <w:t>Розважаю, мов сусіда.&lt;br /&gt;</w:t>
        <w:br/>
        <w:t>І, якщо святе мовчання&lt;br /&gt;</w:t>
        <w:br/>
        <w:t>За календарем новітнім22,&lt;br /&gt;</w:t>
        <w:br/>
        <w:t>Що свята для мене тайна, —&lt;br /&gt;</w:t>
        <w:br/>
        <w:t>Вдовольнюсь постом обіднім;&lt;br /&gt;</w:t>
        <w:br/>
        <w:t>Хоч покару й заслужив я,&lt;br /&gt;</w:t>
        <w:br/>
        <w:t>Відчуваю й тут злорадство,&lt;br /&gt;</w:t>
        <w:br/>
        <w:t>Бо слузі про все мовчати —&lt;br /&gt;</w:t>
        <w:br/>
        <w:t>То найбільше святотатство.</w:t>
      </w:r>
    </w:p>
    <w:p>
      <w:r>
        <w:br/>
        <w:t>Сцена друга&lt;br /&gt;</w:t>
        <w:br/>
        <w:t>За сценою — сурми, барабани, голоси.</w:t>
      </w:r>
    </w:p>
    <w:p>
      <w:r>
        <w:br/>
        <w:t>1-й солдат (за сценою)&lt;br /&gt;</w:t>
        <w:br/>
        <w:t>У цій вежі він сидить.&lt;br /&gt;</w:t>
        <w:br/>
        <w:t>Двері замкнені? Зламати!&lt;br /&gt;</w:t>
        <w:br/>
        <w:t>Всі заходьте.</w:t>
      </w:r>
    </w:p>
    <w:p>
      <w:r>
        <w:br/>
        <w:t>Кларін&lt;br /&gt;</w:t>
        <w:br/>
        <w:t>Боже милий!&lt;br /&gt;</w:t>
        <w:br/>
        <w:t>Це ж мене шукають кляті,&lt;br /&gt;</w:t>
        <w:br/>
        <w:t>Адже кажуть, що я тут.&lt;br /&gt;</w:t>
        <w:br/>
        <w:t>Що їм треба?</w:t>
      </w:r>
    </w:p>
    <w:p>
      <w:r>
        <w:br/>
        <w:t>1-й солдат (за сценою)&lt;br /&gt;</w:t>
        <w:br/>
        <w:t>Входьте сміло.</w:t>
      </w:r>
    </w:p>
    <w:p>
      <w:r>
        <w:br/>
        <w:t>Входять юрбою солдати.</w:t>
      </w:r>
    </w:p>
    <w:p>
      <w:r>
        <w:br/>
        <w:t>2-й солдат&lt;br /&gt;</w:t>
        <w:br/>
        <w:t>Він десь тут.</w:t>
      </w:r>
    </w:p>
    <w:p>
      <w:r>
        <w:br/>
        <w:t>Кларін&lt;br /&gt;</w:t>
        <w:br/>
        <w:t>Та ні!</w:t>
      </w:r>
    </w:p>
    <w:p>
      <w:r>
        <w:br/>
        <w:t>Солдати&lt;br /&gt;</w:t>
        <w:br/>
        <w:t>Сеньйоре...</w:t>
      </w:r>
    </w:p>
    <w:p>
      <w:r>
        <w:br/>
        <w:t>Кларін&lt;br /&gt;</w:t>
        <w:br/>
        <w:t>Чи не п’яні всі? Ну й діло!</w:t>
      </w:r>
    </w:p>
    <w:p>
      <w:r>
        <w:br/>
        <w:t>1-й солдат&lt;br /&gt;</w:t>
        <w:br/>
        <w:t>Ти — наш принц, і ми бажаєм,&lt;br /&gt;</w:t>
        <w:br/>
        <w:t>Щоби принц законом даний&lt;br /&gt;</w:t>
        <w:br/>
        <w:t>Нами правив, а не той&lt;br /&gt;</w:t>
        <w:br/>
        <w:t>Чужоземний, небажаний.&lt;br /&gt;</w:t>
        <w:br/>
        <w:t>Ми до ніг тобі впадаєм.</w:t>
      </w:r>
    </w:p>
    <w:p>
      <w:r>
        <w:br/>
        <w:t>Солдати&lt;br /&gt;</w:t>
        <w:br/>
        <w:t>Хай живе наш принц великий!</w:t>
      </w:r>
    </w:p>
    <w:p>
      <w:r>
        <w:br/>
        <w:t>Кларін (убік)&lt;br /&gt;</w:t>
        <w:br/>
        <w:t>Боже, та вони це справді...&lt;br /&gt;</w:t>
        <w:br/>
        <w:t>Чи такий тут звичай дикий&lt;br /&gt;</w:t>
        <w:br/>
        <w:t>В королівстві, щоб когось&lt;br /&gt;</w:t>
        <w:br/>
        <w:t>Брать щоднини, як я стежу,&lt;br /&gt;</w:t>
        <w:br/>
        <w:t>І робити з нього принца,&lt;br /&gt;</w:t>
        <w:br/>
        <w:t>А затим вертати в вежу?&lt;br /&gt;</w:t>
        <w:br/>
        <w:t>Що ж, свою зіграю роль.</w:t>
      </w:r>
    </w:p>
    <w:p>
      <w:r>
        <w:br/>
        <w:t>Солдати&lt;br /&gt;</w:t>
        <w:br/>
        <w:t>Дай нам ноги.</w:t>
      </w:r>
    </w:p>
    <w:p>
      <w:r>
        <w:br/>
        <w:t>Кларін&lt;br /&gt;</w:t>
        <w:br/>
        <w:t>Ні, не можу,&lt;br /&gt;</w:t>
        <w:br/>
        <w:t>Бо вони мені згодяться,&lt;br /&gt;</w:t>
        <w:br/>
        <w:t>Та й не гоже, зважить прошу,&lt;br /&gt;</w:t>
        <w:br/>
        <w:t>Бути принцеві безногим.</w:t>
      </w:r>
    </w:p>
    <w:p>
      <w:r>
        <w:br/>
        <w:t>2-й солдат&lt;br /&gt;</w:t>
        <w:br/>
        <w:t>Разом батькові твоєму&lt;br /&gt;</w:t>
        <w:br/>
        <w:t>Ми сказали, що за принца&lt;br /&gt;</w:t>
        <w:br/>
        <w:t>Тільки тебе визнаємо,&lt;br /&gt;</w:t>
        <w:br/>
        <w:t>Не московського.</w:t>
      </w:r>
    </w:p>
    <w:p>
      <w:r>
        <w:br/>
        <w:t>Кларін&lt;br /&gt;</w:t>
        <w:br/>
        <w:t>До батька&lt;br /&gt;</w:t>
        <w:br/>
        <w:t>До мого згубили шану?&lt;br /&gt;</w:t>
        <w:br/>
        <w:t>Ах, сякі-такі, стривайте.</w:t>
      </w:r>
    </w:p>
    <w:p>
      <w:r>
        <w:br/>
        <w:t>1-й солдат&lt;br /&gt;</w:t>
        <w:br/>
        <w:t>Ми з душею, без обману.</w:t>
      </w:r>
    </w:p>
    <w:p>
      <w:r>
        <w:br/>
        <w:t>Кларін&lt;br /&gt;</w:t>
        <w:br/>
        <w:t>Якщо так, я вам прощаю.</w:t>
      </w:r>
    </w:p>
    <w:p>
      <w:r>
        <w:br/>
        <w:t>2-й солдат&lt;br /&gt;</w:t>
        <w:br/>
        <w:t>Йди й бери свої клейноди.&lt;br /&gt;</w:t>
        <w:br/>
        <w:t>Слава Сехисмундо!</w:t>
      </w:r>
    </w:p>
    <w:p>
      <w:r>
        <w:br/>
        <w:t>Всі&lt;br /&gt;</w:t>
        <w:br/>
        <w:t>Слава!</w:t>
      </w:r>
    </w:p>
    <w:p>
      <w:r>
        <w:br/>
        <w:t>Кларін (убік)&lt;br /&gt;</w:t>
        <w:br/>
        <w:t>Сехисмундо кажуть? Згода!&lt;br /&gt;</w:t>
        <w:br/>
        <w:t>Сехисмундами йменують&lt;br /&gt;</w:t>
        <w:br/>
        <w:t>Всіх лжепринців, як я бачу.</w:t>
      </w:r>
    </w:p>
    <w:p>
      <w:r>
        <w:br/>
        <w:t>Сцена третя&lt;br /&gt;</w:t>
        <w:br/>
        <w:t>Входить Сехисмундо.</w:t>
      </w:r>
    </w:p>
    <w:p>
      <w:r>
        <w:br/>
        <w:t>Сехисмундо&lt;br /&gt;</w:t>
        <w:br/>
        <w:t>Хто назвав тут Сехисмундо?</w:t>
      </w:r>
    </w:p>
    <w:p>
      <w:r>
        <w:br/>
        <w:t>Кларін (убік)&lt;br /&gt;</w:t>
        <w:br/>
        <w:t>Був я принц, стерплю й невдачу.</w:t>
      </w:r>
    </w:p>
    <w:p>
      <w:r>
        <w:br/>
        <w:t>1-й солдат&lt;br /&gt;</w:t>
        <w:br/>
        <w:t>Хто з вас Сехисмундо?</w:t>
      </w:r>
    </w:p>
    <w:p>
      <w:r>
        <w:br/>
        <w:t>Сехисмундо&lt;br /&gt;</w:t>
        <w:br/>
        <w:t>Я.</w:t>
      </w:r>
    </w:p>
    <w:p>
      <w:r>
        <w:br/>
        <w:t>2-й солдат (до Кларіна)&lt;br /&gt;</w:t>
        <w:br/>
        <w:t>Чом ти, блазню безтолковий,&lt;br /&gt;</w:t>
        <w:br/>
        <w:t>Вдав із себе Сехисмундо?</w:t>
      </w:r>
    </w:p>
    <w:p>
      <w:r>
        <w:br/>
        <w:t>Кларін&lt;br /&gt;</w:t>
        <w:br/>
        <w:t>Сехисмундо я? Та що ви!&lt;br /&gt;</w:t>
        <w:br/>
        <w:t>Ви ж самі мене отут&lt;br /&gt;</w:t>
        <w:br/>
        <w:t>Сехисмундили, й тому-то&lt;br /&gt;</w:t>
        <w:br/>
        <w:t>Ваші ця плутня й нахабство,&lt;br /&gt;</w:t>
        <w:br/>
        <w:t>Хоч і лаєтеся люто.</w:t>
      </w:r>
    </w:p>
    <w:p>
      <w:r>
        <w:br/>
        <w:t>1-й солдат&lt;br /&gt;</w:t>
        <w:br/>
        <w:t>Славний принце Сехисмундо&lt;br /&gt;</w:t>
        <w:br/>
        <w:t>Той, якого всі ми знаєм&lt;br /&gt;</w:t>
        <w:br/>
        <w:t>По прикметах, хоч на віру&lt;br /&gt;</w:t>
        <w:br/>
        <w:t>Владарем тебе взиваєм,&lt;br /&gt;</w:t>
        <w:br/>
        <w:t>Батько твій, король Басильйо,&lt;br /&gt;</w:t>
        <w:br/>
        <w:t>Боячись своєї долі,&lt;br /&gt;</w:t>
        <w:br/>
        <w:t>Про яку звістило небо,&lt;br /&gt;</w:t>
        <w:br/>
        <w:t>Що його ти звалиш долі,&lt;br /&gt;</w:t>
        <w:br/>
        <w:t>Вирішив тебе позбавить&lt;br /&gt;</w:t>
        <w:br/>
        <w:t>Трону, щоб права на нього&lt;br /&gt;</w:t>
        <w:br/>
        <w:t>Перебрав Астольфо, герцог&lt;br /&gt;</w:t>
        <w:br/>
        <w:t>Із Московії. Для цього&lt;br /&gt;</w:t>
        <w:br/>
        <w:t>Скликав двір. Але народ&lt;br /&gt;</w:t>
        <w:br/>
        <w:t>Знає вже, що спадкоємець&lt;br /&gt;</w:t>
        <w:br/>
        <w:t>Є законний, то й не хоче,&lt;br /&gt;</w:t>
        <w:br/>
        <w:t>Щоб захожий іноземець&lt;br /&gt;</w:t>
        <w:br/>
        <w:t>Панував над ним. Ось так,&lt;br /&gt;</w:t>
        <w:br/>
        <w:t>Не бажаючи кориться&lt;br /&gt;</w:t>
        <w:br/>
        <w:t>Лютій мачусі-недолі,&lt;br /&gt;</w:t>
        <w:br/>
        <w:t>Він знайшов тебе в темниці,&lt;br /&gt;</w:t>
        <w:br/>
        <w:t>Щоб залишив ти цю вежу,&lt;br /&gt;</w:t>
        <w:br/>
        <w:t>На його зіпершись зброю,&lt;br /&gt;</w:t>
        <w:br/>
        <w:t>І відняв таки в тирана,&lt;br /&gt;</w:t>
        <w:br/>
        <w:t>Як належиться герою,&lt;br /&gt;</w:t>
        <w:br/>
        <w:t>Скіпетр і свою корону.&lt;br /&gt;</w:t>
        <w:br/>
        <w:t>Тож виходь. У цій пустелі&lt;br /&gt;</w:t>
        <w:br/>
        <w:t>Військо з'юрмилось численне,&lt;br /&gt;</w:t>
        <w:br/>
        <w:t>Всі звитяжці та плебеї,&lt;br /&gt;</w:t>
        <w:br/>
        <w:t>Що несуть тобі свободу;&lt;br /&gt;</w:t>
        <w:br/>
        <w:t>Чуєш, кличуть, ждуть на тебе?</w:t>
      </w:r>
    </w:p>
    <w:p>
      <w:r>
        <w:br/>
        <w:t>Голоси (за сценою)&lt;br /&gt;</w:t>
        <w:br/>
        <w:t>Хай живе наш Сехисмундо!</w:t>
      </w:r>
    </w:p>
    <w:p>
      <w:r>
        <w:br/>
        <w:t>Сехисмундо&lt;br /&gt;</w:t>
        <w:br/>
        <w:t>Знову (що ж це там, о небо?)&lt;br /&gt;</w:t>
        <w:br/>
        <w:t>Хочете, щоб я про владу,&lt;br /&gt;</w:t>
        <w:br/>
        <w:t>Яку час відніме, марив?&lt;br /&gt;</w:t>
        <w:br/>
        <w:t>Знову хочете, щоб бачив&lt;br /&gt;</w:t>
        <w:br/>
        <w:t>Я між тіней і між марев&lt;br /&gt;</w:t>
        <w:br/>
        <w:t>Пишну велич і розкоші,&lt;br /&gt;</w:t>
        <w:br/>
        <w:t>Що вітрець розвіє ранній?&lt;br /&gt;</w:t>
        <w:br/>
        <w:t>Знову хочете, щоб стрів я&lt;br /&gt;</w:t>
        <w:br/>
        <w:t>Небезпеки та омани,&lt;br /&gt;</w:t>
        <w:br/>
        <w:t>Які родять і вбивають&lt;br /&gt;</w:t>
        <w:br/>
        <w:t>Людську владу, злющу й хирну?&lt;br /&gt;</w:t>
        <w:br/>
        <w:t>Та цього уже не буде!&lt;br /&gt;</w:t>
        <w:br/>
        <w:t>Ще раз гляньте, я покірний&lt;br /&gt;</w:t>
        <w:br/>
        <w:t>Своїй долі; я вже знаю,&lt;br /&gt;</w:t>
        <w:br/>
        <w:t>Що життя — це сон. Ви чули?&lt;br /&gt;</w:t>
        <w:br/>
        <w:t>Гетьте, тіні! Хоч змертвілим&lt;br /&gt;</w:t>
        <w:br/>
        <w:t>Ви моїм чуттям вернули&lt;br /&gt;</w:t>
        <w:br/>
        <w:t>Плоть і голос, та нема&lt;br /&gt;</w:t>
        <w:br/>
        <w:t>Голосу у вас і плоті.&lt;br /&gt;</w:t>
        <w:br/>
        <w:t>Я не хочу віддаватись&lt;br /&gt;</w:t>
        <w:br/>
        <w:t>Ложній величі й пишноті,&lt;br /&gt;</w:t>
        <w:br/>
        <w:t>Адже це лише привиддя,&lt;br /&gt;</w:t>
        <w:br/>
        <w:t>Що розвіється здужалим&lt;br /&gt;</w:t>
        <w:br/>
        <w:t>Першим леготом ранковим,&lt;br /&gt;</w:t>
        <w:br/>
        <w:t>Як буває із мигдалем,&lt;br /&gt;</w:t>
        <w:br/>
        <w:t>Що розквітнув на світанку&lt;br /&gt;</w:t>
        <w:br/>
        <w:t>Несподівано й неждано,&lt;br /&gt;</w:t>
        <w:br/>
        <w:t>І при першім повіванні&lt;br /&gt;</w:t>
        <w:br/>
        <w:t>Опадуть, зів’януть рано&lt;br /&gt;</w:t>
        <w:br/>
        <w:t>Пелюстки його рожеві,&lt;br /&gt;</w:t>
        <w:br/>
        <w:t>Зблякнувши із днем тривожним.&lt;br /&gt;</w:t>
        <w:br/>
        <w:t>Я пізнав вас, я вас бачив&lt;br /&gt;</w:t>
        <w:br/>
        <w:t>І я відаю, це з кожним&lt;br /&gt;</w:t>
        <w:br/>
        <w:t>Тим, хто спить, таке буває;&lt;br /&gt;</w:t>
        <w:br/>
        <w:t>Розчарований до краю&lt;br /&gt;</w:t>
        <w:br/>
        <w:t>Вже не здамся на оману,&lt;br /&gt;</w:t>
        <w:br/>
        <w:t>Бо життя — це сон, я знаю.</w:t>
      </w:r>
    </w:p>
    <w:p>
      <w:r>
        <w:br/>
        <w:t>2-й солдат&lt;br /&gt;</w:t>
        <w:br/>
        <w:t>Коли думаєш, що маним&lt;br /&gt;</w:t>
        <w:br/>
        <w:t>Ми тебе, здійнявши галас,&lt;br /&gt;</w:t>
        <w:br/>
        <w:t>Глянь на гори і побачиш,&lt;br /&gt;</w:t>
        <w:br/>
        <w:t>Скільки там людей зібралось,&lt;br /&gt;</w:t>
        <w:br/>
        <w:t>Щоб тобі служити.</w:t>
      </w:r>
    </w:p>
    <w:p>
      <w:r>
        <w:br/>
        <w:t>Сехисмундо&lt;br /&gt;</w:t>
        <w:br/>
        <w:t>Вже&lt;br /&gt;</w:t>
        <w:br/>
        <w:t>Бачив (маю ж душу зрячу!)&lt;br /&gt;</w:t>
        <w:br/>
        <w:t>Я це ж саме так виразно,&lt;br /&gt;</w:t>
        <w:br/>
        <w:t>Як і нині його бачу,&lt;br /&gt;</w:t>
        <w:br/>
        <w:t>Та було це сном.</w:t>
      </w:r>
    </w:p>
    <w:p>
      <w:r>
        <w:br/>
        <w:t>2-й солдат&lt;br /&gt;</w:t>
        <w:br/>
        <w:t>Великі&lt;br /&gt;</w:t>
        <w:br/>
        <w:t>Справи подають, сеньйоре,&lt;br /&gt;</w:t>
        <w:br/>
        <w:t>Передвістку, тож і бачив&lt;br /&gt;</w:t>
        <w:br/>
        <w:t>Ти вві сні палаци й гори.</w:t>
      </w:r>
    </w:p>
    <w:p>
      <w:r>
        <w:br/>
        <w:t>Сехисмундо&lt;br /&gt;</w:t>
        <w:br/>
        <w:t>Так, була це передвістка,&lt;br /&gt;</w:t>
        <w:br/>
        <w:t>В неї вірю я не дуже,&lt;br /&gt;</w:t>
        <w:br/>
        <w:t>А життя таке коротке,&lt;br /&gt;</w:t>
        <w:br/>
        <w:t>Заснемо ізнову, душе,&lt;br /&gt;</w:t>
        <w:br/>
        <w:t>Заснемо; але обачно,&lt;br /&gt;</w:t>
        <w:br/>
        <w:t>Не забувши цього разу,&lt;br /&gt;</w:t>
        <w:br/>
        <w:t>Що прокинутися можем&lt;br /&gt;</w:t>
        <w:br/>
        <w:t>Ми за кращого вже часу;&lt;br /&gt;</w:t>
        <w:br/>
        <w:t>Якщо більше будем знати,&lt;br /&gt;</w:t>
        <w:br/>
        <w:t>То й омани менше буде;&lt;br /&gt;</w:t>
        <w:br/>
        <w:t>Адже лихо треба сміхом&lt;br /&gt;</w:t>
        <w:br/>
        <w:t>Попереджувати всюди.&lt;br /&gt;</w:t>
        <w:br/>
        <w:t>І при тому, що дається&lt;br /&gt;</w:t>
        <w:br/>
        <w:t>Влада в борг, як і життєві&lt;br /&gt;</w:t>
        <w:br/>
        <w:t>Блага, й нам її належить&lt;br /&gt;</w:t>
        <w:br/>
        <w:t>Повернути владареві, —&lt;br /&gt;</w:t>
        <w:br/>
        <w:t>Ми відважимось на все.&lt;br /&gt;</w:t>
        <w:br/>
        <w:t>Я за вірність вам, васали,&lt;br /&gt;</w:t>
        <w:br/>
        <w:t>Дякую; в мені знайдете&lt;br /&gt;</w:t>
        <w:br/>
        <w:t>Ви того, хто вас, здужалий,&lt;br /&gt;</w:t>
        <w:br/>
        <w:t>Звільнить від чужого рабства.&lt;br /&gt;</w:t>
        <w:br/>
        <w:t>Тож сурмить, хай серед бою&lt;br /&gt;</w:t>
        <w:br/>
        <w:t>Вам явлю свою звитягу.&lt;br /&gt;</w:t>
        <w:br/>
        <w:t>Маю намір зняти зброю&lt;br /&gt;</w:t>
        <w:br/>
        <w:t>Проти батька й правду неба&lt;br /&gt;</w:t>
        <w:br/>
        <w:t>Я пізнати не боюся.&lt;br /&gt;</w:t>
        <w:br/>
        <w:t>Він мені впаде у ноги...&lt;br /&gt;</w:t>
        <w:br/>
        <w:t>(Убік)&lt;br /&gt;</w:t>
        <w:br/>
        <w:t>А якщо раніш збуджуся,&lt;br /&gt;</w:t>
        <w:br/>
        <w:t>Чи мовчать про те не краще,&lt;br /&gt;</w:t>
        <w:br/>
        <w:t>Чого, мабуть, не здійсню я?</w:t>
      </w:r>
    </w:p>
    <w:p>
      <w:r>
        <w:br/>
        <w:t>Всі&lt;br /&gt;</w:t>
        <w:br/>
        <w:t>Хай живе наш Сехисмундо!</w:t>
      </w:r>
    </w:p>
    <w:p>
      <w:r>
        <w:br/>
        <w:t>Сцена четверта&lt;br /&gt;</w:t>
        <w:br/>
        <w:t>Входить Клотальдо.</w:t>
      </w:r>
    </w:p>
    <w:p>
      <w:r>
        <w:br/>
        <w:t>Клотальдо&lt;br /&gt;</w:t>
        <w:br/>
        <w:t>Боже, що за галас чую?&lt;br /&gt;</w:t>
        <w:br/>
        <w:t>Сехисмундо&lt;br /&gt;</w:t>
        <w:br/>
        <w:t>О Клотальдо.</w:t>
      </w:r>
    </w:p>
    <w:p>
      <w:r>
        <w:br/>
        <w:t>Клотальдо&lt;br /&gt;</w:t>
        <w:br/>
        <w:t>Пане...&lt;br /&gt;</w:t>
        <w:br/>
        <w:t>(Убік)&lt;br /&gt;</w:t>
        <w:br/>
        <w:t>Злобу&lt;br /&gt;</w:t>
        <w:br/>
        <w:t>На мені зжене.</w:t>
      </w:r>
    </w:p>
    <w:p>
      <w:r>
        <w:br/>
        <w:t>Кларін&lt;br /&gt;</w:t>
        <w:br/>
        <w:t>Звіщаю,&lt;br /&gt;</w:t>
        <w:br/>
        <w:t>Скине він його зі скелі.&lt;br /&gt;</w:t>
        <w:br/>
        <w:t>(Виходить)</w:t>
      </w:r>
    </w:p>
    <w:p>
      <w:r>
        <w:br/>
        <w:t>Клотальдо&lt;br /&gt;</w:t>
        <w:br/>
        <w:t>Я до ніг тобі впадаю,&lt;br /&gt;</w:t>
        <w:br/>
        <w:t>Знаю, що загину.</w:t>
      </w:r>
    </w:p>
    <w:p>
      <w:r>
        <w:br/>
        <w:t>Сехисмундо&lt;br /&gt;</w:t>
        <w:br/>
        <w:t>Встань,&lt;br /&gt;</w:t>
        <w:br/>
        <w:t>Батьку мій, зведись на ноги;&lt;br /&gt;</w:t>
        <w:br/>
        <w:t>Будеш ти мені зорею,&lt;br /&gt;</w:t>
        <w:br/>
        <w:t>Щоб не збився я з дороги;&lt;br /&gt;</w:t>
        <w:br/>
        <w:t>Я за гарне виховання&lt;br /&gt;</w:t>
        <w:br/>
        <w:t>Дякую тобі без краю.&lt;br /&gt;</w:t>
        <w:br/>
        <w:t>Дай-но руку.</w:t>
      </w:r>
    </w:p>
    <w:p>
      <w:r>
        <w:br/>
        <w:t>Клотальдо&lt;br /&gt;</w:t>
        <w:br/>
        <w:t>Що ти скажеш?</w:t>
      </w:r>
    </w:p>
    <w:p>
      <w:r>
        <w:br/>
        <w:t>Сехисмундо&lt;br /&gt;</w:t>
        <w:br/>
        <w:t>Те, що сню й добро жадаю&lt;br /&gt;</w:t>
        <w:br/>
        <w:t>Я творити, бо не зникне&lt;br /&gt;</w:t>
        <w:br/>
        <w:t>Те, що й в снах вдалось зробити.</w:t>
      </w:r>
    </w:p>
    <w:p>
      <w:r>
        <w:br/>
        <w:t>Клотальдо&lt;br /&gt;</w:t>
        <w:br/>
        <w:t>Вже, сеньйоре, ти шляхетний,&lt;br /&gt;</w:t>
        <w:br/>
        <w:t>Якщо взявсь добро творити,&lt;br /&gt;</w:t>
        <w:br/>
        <w:t>Бо ж не в гнів тобі, що й я&lt;br /&gt;</w:t>
        <w:br/>
        <w:t>Дбаю про цю справу гожу.&lt;br /&gt;</w:t>
        <w:br/>
        <w:t>Ти на батька йдеш війною!&lt;br /&gt;</w:t>
        <w:br/>
        <w:t>Він — король, і я не можу&lt;br /&gt;</w:t>
        <w:br/>
        <w:t>Проти нього йти з тобою.&lt;br /&gt;</w:t>
        <w:br/>
        <w:t>В ноги падаю і в тебе&lt;br /&gt;</w:t>
        <w:br/>
        <w:t>Смерті я прошу.</w:t>
      </w:r>
    </w:p>
    <w:p>
      <w:r>
        <w:br/>
        <w:t>Сехисмундо&lt;br /&gt;</w:t>
        <w:br/>
        <w:t>Негідник,&lt;br /&gt;</w:t>
        <w:br/>
        <w:t>Зрадник, лиходій!&lt;br /&gt;</w:t>
        <w:br/>
        <w:t>(Убік)&lt;br /&gt;</w:t>
        <w:br/>
        <w:t>О небо!&lt;br /&gt;</w:t>
        <w:br/>
        <w:t>Треба стримати мій гнів,&lt;br /&gt;</w:t>
        <w:br/>
        <w:t>Бо не знаю, чи не сплю я.&lt;br /&gt;</w:t>
        <w:br/>
        <w:t>(До Клотальдо)&lt;br /&gt;</w:t>
        <w:br/>
        <w:t>Що ж, Клотальдо, вашу честь&lt;br /&gt;</w:t>
        <w:br/>
        <w:t>І відвагу я шаную,&lt;br /&gt;</w:t>
        <w:br/>
        <w:t>Йдіть служити королю,&lt;br /&gt;</w:t>
        <w:br/>
        <w:t>Стрінемось на полі бою.&lt;br /&gt;</w:t>
        <w:br/>
        <w:t>Гей, мерщій сурміть тривогу!</w:t>
      </w:r>
    </w:p>
    <w:p>
      <w:r>
        <w:br/>
        <w:t>Клотальдо&lt;br /&gt;</w:t>
        <w:br/>
        <w:t>Я хилюсь перед тобою.&lt;br /&gt;</w:t>
        <w:br/>
        <w:t>(Виходить)</w:t>
      </w:r>
    </w:p>
    <w:p>
      <w:r>
        <w:br/>
        <w:t>Сехисмундо&lt;br /&gt;</w:t>
        <w:br/>
        <w:t>Доле, йдем королювати;&lt;br /&gt;</w:t>
        <w:br/>
        <w:t>Не буди, якщо дрімаю,&lt;br /&gt;</w:t>
        <w:br/>
        <w:t>Якщо правда — не всипляй;&lt;br /&gt;</w:t>
        <w:br/>
        <w:t>Я добро чинити маю,&lt;br /&gt;</w:t>
        <w:br/>
        <w:t>Правда це чи сон — байдуже;&lt;br /&gt;</w:t>
        <w:br/>
        <w:t>Якщо правда їй служити;&lt;br /&gt;</w:t>
        <w:br/>
        <w:t>Якщо сон — то пробудитись&lt;br /&gt;</w:t>
        <w:br/>
        <w:t>Поміж друзів, білий світе!&lt;br /&gt;</w:t>
        <w:br/>
        <w:t>Виходять під барабанний бій.</w:t>
      </w:r>
    </w:p>
    <w:p>
      <w:r>
        <w:br/>
        <w:t>Зала в королівському палаці.</w:t>
      </w:r>
    </w:p>
    <w:p>
      <w:r>
        <w:br/>
        <w:t>Сцена п’ята&lt;br /&gt;</w:t>
        <w:br/>
        <w:t>Входять Басиліо і Астольфо.</w:t>
      </w:r>
    </w:p>
    <w:p>
      <w:r>
        <w:br/>
        <w:t>Басиліо&lt;br /&gt;</w:t>
        <w:br/>
        <w:t>Астольфо, хто вгамує, доброчинний,&lt;br /&gt;</w:t>
        <w:br/>
        <w:t>Коня розгнузданого на скаку?&lt;br /&gt;</w:t>
        <w:br/>
        <w:t>Хто течію ріки, що в море плине,&lt;br /&gt;</w:t>
        <w:br/>
        <w:t>Погордливу зупинить й швидку?&lt;br /&gt;</w:t>
        <w:br/>
        <w:t>Хто брилу, що зірвалася з вершини,&lt;br /&gt;</w:t>
        <w:br/>
        <w:t>Перед падінням стримає важку?&lt;br /&gt;</w:t>
        <w:br/>
        <w:t>Ні, легше все, як бачиться, спинити,&lt;br /&gt;</w:t>
        <w:br/>
        <w:t>Аніж народу гнів несамовитий.&lt;br /&gt;</w:t>
        <w:br/>
        <w:t>Про це говорить нам той шум і крик,&lt;br /&gt;</w:t>
        <w:br/>
        <w:t>Що відбивають гори щосекунди,&lt;br /&gt;</w:t>
        <w:br/>
        <w:t>Реве, роздвоївшись, людський потік, —&lt;br /&gt;</w:t>
        <w:br/>
        <w:t>Одні: "Астольфо!" Інші: "Сехисмундо!"&lt;br /&gt;</w:t>
        <w:br/>
        <w:t>Забули клятву, що дали навік,&lt;br /&gt;</w:t>
        <w:br/>
        <w:t>Нова жорстокість постає із бунту,&lt;br /&gt;</w:t>
        <w:br/>
        <w:t>Це той театр, де, красна звіддаля,&lt;br /&gt;</w:t>
        <w:br/>
        <w:t>Трагедії нам доля представля.</w:t>
      </w:r>
    </w:p>
    <w:p>
      <w:r>
        <w:br/>
        <w:t>Астольфо&lt;br /&gt;</w:t>
        <w:br/>
        <w:t>Сеньйоре, хай мене васали раді&lt;br /&gt;</w:t>
        <w:br/>
        <w:t>Не славлять цього дня, як ти звелів,&lt;br /&gt;</w:t>
        <w:br/>
        <w:t>Адже Полонія (тут на заваді&lt;br /&gt;</w:t>
        <w:br/>
        <w:t>Цей бунт, який усе нам перебив)&lt;br /&gt;</w:t>
        <w:br/>
        <w:t>Іще моїй не підлягає владі,&lt;br /&gt;</w:t>
        <w:br/>
        <w:t>Щоб спершу я цю владу заслужив, —&lt;br /&gt;</w:t>
        <w:br/>
        <w:t>Коня! І сміло над усім огромом&lt;br /&gt;</w:t>
        <w:br/>
        <w:t>Вогнем сяйне той, хто грозився громом!&lt;br /&gt;</w:t>
        <w:br/>
        <w:t>(Виходить)</w:t>
      </w:r>
    </w:p>
    <w:p>
      <w:r>
        <w:br/>
        <w:t>Басиліо&lt;br /&gt;</w:t>
        <w:br/>
        <w:t>Ніхто не може долі відвернуть,&lt;br /&gt;</w:t>
        <w:br/>
        <w:t>Бо все, як визначено, так і плине;&lt;br /&gt;</w:t>
        <w:br/>
        <w:t>Те, чому буть, того нам не минуть,&lt;br /&gt;</w:t>
        <w:br/>
        <w:t>І станеться, що статися повинне.&lt;br /&gt;</w:t>
        <w:br/>
        <w:t>Жорстокий тут закон і в ньому суть:&lt;br /&gt;</w:t>
        <w:br/>
        <w:t>Хто від біди біжить — біду зустріне;&lt;br /&gt;</w:t>
        <w:br/>
        <w:t>Що зберігав я, те і змарнував;&lt;br /&gt;</w:t>
        <w:br/>
        <w:t>Я сам свою вітчизну зруйнував.</w:t>
      </w:r>
    </w:p>
    <w:p>
      <w:r>
        <w:br/>
        <w:t>Сцена шоста&lt;br /&gt;</w:t>
        <w:br/>
        <w:t>Входить Естрелья.</w:t>
      </w:r>
    </w:p>
    <w:p>
      <w:r>
        <w:br/>
        <w:t>Естрелья&lt;br /&gt;</w:t>
        <w:br/>
        <w:t>Якщо, сеньйоре, власною рукою&lt;br /&gt;</w:t>
        <w:br/>
        <w:t>Не спиниш розбрату поміж своїх,&lt;br /&gt;</w:t>
        <w:br/>
        <w:t>Коли одні на одних йдуть грозою&lt;br /&gt;</w:t>
        <w:br/>
        <w:t>На вулицях і площах голосних, —&lt;br /&gt;</w:t>
        <w:br/>
        <w:t>Побачиш, як пливе, омита кров’ю&lt;br /&gt;</w:t>
        <w:br/>
        <w:t>Твоя держава в хвилях нищівних,&lt;br /&gt;</w:t>
        <w:br/>
        <w:t>Багряних, бо вже скрізь в жалобі люди,&lt;br /&gt;</w:t>
        <w:br/>
        <w:t>Нещастя і трагедії повсюди.&lt;br /&gt;</w:t>
        <w:br/>
        <w:t>Імперія в руїнах, і така&lt;br /&gt;</w:t>
        <w:br/>
        <w:t>Панує люта і кривава сила,&lt;br /&gt;</w:t>
        <w:br/>
        <w:t>Що глянуть страшно, й все навкруг змовка,&lt;br /&gt;</w:t>
        <w:br/>
        <w:t>Тьмяніє сонце, й вітер хилить крила,&lt;br /&gt;</w:t>
        <w:br/>
        <w:t>І давить всіх погибельна рука,&lt;br /&gt;</w:t>
        <w:br/>
        <w:t>Тут кожен камінь — склеп, а дім — могила,&lt;br /&gt;</w:t>
        <w:br/>
        <w:t>Всі квіти йдуть на траурний букет,&lt;br /&gt;</w:t>
        <w:br/>
        <w:t>І кожен воїн — це живий скелет.</w:t>
      </w:r>
    </w:p>
    <w:p>
      <w:r>
        <w:br/>
        <w:t>Сцена сьома&lt;br /&gt;</w:t>
        <w:br/>
        <w:t>Входить Клотальдо</w:t>
      </w:r>
    </w:p>
    <w:p>
      <w:r>
        <w:br/>
        <w:t>Клотальдо&lt;br /&gt;</w:t>
        <w:br/>
        <w:t>До ніг твоїх ледь-ледь живий спішу я.</w:t>
      </w:r>
    </w:p>
    <w:p>
      <w:r>
        <w:br/>
        <w:t>Басиліо&lt;br /&gt;</w:t>
        <w:br/>
        <w:t>Скажи, де Сехисмундо, де мій син?</w:t>
      </w:r>
    </w:p>
    <w:p>
      <w:r>
        <w:br/>
        <w:t>Клотальдо&lt;br /&gt;</w:t>
        <w:br/>
        <w:t>Народ із гір звалився і бушує,&lt;br /&gt;</w:t>
        <w:br/>
        <w:t>Проник у вежу і з її глибин&lt;br /&gt;</w:t>
        <w:br/>
        <w:t>Свойого вирвав принца, що правує&lt;br /&gt;</w:t>
        <w:br/>
        <w:t>Удруге знов і люту на почин&lt;br /&gt;</w:t>
        <w:br/>
        <w:t>Явив хоробрість і рече в гордині,&lt;br /&gt;</w:t>
        <w:br/>
        <w:t>Що волю неба виконає нині.</w:t>
      </w:r>
    </w:p>
    <w:p>
      <w:r>
        <w:br/>
        <w:t>Басиліо&lt;br /&gt;</w:t>
        <w:br/>
        <w:t>Я переможу, дайте-но коня!&lt;br /&gt;</w:t>
        <w:br/>
        <w:t>Скараю зрадця-сина по закону;&lt;br /&gt;</w:t>
        <w:br/>
        <w:t>Те, в чому помилилося знання,&lt;br /&gt;</w:t>
        <w:br/>
        <w:t>Меч виправить, і я верну корону.&lt;br /&gt;</w:t>
        <w:br/>
        <w:t>(Виходить)</w:t>
      </w:r>
    </w:p>
    <w:p>
      <w:r>
        <w:br/>
        <w:t>Естрелья&lt;br /&gt;</w:t>
        <w:br/>
        <w:t>Я поруч буду з сонцем цього дня,&lt;br /&gt;</w:t>
        <w:br/>
        <w:t>Перетворюсь для нього на Беллону23;&lt;br /&gt;</w:t>
        <w:br/>
        <w:t>Розправлю крила й полечу притьмом&lt;br /&gt;</w:t>
        <w:br/>
        <w:t>Змагатися з Паллади божеством.</w:t>
      </w:r>
    </w:p>
    <w:p>
      <w:r>
        <w:br/>
        <w:t>Виходить, за сценою звучить сигнал бойової тривоги.</w:t>
      </w:r>
    </w:p>
    <w:p>
      <w:r>
        <w:br/>
        <w:t>Сцена восьма&lt;br /&gt;</w:t>
        <w:br/>
        <w:t>Входить Росаура, перегороджуючи дорогу Клотальдо.</w:t>
      </w:r>
    </w:p>
    <w:p>
      <w:r>
        <w:br/>
        <w:t>Росаура&lt;br /&gt;</w:t>
        <w:br/>
        <w:t>Рвешся в бій, палають груди,&lt;br /&gt;</w:t>
        <w:br/>
        <w:t>Бойовисько жде страшне,&lt;br /&gt;</w:t>
        <w:br/>
        <w:t>Але вислухай мене,&lt;br /&gt;</w:t>
        <w:br/>
        <w:t>Хоч війна гримить повсюди.&lt;br /&gt;</w:t>
        <w:br/>
        <w:t>Добре знаєш, я прийшла&lt;br /&gt;</w:t>
        <w:br/>
        <w:t>Бідна, терплячи образу,&lt;br /&gt;</w:t>
        <w:br/>
        <w:t>До Полонії і зразу&lt;br /&gt;</w:t>
        <w:br/>
        <w:t>Співчуття в тобі знайшла&lt;br /&gt;</w:t>
        <w:br/>
        <w:t>І підтримку. Ти звелів же,&lt;br /&gt;</w:t>
        <w:br/>
        <w:t>Щоб я в інше одяглась&lt;br /&gt;</w:t>
        <w:br/>
        <w:t>І в палаці береглась&lt;br /&gt;</w:t>
        <w:br/>
        <w:t>Я Астольфо, затаївши&lt;br /&gt;</w:t>
        <w:br/>
        <w:t>Ревність. Стрівся на біду,&lt;br /&gt;</w:t>
        <w:br/>
        <w:t>Честь мою він хоче вбити:&lt;br /&gt;</w:t>
        <w:br/>
        <w:t>Буде ніччю говорити&lt;br /&gt;</w:t>
        <w:br/>
        <w:t>Із Естрельєю в саду.&lt;br /&gt;</w:t>
        <w:br/>
        <w:t>Принесла я ключ, візьми-но,&lt;br /&gt;</w:t>
        <w:br/>
        <w:t>Проберися в сад тайком&lt;br /&gt;</w:t>
        <w:br/>
        <w:t>І вже там захисником&lt;br /&gt;</w:t>
        <w:br/>
        <w:t>Будь моїм, будь неодмінно.&lt;br /&gt;</w:t>
        <w:br/>
        <w:t>Так, звитяжцю гордовитий,&lt;br /&gt;</w:t>
        <w:br/>
        <w:t>Зможеш честь мою вернуть,&lt;br /&gt;</w:t>
        <w:br/>
        <w:t>Ти вже став на помсти путь,&lt;br /&gt;</w:t>
        <w:br/>
        <w:t>Тож мусиш його вбити.</w:t>
      </w:r>
    </w:p>
    <w:p>
      <w:r>
        <w:br/>
        <w:t>Клотальдо&lt;br /&gt;</w:t>
        <w:br/>
        <w:t>Так, тебе побачив я&lt;br /&gt;</w:t>
        <w:br/>
        <w:t>І надумався ту ж мить&lt;br /&gt;</w:t>
        <w:br/>
        <w:t>Я, Росауро, зробить&lt;br /&gt;</w:t>
        <w:br/>
        <w:t>(Свідок тут сльоза твоя)&lt;br /&gt;</w:t>
        <w:br/>
        <w:t>Все для тебе. Першим разом&lt;br /&gt;</w:t>
        <w:br/>
        <w:t>Я поклав собі на ум,&lt;br /&gt;</w:t>
        <w:br/>
        <w:t>Що ти зміниш свій костюм,&lt;br /&gt;</w:t>
        <w:br/>
        <w:t>Бо, коли Астольфо часом&lt;br /&gt;</w:t>
        <w:br/>
        <w:t>Тебе стріне в чоловічій&lt;br /&gt;</w:t>
        <w:br/>
        <w:t>Тій одежі, то, бігме,&lt;br /&gt;</w:t>
        <w:br/>
        <w:t>За нахабство це сприйме,&lt;br /&gt;</w:t>
        <w:br/>
        <w:t>Засміявшися у вічі.&lt;br /&gt;</w:t>
        <w:br/>
        <w:t>В цей же час, як ти й гадала,&lt;br /&gt;</w:t>
        <w:br/>
        <w:t>Я відваживсь захистити&lt;br /&gt;</w:t>
        <w:br/>
        <w:t>Честь твою, хоча б і вбити&lt;br /&gt;</w:t>
        <w:br/>
        <w:t>(Твоя честь мене терзала)&lt;br /&gt;</w:t>
        <w:br/>
        <w:t>Довелось Астольфо. Взявся&lt;br /&gt;</w:t>
        <w:br/>
        <w:t>Я страшну зіграти роль.&lt;br /&gt;</w:t>
        <w:br/>
        <w:t>Раз він був не мій король,&lt;br /&gt;</w:t>
        <w:br/>
        <w:t>Я не мучивсь, не вагався,&lt;br /&gt;</w:t>
        <w:br/>
        <w:t>Вбить хотів його, коли&lt;br /&gt;</w:t>
        <w:br/>
        <w:t>Сехисмундо кинувсь клятий&lt;br /&gt;</w:t>
        <w:br/>
        <w:t>Вже мені життя відняти,&lt;br /&gt;</w:t>
        <w:br/>
        <w:t>І з’явився він, незлий,&lt;br /&gt;</w:t>
        <w:br/>
        <w:t>Ризикуючи собою,&lt;br /&gt;</w:t>
        <w:br/>
        <w:t>На мій захист зразу став&lt;br /&gt;</w:t>
        <w:br/>
        <w:t>І відвагу показав&lt;br /&gt;</w:t>
        <w:br/>
        <w:t>Разом з волею міцною.&lt;br /&gt;</w:t>
        <w:br/>
        <w:t>Як же я (це зваж тепер ти!),&lt;br /&gt;</w:t>
        <w:br/>
        <w:t>За життя душею вдячний,&lt;br /&gt;</w:t>
        <w:br/>
        <w:t>Вб’ю того, хто, необачний,&lt;br /&gt;</w:t>
        <w:br/>
        <w:t>Сам не дав мені померти?&lt;br /&gt;</w:t>
        <w:br/>
        <w:t>Так ділю між двох турботу&lt;br /&gt;</w:t>
        <w:br/>
        <w:t>І прихильність, мучусь завше,&lt;br /&gt;</w:t>
        <w:br/>
        <w:t>Бо життя тобі я дав же&lt;br /&gt;</w:t>
        <w:br/>
        <w:t>І від нього взяв достоту.&lt;br /&gt;</w:t>
        <w:br/>
        <w:t>Бути з ким і йти до кого?&lt;br /&gt;</w:t>
        <w:br/>
        <w:t>Так тобі я, прав не прав,&lt;br /&gt;</w:t>
        <w:br/>
        <w:t>Зобов’язаний, бо дав,&lt;br /&gt;</w:t>
        <w:br/>
        <w:t>А йому, що взяв від нього.&lt;br /&gt;</w:t>
        <w:br/>
        <w:t>Мою душу розривають&lt;br /&gt;</w:t>
        <w:br/>
        <w:t>Почуття тривожні всує,&lt;br /&gt;</w:t>
        <w:br/>
        <w:t>Бо я той, який рятує,&lt;br /&gt;</w:t>
        <w:br/>
        <w:t>Як і той, кого спасають.</w:t>
      </w:r>
    </w:p>
    <w:p>
      <w:r>
        <w:br/>
        <w:t>Росаура&lt;br /&gt;</w:t>
        <w:br/>
        <w:t>Я скажу, бо не сліпа,&lt;br /&gt;</w:t>
        <w:br/>
        <w:t>Що для мужа (слід це знати!)&lt;br /&gt;</w:t>
        <w:br/>
        <w:t>Благородством буде дати,&lt;br /&gt;</w:t>
        <w:br/>
        <w:t>Взяти — то ж уже ганьба.&lt;br /&gt;</w:t>
        <w:br/>
        <w:t>І, це правило прийнявши,&lt;br /&gt;</w:t>
        <w:br/>
        <w:t>Ви з ним квити, далебі,&lt;br /&gt;</w:t>
        <w:br/>
        <w:t>Бо, якщо життя тобі&lt;br /&gt;</w:t>
        <w:br/>
        <w:t>Він подарував, то я вже&lt;br /&gt;</w:t>
        <w:br/>
        <w:t>Узяла його від тебе;&lt;br /&gt;</w:t>
        <w:br/>
        <w:t>Значить, на шляхетний чин&lt;br /&gt;</w:t>
        <w:br/>
        <w:t>Я тебе веду, а він&lt;br /&gt;</w:t>
        <w:br/>
        <w:t>Підбиває до ганьби.&lt;br /&gt;</w:t>
        <w:br/>
        <w:t>Він тебе образив, отже,&lt;br /&gt;</w:t>
        <w:br/>
        <w:t>Зобов’язаний мені ти,&lt;br /&gt;</w:t>
        <w:br/>
        <w:t>Він тобі те дав, мій світе,&lt;br /&gt;</w:t>
        <w:br/>
        <w:t>Що від тебе маю гоже:&lt;br /&gt;</w:t>
        <w:br/>
        <w:t>Таким чином врятувати&lt;br /&gt;</w:t>
        <w:br/>
        <w:t>Мусиш честь мою, бо стільки&lt;br /&gt;</w:t>
        <w:br/>
        <w:t>Вища я за нього, скільки&lt;br /&gt;</w:t>
        <w:br/>
        <w:t>Вище дати, ніж узяти.</w:t>
      </w:r>
    </w:p>
    <w:p>
      <w:r>
        <w:br/>
        <w:t>Клотальдо&lt;br /&gt;</w:t>
        <w:br/>
        <w:t>Той шляхетність виявляє&lt;br /&gt;</w:t>
        <w:br/>
        <w:t>Доброчинну, хто дає,&lt;br /&gt;</w:t>
        <w:br/>
        <w:t>Тим-то й той, хто дістає,&lt;br /&gt;</w:t>
        <w:br/>
        <w:t>Також вдячним бути має.&lt;br /&gt;</w:t>
        <w:br/>
        <w:t>І, якщо я дати годний,&lt;br /&gt;</w:t>
        <w:br/>
        <w:t>Чесне маючи ім’я,&lt;br /&gt;</w:t>
        <w:br/>
        <w:t>То нехай же буду я&lt;br /&gt;</w:t>
        <w:br/>
        <w:t>Вдячний, як і благородний.&lt;br /&gt;</w:t>
        <w:br/>
        <w:t>Коли зміг я вдячним стати,&lt;br /&gt;</w:t>
        <w:br/>
        <w:t>Щедрим будучи, то прямо&lt;br /&gt;</w:t>
        <w:br/>
        <w:t>Знов скажу я, що так само&lt;br /&gt;</w:t>
        <w:br/>
        <w:t>Чесно дати, як і взяти.</w:t>
      </w:r>
    </w:p>
    <w:p>
      <w:r>
        <w:br/>
        <w:t>Росаура&lt;br /&gt;</w:t>
        <w:br/>
        <w:t>Я життя взяла від тебе,&lt;br /&gt;</w:t>
        <w:br/>
        <w:t>Даючи його сказав ти&lt;br /&gt;</w:t>
        <w:br/>
        <w:t>Мені щире слово правди, —&lt;br /&gt;</w:t>
        <w:br/>
        <w:t>Не життя то, а ганеба,&lt;br /&gt;</w:t>
        <w:br/>
        <w:t>Коли честь в образі. Ні,&lt;br /&gt;</w:t>
        <w:br/>
        <w:t>В тебе не взяла нічого,&lt;br /&gt;</w:t>
        <w:br/>
        <w:t>Адже не життя, як строго,&lt;br /&gt;</w:t>
        <w:br/>
        <w:t>Те, що ти вже дав мені.&lt;br /&gt;</w:t>
        <w:br/>
        <w:t>Тож, як хочеш щедрим стати&lt;br /&gt;</w:t>
        <w:br/>
        <w:t>Перед тим, як вдячним бути&lt;br /&gt;</w:t>
        <w:br/>
        <w:t>(Це ж від тебе тут почуте!),&lt;br /&gt;</w:t>
        <w:br/>
        <w:t>То повинен дарувати&lt;br /&gt;</w:t>
        <w:br/>
        <w:t>Сам життя мені; явля&lt;br /&gt;</w:t>
        <w:br/>
        <w:t>Дар у щедрості себе.&lt;br /&gt;</w:t>
        <w:br/>
        <w:t>Щедрим будь, прошу тебе, —&lt;br /&gt;</w:t>
        <w:br/>
        <w:t>Вдячним будеш опісля.</w:t>
      </w:r>
    </w:p>
    <w:p>
      <w:r>
        <w:br/>
        <w:t>Клотальдо&lt;br /&gt;</w:t>
        <w:br/>
        <w:t>Думку цю твою вагому&lt;br /&gt;</w:t>
        <w:br/>
        <w:t>Поділяю й віддаю&lt;br /&gt;</w:t>
        <w:br/>
        <w:t>Я тобі як дар свою&lt;br /&gt;</w:t>
        <w:br/>
        <w:t>Всю маєтність, щоб потому&lt;br /&gt;</w:t>
        <w:br/>
        <w:t>Ти, Росауро, жила&lt;br /&gt;</w:t>
        <w:br/>
        <w:t>Десь в обителі священній,&lt;br /&gt;</w:t>
        <w:br/>
        <w:t>Бо лиш там у час мерзенний&lt;br /&gt;</w:t>
        <w:br/>
        <w:t>Можна скритися від зла.&lt;br /&gt;</w:t>
        <w:br/>
        <w:t>Тож, коли розор без краю,&lt;br /&gt;</w:t>
        <w:br/>
        <w:t>В королівстві чвари й горе,&lt;br /&gt;</w:t>
        <w:br/>
        <w:t>Я, шляхетний, моя зоре,&lt;br /&gt;</w:t>
        <w:br/>
        <w:t>Тут їх множить не бажаю.&lt;br /&gt;</w:t>
        <w:br/>
        <w:t>Вибір мій один в цю скруту, —&lt;br /&gt;</w:t>
        <w:br/>
        <w:t>Королівству вірний я,&lt;br /&gt;</w:t>
        <w:br/>
        <w:t>Щедрість лиш тобі моя;&lt;br /&gt;</w:t>
        <w:br/>
        <w:t>Вдячним я Астольфо буду.&lt;br /&gt;</w:t>
        <w:br/>
        <w:t>А твій вибір? Будь догадьком,&lt;br /&gt;</w:t>
        <w:br/>
        <w:t>Вибирай між них обох,&lt;br /&gt;</w:t>
        <w:br/>
        <w:t>Більш не вдію, свідок Бог,&lt;br /&gt;</w:t>
        <w:br/>
        <w:t>Хоч і був би твоїм батьком.</w:t>
      </w:r>
    </w:p>
    <w:p>
      <w:r>
        <w:br/>
        <w:t>Росаура&lt;br /&gt;</w:t>
        <w:br/>
        <w:t>Я б цього вже не стерпіла,&lt;br /&gt;</w:t>
        <w:br/>
        <w:t>Якби батьком ти мені&lt;br /&gt;</w:t>
        <w:br/>
        <w:t>Був; а так не серджусь, ні.</w:t>
      </w:r>
    </w:p>
    <w:p>
      <w:r>
        <w:br/>
        <w:t>Клотальдо&lt;br /&gt;</w:t>
        <w:br/>
        <w:t>Тож скажи, що ти рішила?</w:t>
      </w:r>
    </w:p>
    <w:p>
      <w:r>
        <w:br/>
        <w:t>Росаура&lt;br /&gt;</w:t>
        <w:br/>
        <w:t>Вбити герцога.</w:t>
      </w:r>
    </w:p>
    <w:p>
      <w:r>
        <w:br/>
        <w:t>Клотальдо&lt;br /&gt;</w:t>
        <w:br/>
        <w:t>І єсть&lt;br /&gt;</w:t>
        <w:br/>
        <w:t>В тебе, що вітця не знала,&lt;br /&gt;</w:t>
        <w:br/>
        <w:t>Ця хоробрість небувала?</w:t>
      </w:r>
    </w:p>
    <w:p>
      <w:r>
        <w:br/>
        <w:t>Росаура&lt;br /&gt;</w:t>
        <w:br/>
        <w:t>Так.</w:t>
      </w:r>
    </w:p>
    <w:p>
      <w:r>
        <w:br/>
        <w:t>Клотальдо&lt;br /&gt;</w:t>
        <w:br/>
        <w:t>Що ж надихає?</w:t>
      </w:r>
    </w:p>
    <w:p>
      <w:r>
        <w:br/>
        <w:t>Росаура&lt;br /&gt;</w:t>
        <w:br/>
        <w:t>Честь.</w:t>
      </w:r>
    </w:p>
    <w:p>
      <w:r>
        <w:br/>
        <w:t>Клотальдо&lt;br /&gt;</w:t>
        <w:br/>
        <w:t>Глянь, Астольфо буде ось...</w:t>
      </w:r>
    </w:p>
    <w:p>
      <w:r>
        <w:br/>
        <w:t>Росаура&lt;br /&gt;</w:t>
        <w:br/>
        <w:t>Проти цього я мов скеля.</w:t>
      </w:r>
    </w:p>
    <w:p>
      <w:r>
        <w:br/>
        <w:t>Клотальдо&lt;br /&gt;</w:t>
        <w:br/>
        <w:t>... твій король і муж Естрельї.</w:t>
      </w:r>
    </w:p>
    <w:p>
      <w:r>
        <w:br/>
        <w:t>Росаура&lt;br /&gt;</w:t>
        <w:br/>
        <w:t>Бог не дасть, щоб це збулось!</w:t>
      </w:r>
    </w:p>
    <w:p>
      <w:r>
        <w:br/>
        <w:t>Клотальдо&lt;br /&gt;</w:t>
        <w:br/>
        <w:t>Це безумство.</w:t>
      </w:r>
    </w:p>
    <w:p>
      <w:r>
        <w:br/>
        <w:t>Росаура&lt;br /&gt;</w:t>
        <w:br/>
        <w:t>Припускаю.</w:t>
      </w:r>
    </w:p>
    <w:p>
      <w:r>
        <w:br/>
        <w:t>Клотальдо&lt;br /&gt;</w:t>
        <w:br/>
        <w:t>З ним борися.</w:t>
      </w:r>
    </w:p>
    <w:p>
      <w:r>
        <w:br/>
        <w:t>Росаура&lt;br /&gt;</w:t>
        <w:br/>
        <w:t>Не борюсь.</w:t>
      </w:r>
    </w:p>
    <w:p>
      <w:r>
        <w:br/>
        <w:t>Клотальдо&lt;br /&gt;</w:t>
        <w:br/>
        <w:t>Все утратиш...</w:t>
      </w:r>
    </w:p>
    <w:p>
      <w:r>
        <w:br/>
        <w:t>Росаура&lt;br /&gt;</w:t>
        <w:br/>
        <w:t>Не боюсь.</w:t>
      </w:r>
    </w:p>
    <w:p>
      <w:r>
        <w:br/>
        <w:t>Клотальдо&lt;br /&gt;</w:t>
        <w:br/>
        <w:t>... і життя, і честь.</w:t>
      </w:r>
    </w:p>
    <w:p>
      <w:r>
        <w:br/>
        <w:t>Росаура&lt;br /&gt;</w:t>
        <w:br/>
        <w:t>Я знаю.</w:t>
      </w:r>
    </w:p>
    <w:p>
      <w:r>
        <w:br/>
        <w:t>Клотальдо&lt;br /&gt;</w:t>
        <w:br/>
        <w:t>Чого прагнеш?</w:t>
      </w:r>
    </w:p>
    <w:p>
      <w:r>
        <w:br/>
        <w:t>Росаура&lt;br /&gt;</w:t>
        <w:br/>
        <w:t>Смерті.</w:t>
      </w:r>
    </w:p>
    <w:p>
      <w:r>
        <w:br/>
        <w:t>Клотальдо&lt;br /&gt;</w:t>
        <w:br/>
        <w:t>Будь&lt;br /&gt;</w:t>
        <w:br/>
        <w:t>Мудра, це ганьба.</w:t>
      </w:r>
    </w:p>
    <w:p>
      <w:r>
        <w:br/>
        <w:t>Росаура&lt;br /&gt;</w:t>
        <w:br/>
        <w:t>Це честь.</w:t>
      </w:r>
    </w:p>
    <w:p>
      <w:r>
        <w:br/>
        <w:t>Клотальдо&lt;br /&gt;</w:t>
        <w:br/>
        <w:t>Тут нема відваги.</w:t>
      </w:r>
    </w:p>
    <w:p>
      <w:r>
        <w:br/>
        <w:t>Росаура&lt;br /&gt;</w:t>
        <w:br/>
        <w:t>Єсть.</w:t>
      </w:r>
    </w:p>
    <w:p>
      <w:r>
        <w:br/>
        <w:t>Клотальдо&lt;br /&gt;</w:t>
        <w:br/>
        <w:t>Це відчай.</w:t>
      </w:r>
    </w:p>
    <w:p>
      <w:r>
        <w:br/>
        <w:t>Росаура&lt;br /&gt;</w:t>
        <w:br/>
        <w:t>Це гнів, це лють.</w:t>
      </w:r>
    </w:p>
    <w:p>
      <w:r>
        <w:br/>
        <w:t>Клотальдо&lt;br /&gt;</w:t>
        <w:br/>
        <w:t>Чи є засіб, що здолає&lt;br /&gt;</w:t>
        <w:br/>
        <w:t>Пристрасть цю сліпу?</w:t>
      </w:r>
    </w:p>
    <w:p>
      <w:r>
        <w:br/>
        <w:t>Росаура&lt;br /&gt;</w:t>
        <w:br/>
        <w:t>Нема.</w:t>
      </w:r>
    </w:p>
    <w:p>
      <w:r>
        <w:br/>
        <w:t>Клотальдо&lt;br /&gt;</w:t>
        <w:br/>
        <w:t>Хто з тобою?</w:t>
      </w:r>
    </w:p>
    <w:p>
      <w:r>
        <w:br/>
        <w:t>Росаура&lt;br /&gt;</w:t>
        <w:br/>
        <w:t>Я сама.</w:t>
      </w:r>
    </w:p>
    <w:p>
      <w:r>
        <w:br/>
        <w:t>Клотальдо&lt;br /&gt;</w:t>
        <w:br/>
        <w:t>Чи тут вихід є?</w:t>
      </w:r>
    </w:p>
    <w:p>
      <w:r>
        <w:br/>
        <w:t>Росаура&lt;br /&gt;</w:t>
        <w:br/>
        <w:t>Немає.</w:t>
      </w:r>
    </w:p>
    <w:p>
      <w:r>
        <w:br/>
        <w:t>Клотальдо&lt;br /&gt;</w:t>
        <w:br/>
        <w:t>Зваж, коли якимось чином...</w:t>
      </w:r>
    </w:p>
    <w:p>
      <w:r>
        <w:br/>
        <w:t>Росаура&lt;br /&gt;</w:t>
        <w:br/>
        <w:t>Я інакше згину — й край.&lt;br /&gt;</w:t>
        <w:br/>
        <w:t>(Виходить)</w:t>
      </w:r>
    </w:p>
    <w:p>
      <w:r>
        <w:br/>
        <w:t>Клотальдо&lt;br /&gt;</w:t>
        <w:br/>
        <w:t>Якщо йдеш на смерть, стривай,&lt;br /&gt;</w:t>
        <w:br/>
        <w:t>Дочко, й ми удвох загинем.&lt;br /&gt;</w:t>
        <w:br/>
        <w:t>(Виходить)</w:t>
      </w:r>
    </w:p>
    <w:p>
      <w:r>
        <w:br/>
        <w:t>Поле битви.</w:t>
      </w:r>
    </w:p>
    <w:p>
      <w:r>
        <w:br/>
        <w:t>Сцена дев’ята&lt;br /&gt;</w:t>
        <w:br/>
        <w:t>Входить Сехисмундо, вдягнутий в звірину шкуру; солдати в бойовому марші; Кларін. Б’ють барабани.</w:t>
      </w:r>
    </w:p>
    <w:p>
      <w:r>
        <w:br/>
        <w:t>Сехисмундо&lt;br /&gt;</w:t>
        <w:br/>
        <w:t>Аби мене в дерзаннях&lt;br /&gt;</w:t>
        <w:br/>
        <w:t>Побачив Рим доби тріумфів ранніх,&lt;br /&gt;</w:t>
        <w:br/>
        <w:t>О, як радів би гордий,&lt;br /&gt;</w:t>
        <w:br/>
        <w:t>Що пощастило взріть йому когорти,&lt;br /&gt;</w:t>
        <w:br/>
        <w:t>Коли за кличем звіра,&lt;br /&gt;</w:t>
        <w:br/>
        <w:t>Чия висока в пориваннях віра,&lt;br /&gt;</w:t>
        <w:br/>
        <w:t>На бій ідуть солдати,&lt;br /&gt;</w:t>
        <w:br/>
        <w:t>З ним ладні й небосхил завоювати!&lt;br /&gt;</w:t>
        <w:br/>
        <w:t>Та цей політ ми знизим,&lt;br /&gt;</w:t>
        <w:br/>
        <w:t>Душе моя; не стане так сюрпризом&lt;br /&gt;</w:t>
        <w:br/>
        <w:t>Цей успіх, бо страшуся,&lt;br /&gt;</w:t>
        <w:br/>
        <w:t>Аби не втратить враз, коли проснуся,&lt;br /&gt;</w:t>
        <w:br/>
        <w:t>Усе раніш набуте,&lt;br /&gt;</w:t>
        <w:br/>
        <w:t>Нам слід уже збагнути:&lt;br /&gt;</w:t>
        <w:br/>
        <w:t>Що менше ми жадаєм,&lt;br /&gt;</w:t>
        <w:br/>
        <w:t>То й менше мучимось, коли втрачаєм.</w:t>
      </w:r>
    </w:p>
    <w:p>
      <w:r>
        <w:br/>
        <w:t>Звучить кларнет.</w:t>
      </w:r>
    </w:p>
    <w:p>
      <w:r>
        <w:br/>
        <w:t>Кларін&lt;br /&gt;</w:t>
        <w:br/>
        <w:t>Глянь, на коні буланім24&lt;br /&gt;</w:t>
        <w:br/>
        <w:t>(Його намалювати прийшла пора нам&lt;br /&gt;</w:t>
        <w:br/>
        <w:t>В моїм оповіданні),&lt;br /&gt;</w:t>
        <w:br/>
        <w:t>Видніє карта світу в осіянні,&lt;br /&gt;</w:t>
        <w:br/>
        <w:t>Адже земля — це тіло,&lt;br /&gt;</w:t>
        <w:br/>
        <w:t>Вогонь — то серце, що затріпотіло,&lt;br /&gt;</w:t>
        <w:br/>
        <w:t>Дихання — вітер, море — біла піна,&lt;br /&gt;</w:t>
        <w:br/>
        <w:t>І весь цей хаос бачу я, людина,&lt;br /&gt;</w:t>
        <w:br/>
        <w:t>(Бо тілом, піною й душі горінням —&lt;br /&gt;</w:t>
        <w:br/>
        <w:t>Це моря, вітру і землі створіння).&lt;br /&gt;</w:t>
        <w:br/>
        <w:t>Той кінь рудої масті,&lt;br /&gt;</w:t>
        <w:br/>
        <w:t>У яблуках, мов просить він, гривастий,&lt;br /&gt;</w:t>
        <w:br/>
        <w:t>Щоб в них острога била,&lt;br /&gt;</w:t>
        <w:br/>
        <w:t>На ньому жінка мила&lt;br /&gt;</w:t>
        <w:br/>
        <w:t>До тебе поспішає.</w:t>
      </w:r>
    </w:p>
    <w:p>
      <w:r>
        <w:br/>
        <w:t>Сехисмундо&lt;br /&gt;</w:t>
        <w:br/>
        <w:t>Мені її вже світло засліпляє.</w:t>
      </w:r>
    </w:p>
    <w:p>
      <w:r>
        <w:br/>
        <w:t>Кларін&lt;br /&gt;</w:t>
        <w:br/>
        <w:t>Росаура! Це ж треба!&lt;br /&gt;</w:t>
        <w:br/>
        <w:t>(Виходить)</w:t>
      </w:r>
    </w:p>
    <w:p>
      <w:r>
        <w:br/>
        <w:t>Сехисмундо&lt;br /&gt;</w:t>
        <w:br/>
        <w:t>Вона летить до мене, мов із неба.</w:t>
      </w:r>
    </w:p>
    <w:p>
      <w:r>
        <w:br/>
        <w:t>Сцена десята&lt;br /&gt;</w:t>
        <w:br/>
        <w:t>Входить Росаура, зі шпагою при боці і з кинджалом.</w:t>
      </w:r>
    </w:p>
    <w:p>
      <w:r>
        <w:br/>
        <w:t>Росаура&lt;br /&gt;</w:t>
        <w:br/>
        <w:t>О шляхетний Сехисмундо,&lt;br /&gt;</w:t>
        <w:br/>
        <w:t>Що на звершення пророчі,&lt;br /&gt;</w:t>
        <w:br/>
        <w:t>Зустрічаючи свій день,&lt;br /&gt;</w:t>
        <w:br/>
        <w:t>Вийшов з темних тіней ночі,&lt;br /&gt;</w:t>
        <w:br/>
        <w:t>Що, як сяюча планета,&lt;br /&gt;</w:t>
        <w:br/>
        <w:t>Обійнявшись із зорею,&lt;br /&gt;</w:t>
        <w:br/>
        <w:t>Світло ллєш на трави й ружі,&lt;br /&gt;</w:t>
        <w:br/>
        <w:t>Славний величчю своєю,&lt;br /&gt;</w:t>
        <w:br/>
        <w:t>Що над горами й морями&lt;br /&gt;</w:t>
        <w:br/>
        <w:t>У короні заіскрілій&lt;br /&gt;</w:t>
        <w:br/>
        <w:t>Ллєш проміння, сиплеш світло,&lt;br /&gt;</w:t>
        <w:br/>
        <w:t>Пестиш скелі, міниш хвилі;&lt;br /&gt;</w:t>
        <w:br/>
        <w:t>Так, засяявши над світом,&lt;br /&gt;</w:t>
        <w:br/>
        <w:t>Ти палаєш, польське сонце,&lt;br /&gt;</w:t>
        <w:br/>
        <w:t>Щоб якусь нещасну жінку&lt;br /&gt;</w:t>
        <w:br/>
        <w:t>Захистити (ні, не сон це!)&lt;br /&gt;</w:t>
        <w:br/>
        <w:t>Бо вона тобі до ніг&lt;br /&gt;</w:t>
        <w:br/>
        <w:t>В горі падає: дві речі&lt;br /&gt;</w:t>
        <w:br/>
        <w:t>Необхідні для звитяжця&lt;br /&gt;</w:t>
        <w:br/>
        <w:t>В цій незмовкній колотнечі,&lt;br /&gt;</w:t>
        <w:br/>
        <w:t>Аби жінку врятувати,&lt;br /&gt;</w:t>
        <w:br/>
        <w:t>Хоч задосить і одної.&lt;br /&gt;</w:t>
        <w:br/>
        <w:t>Ти мене вже видів тричі,&lt;br /&gt;</w:t>
        <w:br/>
        <w:t>Та й не відав тричі, хто я,&lt;br /&gt;</w:t>
        <w:br/>
        <w:t>Тричі я тобі з’являлась&lt;br /&gt;</w:t>
        <w:br/>
        <w:t>В різнім вигляді й одежі.&lt;br /&gt;</w:t>
        <w:br/>
        <w:t>Вперше ти мене побачив&lt;br /&gt;</w:t>
        <w:br/>
        <w:t>Вояком у темній вежі,&lt;br /&gt;</w:t>
        <w:br/>
        <w:t>Де з твоїм життям стражденним&lt;br /&gt;</w:t>
        <w:br/>
        <w:t>Своє горе я звіряла.&lt;br /&gt;</w:t>
        <w:br/>
        <w:t>Вдруге милувався мною,&lt;br /&gt;</w:t>
        <w:br/>
        <w:t>Жінкою, коли сіяла&lt;br /&gt;</w:t>
        <w:br/>
        <w:t>Твоя велич пишна й грізна,&lt;br /&gt;</w:t>
        <w:br/>
        <w:t>Як фантазія й сновиддя.&lt;br /&gt;</w:t>
        <w:br/>
        <w:t>Втретє ось тобі з’являюсь&lt;br /&gt;</w:t>
        <w:br/>
        <w:t>Я, дволике страховіття&lt;br /&gt;</w:t>
        <w:br/>
        <w:t>У жіночому вбранні&lt;br /&gt;</w:t>
        <w:br/>
        <w:t>Та вояцькім обладунку.&lt;br /&gt;</w:t>
        <w:br/>
        <w:t>І, щоб ти зі співчуття&lt;br /&gt;</w:t>
        <w:br/>
        <w:t>Все зробив для порятунку,&lt;br /&gt;</w:t>
        <w:br/>
        <w:t>Я повім тобі трагічну&lt;br /&gt;</w:t>
        <w:br/>
        <w:t>Свою долю, свої вчинки.&lt;br /&gt;</w:t>
        <w:br/>
        <w:t>Знай, в Московії зродилась&lt;br /&gt;</w:t>
        <w:br/>
        <w:t>Від шляхетної я жінки,&lt;br /&gt;</w:t>
        <w:br/>
        <w:t>Моя мати — нещаслива,&lt;br /&gt;</w:t>
        <w:br/>
        <w:t>Це вже значить, що красива.&lt;br /&gt;</w:t>
        <w:br/>
        <w:t>Тож її примітив зрадник,&lt;br /&gt;</w:t>
        <w:br/>
        <w:t>В чому знов немає дива;&lt;br /&gt;</w:t>
        <w:br/>
        <w:t>Його імені не знаю,&lt;br /&gt;</w:t>
        <w:br/>
        <w:t>Але втілилась у мене&lt;br /&gt;</w:t>
        <w:br/>
        <w:t>Його мужність; я шкодую,&lt;br /&gt;</w:t>
        <w:br/>
        <w:t>Що я хрещена, о нене,&lt;br /&gt;</w:t>
        <w:br/>
        <w:t>Адже б вірила безумна,&lt;br /&gt;</w:t>
        <w:br/>
        <w:t>Що він з тих богів, речистий,&lt;br /&gt;</w:t>
        <w:br/>
        <w:t>Що в своїх метаморфозах25&lt;br /&gt;</w:t>
        <w:br/>
        <w:t>(лебідь, бик і дощ злотистий!)&lt;br /&gt;</w:t>
        <w:br/>
        <w:t>Полонив коханням Леду,&lt;br /&gt;</w:t>
        <w:br/>
        <w:t>Як Європу і Данаю26.&lt;br /&gt;</w:t>
        <w:br/>
        <w:t>Тут згадавши віроломність,&lt;br /&gt;</w:t>
        <w:br/>
        <w:t>Свою повість доповняю;&lt;br /&gt;</w:t>
        <w:br/>
        <w:t>Хочу я тобі сказати&lt;br /&gt;</w:t>
        <w:br/>
        <w:t>Знов про те, що моя мати,&lt;br /&gt;</w:t>
        <w:br/>
        <w:t>Хитро зваблена зізнанням&lt;br /&gt;</w:t>
        <w:br/>
        <w:t>Із любові шлюб узяти,&lt;br /&gt;</w:t>
        <w:br/>
        <w:t>Як ніхто, біла красива&lt;br /&gt;</w:t>
        <w:br/>
        <w:t>І, як всі, була нещасна.&lt;br /&gt;</w:t>
        <w:br/>
        <w:t>Тож, дружиною не ставши,&lt;br /&gt;</w:t>
        <w:br/>
        <w:t>Так зневірилась прекрасна,&lt;br /&gt;</w:t>
        <w:br/>
        <w:t>Що і досі тужить, плаче,&lt;br /&gt;</w:t>
        <w:br/>
        <w:t>Від сльози мовчить гіркої.&lt;br /&gt;</w:t>
        <w:br/>
        <w:t>Він же був таким тираном,&lt;br /&gt;</w:t>
        <w:br/>
        <w:t>Як Еней колись у Трої27,&lt;br /&gt;</w:t>
        <w:br/>
        <w:t>Що лишив їй тільки шпагу.&lt;br /&gt;</w:t>
        <w:br/>
        <w:t>Хай тут лезо спочиває,&lt;br /&gt;</w:t>
        <w:br/>
        <w:t>Оголю його, як повість&lt;br /&gt;</w:t>
        <w:br/>
        <w:t>Доведу свою до краю.&lt;br /&gt;</w:t>
        <w:br/>
        <w:t>Так той вузол затягнувся,&lt;br /&gt;</w:t>
        <w:br/>
        <w:t>Що, зв’язавши, не тримає,&lt;br /&gt;</w:t>
        <w:br/>
        <w:t>Чи одруження чи злочин, —&lt;br /&gt;</w:t>
        <w:br/>
        <w:t>Тут різниці вже немає.&lt;br /&gt;</w:t>
        <w:br/>
        <w:t>Я знайшлась на матір схожа&lt;br /&gt;</w:t>
        <w:br/>
        <w:t>Не її красою, — де там? —&lt;br /&gt;</w:t>
        <w:br/>
        <w:t>А нещастям і діянням&lt;br /&gt;</w:t>
        <w:br/>
        <w:t>Я була її портретом.&lt;br /&gt;</w:t>
        <w:br/>
        <w:t>Далі вже й казать не варто&lt;br /&gt;</w:t>
        <w:br/>
        <w:t>Те, що я, невинувата,&lt;br /&gt;</w:t>
        <w:br/>
        <w:t>Її долю вспадкувала&lt;br /&gt;</w:t>
        <w:br/>
        <w:t>І бідою лиш багата.&lt;br /&gt;</w:t>
        <w:br/>
        <w:t>Можу я того назвати,&lt;br /&gt;</w:t>
        <w:br/>
        <w:t>Хто відняв, немов трофеї,&lt;br /&gt;</w:t>
        <w:br/>
        <w:t>В мене честь мою і славу,&lt;br /&gt;</w:t>
        <w:br/>
        <w:t>Рештки гідності моєї.&lt;br /&gt;</w:t>
        <w:br/>
        <w:t>Це Астольфо... Зло і горе!&lt;br /&gt;</w:t>
        <w:br/>
        <w:t>Як забилося з відчаю&lt;br /&gt;</w:t>
        <w:br/>
        <w:t>Моє серце, що лихого&lt;br /&gt;</w:t>
        <w:br/>
        <w:t>Ворога я називаю.&lt;br /&gt;</w:t>
        <w:br/>
        <w:t>Цей Астольфо, що на спадок&lt;br /&gt;</w:t>
        <w:br/>
        <w:t>Заздриться й добра не тямить&lt;br /&gt;</w:t>
        <w:br/>
        <w:t>(Бо ж, коли любов минула,&lt;br /&gt;</w:t>
        <w:br/>
        <w:t>Забувають і про пам’ять),&lt;br /&gt;</w:t>
        <w:br/>
        <w:t>До Полонії з’явився,&lt;br /&gt;</w:t>
        <w:br/>
        <w:t>Щоб пошлюбити Естрелью&lt;br /&gt;</w:t>
        <w:br/>
        <w:t>Ту, що смолоскип для мене,&lt;br /&gt;</w:t>
        <w:br/>
        <w:t>Хоч йменується зорею.&lt;br /&gt;</w:t>
        <w:br/>
        <w:t>Хто повірить в те, що зірка&lt;br /&gt;</w:t>
        <w:br/>
        <w:t>Двох закоханих з’єднала,&lt;br /&gt;</w:t>
        <w:br/>
        <w:t>Як тепер оця Естрелья&lt;br /&gt;</w:t>
        <w:br/>
        <w:t>Розлучає їх, зухвала?&lt;br /&gt;</w:t>
        <w:br/>
        <w:t>Я від кривди і зневаги&lt;br /&gt;</w:t>
        <w:br/>
        <w:t>Стала дикою й сумною,&lt;br /&gt;</w:t>
        <w:br/>
        <w:t>Стала мертвою до того,&lt;br /&gt;</w:t>
        <w:br/>
        <w:t>Аж не знала, що зі мною,&lt;br /&gt;</w:t>
        <w:br/>
        <w:t>Бо змішалось, як у пеклі,&lt;br /&gt;</w:t>
        <w:br/>
        <w:t>Все в моєму Вавілоні;&lt;br /&gt;</w:t>
        <w:br/>
        <w:t>І, прикинувшись німою&lt;br /&gt;</w:t>
        <w:br/>
        <w:t>(Бо єсть біди невгомонні,&lt;br /&gt;</w:t>
        <w:br/>
        <w:t>Про які чуттями легше&lt;br /&gt;</w:t>
        <w:br/>
        <w:t>Повід&amp;#225;ти, ніж вустами),&lt;br /&gt;</w:t>
        <w:br/>
        <w:t>Виражала мовчки муки,&lt;br /&gt;</w:t>
        <w:br/>
        <w:t>Поки щирими словами&lt;br /&gt;</w:t>
        <w:br/>
        <w:t>Віоланте, моя мати,&lt;br /&gt;</w:t>
        <w:br/>
        <w:t>Ту в’язницю не розбила,&lt;br /&gt;</w:t>
        <w:br/>
        <w:t>І не вирвались страждання,&lt;br /&gt;</w:t>
        <w:br/>
        <w:t>Що я в грудях затаїла.&lt;br /&gt;</w:t>
        <w:br/>
        <w:t>Я не стрималась, бо легко&lt;br /&gt;</w:t>
        <w:br/>
        <w:t>Повідати тій людині,&lt;br /&gt;</w:t>
        <w:br/>
        <w:t>Що сама слабка й знаходить&lt;br /&gt;</w:t>
        <w:br/>
        <w:t>Співучасника в провині,&lt;br /&gt;</w:t>
        <w:br/>
        <w:t>Наче це її рятує;&lt;br /&gt;</w:t>
        <w:br/>
        <w:t>І немає в тому дива,&lt;br /&gt;</w:t>
        <w:br/>
        <w:t>Бо й поганий приклад часом&lt;br /&gt;</w:t>
        <w:br/>
        <w:t>Чомусь служить. Жаліслива,&lt;br /&gt;</w:t>
        <w:br/>
        <w:t>Про мої почувши муки,&lt;br /&gt;</w:t>
        <w:br/>
        <w:t>Мене втішила своїми:&lt;br /&gt;</w:t>
        <w:br/>
        <w:t>Той суддя, що сам злочинець,&lt;br /&gt;</w:t>
        <w:br/>
        <w:t>Вибачає й непростиме!&lt;br /&gt;</w:t>
        <w:br/>
        <w:t>Живучи сама з бідою,&lt;br /&gt;</w:t>
        <w:br/>
        <w:t>Мати знала, що свобода&lt;br /&gt;</w:t>
        <w:br/>
        <w:t>Бездіяльна не лікує,&lt;br /&gt;</w:t>
        <w:br/>
        <w:t>Як і час, адже скорбота&lt;br /&gt;</w:t>
        <w:br/>
        <w:t>Ще й моя її гнітила;&lt;br /&gt;</w:t>
        <w:br/>
        <w:t>Тож дала мені пораду&lt;br /&gt;</w:t>
        <w:br/>
        <w:t>Йти за ним і хитрим словом&lt;br /&gt;</w:t>
        <w:br/>
        <w:t>Змусить його за відняту&lt;br /&gt;</w:t>
        <w:br/>
        <w:t>Честь мою сплатити борг.&lt;br /&gt;</w:t>
        <w:br/>
        <w:t>І, щоб по лихих пригодах&lt;br /&gt;</w:t>
        <w:br/>
        <w:t>Легше скритись, я наділа&lt;br /&gt;</w:t>
        <w:br/>
        <w:t>Чоловічий звичний одяг.&lt;br /&gt;</w:t>
        <w:br/>
        <w:t>Час настав, я оголяю&lt;br /&gt;</w:t>
        <w:br/>
        <w:t>Шпагу, що при боці в мене.&lt;br /&gt;</w:t>
        <w:br/>
        <w:t>Мати, вірячи у знаки,&lt;br /&gt;</w:t>
        <w:br/>
        <w:t>Що на ній, як щось знаменне,&lt;br /&gt;</w:t>
        <w:br/>
        <w:t>Зі стіни здійнявши зброю:&lt;br /&gt;</w:t>
        <w:br/>
        <w:t>"Йди в Полонію, — сказала, —&lt;br /&gt;</w:t>
        <w:br/>
        <w:t>І подбай, аби цю шпагу,&lt;br /&gt;</w:t>
        <w:br/>
        <w:t>Що до піхов ти уклала,&lt;br /&gt;</w:t>
        <w:br/>
        <w:t>Благородні взріли; може,&lt;br /&gt;</w:t>
        <w:br/>
        <w:t>Хтось із них, якщо удасться,&lt;br /&gt;</w:t>
        <w:br/>
        <w:t>Захистить тебе й підтрима,&lt;br /&gt;</w:t>
        <w:br/>
        <w:t>Відвернувши зло й нещастя".&lt;br /&gt;</w:t>
        <w:br/>
        <w:t>Я в Полонію з’явилась&lt;br /&gt;</w:t>
        <w:br/>
        <w:t>Вже не стану говорити&lt;br /&gt;</w:t>
        <w:br/>
        <w:t>Про відоме, що мене&lt;br /&gt;</w:t>
        <w:br/>
        <w:t>Кінь примчав несамовитий&lt;br /&gt;</w:t>
        <w:br/>
        <w:t>До печери, де я в подив&lt;br /&gt;</w:t>
        <w:br/>
        <w:t>Увела тебе, герою.&lt;br /&gt;</w:t>
        <w:br/>
        <w:t>Обмину й те, що Клотальдо&lt;br /&gt;</w:t>
        <w:br/>
        <w:t>Заопікувався мною,&lt;br /&gt;</w:t>
        <w:br/>
        <w:t>Що просив мені пощади,&lt;br /&gt;</w:t>
        <w:br/>
        <w:t>Що король явив цю милість&lt;br /&gt;</w:t>
        <w:br/>
        <w:t>І звелів, дізнавшись, хто я,&lt;br /&gt;</w:t>
        <w:br/>
        <w:t>Щоб в жіночий стрій оділась&lt;br /&gt;</w:t>
        <w:br/>
        <w:t>І служила я Естрельї,&lt;br /&gt;</w:t>
        <w:br/>
        <w:t>Де взялась на їхню згубу&lt;br /&gt;</w:t>
        <w:br/>
        <w:t>Я звести любов Астольфо&lt;br /&gt;</w:t>
        <w:br/>
        <w:t>І завадити їх шлюбу.&lt;br /&gt;</w:t>
        <w:br/>
        <w:t>Обмину і те, що знов ти&lt;br /&gt;</w:t>
        <w:br/>
        <w:t>Здивувась (ми ж дива хочем!)&lt;br /&gt;</w:t>
        <w:br/>
        <w:t>І два образи вже сплутав,&lt;br /&gt;</w:t>
        <w:br/>
        <w:t>Як узрів мене в жіночім.&lt;br /&gt;</w:t>
        <w:br/>
        <w:t>А згадаю, що Клотальдо&lt;br /&gt;</w:t>
        <w:br/>
        <w:t>За мету важливу ставив,&lt;br /&gt;</w:t>
        <w:br/>
        <w:t>Щоб з Естрельєю Астольфо&lt;br /&gt;</w:t>
        <w:br/>
        <w:t>Шлюб узяв і з нею правив.&lt;br /&gt;</w:t>
        <w:br/>
        <w:t>Радить він, щоб я зреклася&lt;br /&gt;</w:t>
        <w:br/>
        <w:t>Домагань своїх навіки.&lt;br /&gt;</w:t>
        <w:br/>
        <w:t>Я, довідавшись, о мужній&lt;br /&gt;</w:t>
        <w:br/>
        <w:t>Сехисмундо наш великий,&lt;br /&gt;</w:t>
        <w:br/>
        <w:t>Що тебе відомста кличе,&lt;br /&gt;</w:t>
        <w:br/>
        <w:t>Що тобі звеліло небо&lt;br /&gt;</w:t>
        <w:br/>
        <w:t>Цю тісну розбить темницю,&lt;br /&gt;</w:t>
        <w:br/>
        <w:t>Де ти був, мов для ганьби,&lt;br /&gt;</w:t>
        <w:br/>
        <w:t>За чуттями справжнім звіром,&lt;br /&gt;</w:t>
        <w:br/>
        <w:t>За стражданнями скалою,&lt;br /&gt;</w:t>
        <w:br/>
        <w:t>Що здійняв ти на вітчизну&lt;br /&gt;</w:t>
        <w:br/>
        <w:t>І супроти батька зброю, —&lt;br /&gt;</w:t>
        <w:br/>
        <w:t>Йду, спішу тобі на поміч,&lt;br /&gt;</w:t>
        <w:br/>
        <w:t>Вбравшись у Діани шати&lt;br /&gt;</w:t>
        <w:br/>
        <w:t>І на них надівши панцир&lt;br /&gt;</w:t>
        <w:br/>
        <w:t>Завойовниці Паллади,&lt;br /&gt;</w:t>
        <w:br/>
        <w:t>Чим з’єднала шовк і крицю,&lt;br /&gt;</w:t>
        <w:br/>
        <w:t>Що мене вкрашають нині.&lt;br /&gt;</w:t>
        <w:br/>
        <w:t>Гей, проводирю звитяжний,&lt;br /&gt;</w:t>
        <w:br/>
        <w:t>Ми з тобою вдвох повинні&lt;br /&gt;</w:t>
        <w:br/>
        <w:t>Їм весілля розладнати,&lt;br /&gt;</w:t>
        <w:br/>
        <w:t>Бо потрібно це для мене,&lt;br /&gt;</w:t>
        <w:br/>
        <w:t>Аби той не одружився,&lt;br /&gt;</w:t>
        <w:br/>
        <w:t>Хто мій подруг наречений,&lt;br /&gt;</w:t>
        <w:br/>
        <w:t>А для тебе, — щоб, злучивши&lt;br /&gt;</w:t>
        <w:br/>
        <w:t>Дві держави в силу строгу,&lt;br /&gt;</w:t>
        <w:br/>
        <w:t>Не звели вони нінащо&lt;br /&gt;</w:t>
        <w:br/>
        <w:t>Нашу спільну перемогу.&lt;br /&gt;</w:t>
        <w:br/>
        <w:t>Я прошу тебе як жінка&lt;br /&gt;</w:t>
        <w:br/>
        <w:t>Честь мені вернуть законну&lt;br /&gt;</w:t>
        <w:br/>
        <w:t>І як муж іду боротись,&lt;br /&gt;</w:t>
        <w:br/>
        <w:t>Щоб ти взяв свою корону.&lt;br /&gt;</w:t>
        <w:br/>
        <w:t>Я схиляюсь тут як жінка&lt;br /&gt;</w:t>
        <w:br/>
        <w:t>У сльозах перед тобою&lt;br /&gt;</w:t>
        <w:br/>
        <w:t>І як муж тобі служити&lt;br /&gt;</w:t>
        <w:br/>
        <w:t>Йду, надійну взявши зброю.&lt;br /&gt;</w:t>
        <w:br/>
        <w:t>Та, коли мене як жінку&lt;br /&gt;</w:t>
        <w:br/>
        <w:t>Нині скривдиш, гордовитий,&lt;br /&gt;</w:t>
        <w:br/>
        <w:t>То як муж уб’ю тебе,&lt;br /&gt;</w:t>
        <w:br/>
        <w:t>Адже буду боронити&lt;br /&gt;</w:t>
        <w:br/>
        <w:t>Честь свою і буду я&lt;br /&gt;</w:t>
        <w:br/>
        <w:t>У твоїй звитязі й вчинках —&lt;br /&gt;</w:t>
        <w:br/>
        <w:t>Жінка у моїх образах,&lt;br /&gt;</w:t>
        <w:br/>
        <w:t>Муж у наших поєдинках.</w:t>
      </w:r>
    </w:p>
    <w:p>
      <w:r>
        <w:br/>
        <w:t>Сехисмундо (убік)&lt;br /&gt;</w:t>
        <w:br/>
        <w:t>Якщо правда те, що сплю я,&lt;br /&gt;</w:t>
        <w:br/>
        <w:t>Стримай спогади, о небо!&lt;br /&gt;</w:t>
        <w:br/>
        <w:t>Чи можливо, щоб подій&lt;br /&gt;</w:t>
        <w:br/>
        <w:t>Стільки сон вбирав у себе?&lt;br /&gt;</w:t>
        <w:br/>
        <w:t>Я питаю: хто зумів би&lt;br /&gt;</w:t>
        <w:br/>
        <w:t>Чи з них вийти без вагання,&lt;br /&gt;</w:t>
        <w:br/>
        <w:t>Чи про жодну з них не думать?&lt;br /&gt;</w:t>
        <w:br/>
        <w:t>Хто ще знав такі страждання?&lt;br /&gt;</w:t>
        <w:br/>
        <w:t>Ну, якщо мені ця велич&lt;br /&gt;</w:t>
        <w:br/>
        <w:t>Тільки снилась, то як може&lt;br /&gt;</w:t>
        <w:br/>
        <w:t>Жінка ця розповідати&lt;br /&gt;</w:t>
        <w:br/>
        <w:t>Сни знайомі, о мій Боже?&lt;br /&gt;</w:t>
        <w:br/>
        <w:t>Втім, якщо була це правда&lt;br /&gt;</w:t>
        <w:br/>
        <w:t>(Я дивуюсь тут немало),&lt;br /&gt;</w:t>
        <w:br/>
        <w:t>То чому в жаскім сум’ятті&lt;br /&gt;</w:t>
        <w:br/>
        <w:t>Знов моє життя назвало&lt;br /&gt;</w:t>
        <w:br/>
        <w:t>Все це сном? Така подібна&lt;br /&gt;</w:t>
        <w:br/>
        <w:t>До сновиддя тая слава,&lt;br /&gt;</w:t>
        <w:br/>
        <w:t>Що ніяк не розібрати,&lt;br /&gt;</w:t>
        <w:br/>
        <w:t>Де велична й лукава,&lt;br /&gt;</w:t>
        <w:br/>
        <w:t>Де оманлива й де справжня?&lt;br /&gt;</w:t>
        <w:br/>
        <w:t>Незначна між них різниця,&lt;br /&gt;</w:t>
        <w:br/>
        <w:t>Звідси й сумнів: те, що бачиш,&lt;br /&gt;</w:t>
        <w:br/>
        <w:t>Що втішає і яскриться, —&lt;br /&gt;</w:t>
        <w:br/>
        <w:t>То неправда чи то правда?&lt;br /&gt;</w:t>
        <w:br/>
        <w:t>Копія, як все тутешнє,&lt;br /&gt;</w:t>
        <w:br/>
        <w:t>Схожа так з оригіналом,&lt;br /&gt;</w:t>
        <w:br/>
        <w:t>Що не знати, де справдешнє?&lt;br /&gt;</w:t>
        <w:br/>
        <w:t>Хай це так, і я побачу,&lt;br /&gt;</w:t>
        <w:br/>
        <w:t>Як розвіються в тумані,&lt;br /&gt;</w:t>
        <w:br/>
        <w:t>Наче тіні, влада й велич,&lt;br /&gt;</w:t>
        <w:br/>
        <w:t>І розкоші незрівнянні, —&lt;br /&gt;</w:t>
        <w:br/>
        <w:t>Скористаймо з цеї хвилі,&lt;br /&gt;</w:t>
        <w:br/>
        <w:t>Що нас квапить сум’ятлива,&lt;br /&gt;</w:t>
        <w:br/>
        <w:t>Аби звідать насолоду,&lt;br /&gt;</w:t>
        <w:br/>
        <w:t>Що лише у снах можлива.&lt;br /&gt;</w:t>
        <w:br/>
        <w:t>Тут Росаура-красуня, —&lt;br /&gt;</w:t>
        <w:br/>
        <w:t>Серце з захвату холоне;&lt;br /&gt;</w:t>
        <w:br/>
        <w:t>Не пропустимо нагоди;&lt;br /&gt;</w:t>
        <w:br/>
        <w:t>Пристрасть ломить всі закони&lt;br /&gt;</w:t>
        <w:br/>
        <w:t>Тої гідності й довіри,&lt;br /&gt;</w:t>
        <w:br/>
        <w:t>Що я бачу цеї днини.&lt;br /&gt;</w:t>
        <w:br/>
        <w:t>Таж це сон; нехай мені&lt;br /&gt;</w:t>
        <w:br/>
        <w:t>Сниться щастя швидкоплинне,&lt;br /&gt;</w:t>
        <w:br/>
        <w:t>Бо пізніш насниться горе.&lt;br /&gt;</w:t>
        <w:br/>
        <w:t>Але я, душа лукава,&lt;br /&gt;</w:t>
        <w:br/>
        <w:t>Запевняю сам себе!&lt;br /&gt;</w:t>
        <w:br/>
        <w:t>Чи це сон чи марна слава?&lt;br /&gt;</w:t>
        <w:br/>
        <w:t>Хто задля земної слави&lt;br /&gt;</w:t>
        <w:br/>
        <w:t>Славу жертвує небесну?&lt;br /&gt;</w:t>
        <w:br/>
        <w:t>Чи не сон добро минуле?&lt;br /&gt;</w:t>
        <w:br/>
        <w:t>Хто, зробивши справу чесну,&lt;br /&gt;</w:t>
        <w:br/>
        <w:t>Що йому принесла щастя,&lt;br /&gt;</w:t>
        <w:br/>
        <w:t>Не сказав би сам собі вже:&lt;br /&gt;</w:t>
        <w:br/>
        <w:t>Мабуть, все було сновиддям,&lt;br /&gt;</w:t>
        <w:br/>
        <w:t>Що я бачив? Тож, прозрівши,&lt;br /&gt;</w:t>
        <w:br/>
        <w:t>Знаю я, що насолода —&lt;br /&gt;</w:t>
        <w:br/>
        <w:t>Це те полум’я яскраве,&lt;br /&gt;</w:t>
        <w:br/>
        <w:t>Що на попіл обертає&lt;br /&gt;</w:t>
        <w:br/>
        <w:t>Вільний вітер кучерявий,&lt;br /&gt;</w:t>
        <w:br/>
        <w:t>Отже, думаймо про вічність,&lt;br /&gt;</w:t>
        <w:br/>
        <w:t>Це та слава неокрая,&lt;br /&gt;</w:t>
        <w:br/>
        <w:t>Де не спить велике щастя&lt;br /&gt;</w:t>
        <w:br/>
        <w:t>І величчя не дрімає.&lt;br /&gt;</w:t>
        <w:br/>
        <w:t>Честь Росаура шукає;&lt;br /&gt;</w:t>
        <w:br/>
        <w:t>Тільки принц вернути може&lt;br /&gt;</w:t>
        <w:br/>
        <w:t>Честь її, а не відняти.&lt;br /&gt;</w:t>
        <w:br/>
        <w:t>Тож раніш верну, о Боже,&lt;br /&gt;</w:t>
        <w:br/>
        <w:t>Честь їй, ніж собі корону.&lt;br /&gt;</w:t>
        <w:br/>
        <w:t>Ми ще гаємо потроху&lt;br /&gt;</w:t>
        <w:br/>
        <w:t>Цю нагоду, що привабна&lt;br /&gt;</w:t>
        <w:br/>
        <w:t>І зручна.&lt;br /&gt;</w:t>
        <w:br/>
        <w:t>(До одного з солдатів)&lt;br /&gt;</w:t>
        <w:br/>
        <w:t>Сурміть тривогу!&lt;br /&gt;</w:t>
        <w:br/>
        <w:t>Маю дати бій сьогодні,&lt;br /&gt;</w:t>
        <w:br/>
        <w:t>Поки ніч в оцих привіллях&lt;br /&gt;</w:t>
        <w:br/>
        <w:t>Втопить золоте проміння&lt;br /&gt;</w:t>
        <w:br/>
        <w:t>У зелено-темних хвилях.</w:t>
      </w:r>
    </w:p>
    <w:p>
      <w:r>
        <w:br/>
        <w:t>Росаура&lt;br /&gt;</w:t>
        <w:br/>
        <w:t>Мій сеньйоре, ти вже йдеш,&lt;br /&gt;</w:t>
        <w:br/>
        <w:t>Не підтримавши і словом&lt;br /&gt;</w:t>
        <w:br/>
        <w:t>Мене в горі та нещасті&lt;br /&gt;</w:t>
        <w:br/>
        <w:t>На шляху моїм смутковім?&lt;br /&gt;</w:t>
        <w:br/>
        <w:t>Чи можливо це, сеньйоре?&lt;br /&gt;</w:t>
        <w:br/>
        <w:t>Ти мені не глянеш в очі&lt;br /&gt;</w:t>
        <w:br/>
        <w:t>І не чуєш тут мене?</w:t>
      </w:r>
    </w:p>
    <w:p>
      <w:r>
        <w:br/>
        <w:t>Сехисмундо&lt;br /&gt;</w:t>
        <w:br/>
        <w:t>Честь, Росауро, так хоче:&lt;br /&gt;</w:t>
        <w:br/>
        <w:t>Щоб з тобою буть зичливим,&lt;br /&gt;</w:t>
        <w:br/>
        <w:t>Я жорстоким бути маю.&lt;br /&gt;</w:t>
        <w:br/>
        <w:t>Відповість тобі на голос —&lt;br /&gt;</w:t>
        <w:br/>
        <w:t>Честь моя відповідає,&lt;br /&gt;</w:t>
        <w:br/>
        <w:t>Я не говорю — говорять&lt;br /&gt;</w:t>
        <w:br/>
        <w:t>Мої справи із тобою,&lt;br /&gt;</w:t>
        <w:br/>
        <w:t>Бо в такій великій скруті&lt;br /&gt;</w:t>
        <w:br/>
        <w:t>Не милується красою&lt;br /&gt;</w:t>
        <w:br/>
        <w:t>Той, хто честь твою — не вроду&lt;br /&gt;</w:t>
        <w:br/>
        <w:t>Має тут побачить горду.</w:t>
      </w:r>
    </w:p>
    <w:p>
      <w:r>
        <w:br/>
        <w:t>Виходить, і за ним виходять солдати.</w:t>
      </w:r>
    </w:p>
    <w:p>
      <w:r>
        <w:br/>
        <w:t>Росаура&lt;br /&gt;</w:t>
        <w:br/>
        <w:t>Ну й загадки, білий світе!&lt;br /&gt;</w:t>
        <w:br/>
        <w:t>Після всяких лих та бід&lt;br /&gt;</w:t>
        <w:br/>
        <w:t>Як двозначний цей одвіт&lt;br /&gt;</w:t>
        <w:br/>
        <w:t>Мені треба розуміти?</w:t>
      </w:r>
    </w:p>
    <w:p>
      <w:r>
        <w:br/>
        <w:t>Сцена одинадцята&lt;br /&gt;</w:t>
        <w:br/>
        <w:t>Входить Кларін.</w:t>
      </w:r>
    </w:p>
    <w:p>
      <w:r>
        <w:br/>
        <w:t>Кларін&lt;br /&gt;</w:t>
        <w:br/>
        <w:t>Чи тебе, сеньйоро, бачу?</w:t>
      </w:r>
    </w:p>
    <w:p>
      <w:r>
        <w:br/>
        <w:t>Росаура&lt;br /&gt;</w:t>
        <w:br/>
        <w:t>Ах, Кларіне! Де ти був?</w:t>
      </w:r>
    </w:p>
    <w:p>
      <w:r>
        <w:br/>
        <w:t>Кларін&lt;br /&gt;</w:t>
        <w:br/>
        <w:t>Та до вежі був загув,&lt;br /&gt;</w:t>
        <w:br/>
        <w:t>Смерть обманював чортячу,&lt;br /&gt;</w:t>
        <w:br/>
        <w:t>Грав із нею чіт — не чіт;&lt;br /&gt;</w:t>
        <w:br/>
        <w:t>Не звяла мене несита,&lt;br /&gt;</w:t>
        <w:br/>
        <w:t>Як не билась — карта бита,&lt;br /&gt;</w:t>
        <w:br/>
        <w:t>І зробив я хід як слід,&lt;br /&gt;</w:t>
        <w:br/>
        <w:t>Не програвся і живу я.</w:t>
      </w:r>
    </w:p>
    <w:p>
      <w:r>
        <w:br/>
        <w:t>Росаура&lt;br /&gt;</w:t>
        <w:br/>
        <w:t>А чому?</w:t>
      </w:r>
    </w:p>
    <w:p>
      <w:r>
        <w:br/>
        <w:t>Кларін&lt;br /&gt;</w:t>
        <w:br/>
        <w:t>Тому, що знаю,&lt;br /&gt;</w:t>
        <w:br/>
        <w:t>Хто ти, й таїну ховаю,&lt;br /&gt;</w:t>
        <w:br/>
        <w:t>Що Клотальдо... Шум я чую.&lt;br /&gt;</w:t>
        <w:br/>
        <w:t>Що таке?</w:t>
      </w:r>
    </w:p>
    <w:p>
      <w:r>
        <w:br/>
        <w:t>Гримлять барабани.</w:t>
      </w:r>
    </w:p>
    <w:p>
      <w:r>
        <w:br/>
        <w:t>Росаура&lt;br /&gt;</w:t>
        <w:br/>
        <w:t>Що може буть?</w:t>
      </w:r>
    </w:p>
    <w:p>
      <w:r>
        <w:br/>
        <w:t>Кларін&lt;br /&gt;</w:t>
        <w:br/>
        <w:t>То виходить на цю пору&lt;br /&gt;</w:t>
        <w:br/>
        <w:t>Із палацевого двору&lt;br /&gt;</w:t>
        <w:br/>
        <w:t>Ескадрон у дальню путь&lt;br /&gt;</w:t>
        <w:br/>
        <w:t>Звоювати Сехисмундо.</w:t>
      </w:r>
    </w:p>
    <w:p>
      <w:r>
        <w:br/>
        <w:t>Росаура&lt;br /&gt;</w:t>
        <w:br/>
        <w:t>Чом же я, мов боягуз,&lt;br /&gt;</w:t>
        <w:br/>
        <w:t>Поруч з ним уже не б’юсь,&lt;br /&gt;</w:t>
        <w:br/>
        <w:t>Не зняла на світ весь бунту,&lt;br /&gt;</w:t>
        <w:br/>
        <w:t>Коли лютість і підлота&lt;br /&gt;</w:t>
        <w:br/>
        <w:t>Беззаконня грають роль?&lt;br /&gt;</w:t>
        <w:br/>
        <w:t>(Виходить)</w:t>
      </w:r>
    </w:p>
    <w:p>
      <w:r>
        <w:br/>
        <w:t>Сцена дванадцята</w:t>
      </w:r>
    </w:p>
    <w:p>
      <w:r>
        <w:br/>
        <w:t>Голоси одних&lt;br /&gt;</w:t>
        <w:br/>
        <w:t>Хай живе новий король!</w:t>
      </w:r>
    </w:p>
    <w:p>
      <w:r>
        <w:br/>
        <w:t>Голоси інших&lt;br /&gt;</w:t>
        <w:br/>
        <w:t>Наша хай живе свобода!</w:t>
      </w:r>
    </w:p>
    <w:p>
      <w:r>
        <w:br/>
        <w:t>Кларін&lt;br /&gt;</w:t>
        <w:br/>
        <w:t>Хай свобода з королем&lt;br /&gt;</w:t>
        <w:br/>
        <w:t>Тут живуть і квітнуть разом!&lt;br /&gt;</w:t>
        <w:br/>
        <w:t>Ну, а я собі тим часом&lt;br /&gt;</w:t>
        <w:br/>
        <w:t>Заховаюся тихцем,&lt;br /&gt;</w:t>
        <w:br/>
        <w:t>Подивлюся, ставши збоку,&lt;br /&gt;</w:t>
        <w:br/>
        <w:t>На цю бучу, що шаблонна,&lt;br /&gt;</w:t>
        <w:br/>
        <w:t>І зіграю роль Нерона28,&lt;br /&gt;</w:t>
        <w:br/>
        <w:t>Геть відкинувши мор&amp;#243;ку.&lt;br /&gt;</w:t>
        <w:br/>
        <w:t>Тим лише я засмучуся,&lt;br /&gt;</w:t>
        <w:br/>
        <w:t>Що торкається мене.&lt;br /&gt;</w:t>
        <w:br/>
        <w:t>Тут, як хтось не прожене,&lt;br /&gt;</w:t>
        <w:br/>
        <w:t>Всеньке свято подивлюся.&lt;br /&gt;</w:t>
        <w:br/>
        <w:t>Поміж скель, де повно ям,&lt;br /&gt;</w:t>
        <w:br/>
        <w:t>Серед цеї круговерті&lt;br /&gt;</w:t>
        <w:br/>
        <w:t>Заховаюся від смерті&lt;br /&gt;</w:t>
        <w:br/>
        <w:t>І дві дулі смерті дам.</w:t>
      </w:r>
    </w:p>
    <w:p>
      <w:r>
        <w:br/>
        <w:t>Ховається; б’ють барабани, і чути брязкіт зброї.</w:t>
      </w:r>
    </w:p>
    <w:p>
      <w:r>
        <w:br/>
        <w:t>Сцена тринадцята&lt;br /&gt;</w:t>
        <w:br/>
        <w:t>Входять втікаючи Басиліо, Клотальдо і Астольфо</w:t>
      </w:r>
    </w:p>
    <w:p>
      <w:r>
        <w:br/>
        <w:t>Басиліо&lt;br /&gt;</w:t>
        <w:br/>
        <w:t>Захитався в мене трон!&lt;br /&gt;</w:t>
        <w:br/>
        <w:t>Йде на батька син, ой світе!</w:t>
      </w:r>
    </w:p>
    <w:p>
      <w:r>
        <w:br/>
        <w:t>Клотальдо&lt;br /&gt;</w:t>
        <w:br/>
        <w:t>Твоє військо вже розбите,&lt;br /&gt;</w:t>
        <w:br/>
        <w:t>Де ж порядок і закон?</w:t>
      </w:r>
    </w:p>
    <w:p>
      <w:r>
        <w:br/>
        <w:t>Астольфо&lt;br /&gt;</w:t>
        <w:br/>
        <w:t>Стали зрадники з лякливих&lt;br /&gt;</w:t>
        <w:br/>
        <w:t>Переможцями.</w:t>
      </w:r>
    </w:p>
    <w:p>
      <w:r>
        <w:br/>
        <w:t>Басиліо&lt;br /&gt;</w:t>
        <w:br/>
        <w:t>У війнах&lt;br /&gt;</w:t>
        <w:br/>
        <w:t>В переможцях бачать вірних,&lt;br /&gt;</w:t>
        <w:br/>
        <w:t>А в подоланих — зрадливих.&lt;br /&gt;</w:t>
        <w:br/>
        <w:t>Геть біжім, Клотальдо! Син&lt;br /&gt;</w:t>
        <w:br/>
        <w:t>Йде сюди, він невблаганним&lt;br /&gt;</w:t>
        <w:br/>
        <w:t>І жорстоким став тираном.</w:t>
      </w:r>
    </w:p>
    <w:p>
      <w:r>
        <w:br/>
        <w:t>За сценою лунають постріли, і Кларін, поранений, падає з того місця, де знаходився.</w:t>
      </w:r>
    </w:p>
    <w:p>
      <w:r>
        <w:br/>
        <w:t>Кларін&lt;br /&gt;</w:t>
        <w:br/>
        <w:t>Боже мій, спаси!</w:t>
      </w:r>
    </w:p>
    <w:p>
      <w:r>
        <w:br/>
        <w:t>Астольфо&lt;br /&gt;</w:t>
        <w:br/>
        <w:t>Хто ж він,&lt;br /&gt;</w:t>
        <w:br/>
        <w:t>Цей солдат, що, бідолашний,&lt;br /&gt;</w:t>
        <w:br/>
        <w:t>Кров’ю вмившись, нам під ноги&lt;br /&gt;</w:t>
        <w:br/>
        <w:t>Впав, звестись не має змоги?</w:t>
      </w:r>
    </w:p>
    <w:p>
      <w:r>
        <w:br/>
        <w:t>Кларін&lt;br /&gt;</w:t>
        <w:br/>
        <w:t>Чоловік я сіромашний,&lt;br /&gt;</w:t>
        <w:br/>
        <w:t>Що хотів спастись від смерті&lt;br /&gt;</w:t>
        <w:br/>
        <w:t>І від неї утікав&lt;br /&gt;</w:t>
        <w:br/>
        <w:t>Та її ж і пострічав,&lt;br /&gt;</w:t>
        <w:br/>
        <w:t>Бо від неї на цій тверді&lt;br /&gt;</w:t>
        <w:br/>
        <w:t>Не сховатися ніде;&lt;br /&gt;</w:t>
        <w:br/>
        <w:t>Значить, звідси випливає:&lt;br /&gt;</w:t>
        <w:br/>
        <w:t>Хто від смерті утікає,&lt;br /&gt;</w:t>
        <w:br/>
        <w:t>Той скоріш її знайде.&lt;br /&gt;</w:t>
        <w:br/>
        <w:t>Гей, верніться, гей сюди&lt;br /&gt;</w:t>
        <w:br/>
        <w:t>На криваве поле бою,&lt;br /&gt;</w:t>
        <w:br/>
        <w:t>Бо серед вогню та зброї&lt;br /&gt;</w:t>
        <w:br/>
        <w:t>Більше певності завжди,&lt;br /&gt;</w:t>
        <w:br/>
        <w:t>Ніж ховатися у горах,&lt;br /&gt;</w:t>
        <w:br/>
        <w:t>Адже це надійна путь&lt;br /&gt;</w:t>
        <w:br/>
        <w:t>Долю силою здобуть&lt;br /&gt;</w:t>
        <w:br/>
        <w:t>В ратних випробах суворих.&lt;br /&gt;</w:t>
        <w:br/>
        <w:t>Хоч рятуєтесь від смерті,&lt;br /&gt;</w:t>
        <w:br/>
        <w:t>Геть від неї біжите,&lt;br /&gt;</w:t>
        <w:br/>
        <w:t>Гляньте, зараз умрете,&lt;br /&gt;</w:t>
        <w:br/>
        <w:t>Якщо Бог велить умерти.&lt;br /&gt;</w:t>
        <w:br/>
        <w:t>Падає за сцену.</w:t>
      </w:r>
    </w:p>
    <w:p>
      <w:r>
        <w:br/>
        <w:t>Басиліо&lt;br /&gt;</w:t>
        <w:br/>
        <w:t>Гляньте, зараз умрете,&lt;br /&gt;</w:t>
        <w:br/>
        <w:t>Якщо Бог велить умерти!&lt;br /&gt;</w:t>
        <w:br/>
        <w:t>Із яким знанням, о Боже,&lt;br /&gt;</w:t>
        <w:br/>
        <w:t>Викрив мудро і безжально&lt;br /&gt;</w:t>
        <w:br/>
        <w:t>Наше неуцтво й заблуди&lt;br /&gt;</w:t>
        <w:br/>
        <w:t>Цей мертвець, який повчально&lt;br /&gt;</w:t>
        <w:br/>
        <w:t>Нам сказав устами рани&lt;br /&gt;</w:t>
        <w:br/>
        <w:t>З глумом, що йому кривавий&lt;br /&gt;</w:t>
        <w:br/>
        <w:t>Розв’язав язик, ту правду,&lt;br /&gt;</w:t>
        <w:br/>
        <w:t>Що даремні людські справи&lt;br /&gt;</w:t>
        <w:br/>
        <w:t>І стремління марні проти&lt;br /&gt;</w:t>
        <w:br/>
        <w:t>Сили вищої й причини!&lt;br /&gt;</w:t>
        <w:br/>
        <w:t>Я, аби від бунту й смерті&lt;br /&gt;</w:t>
        <w:br/>
        <w:t>Увільнити батьківщину,&lt;br /&gt;</w:t>
        <w:br/>
        <w:t>Сам її довів до того,&lt;br /&gt;</w:t>
        <w:br/>
        <w:t>Чим боявся їй зашкодить.</w:t>
      </w:r>
    </w:p>
    <w:p>
      <w:r>
        <w:br/>
        <w:t>Клотальдо&lt;br /&gt;</w:t>
        <w:br/>
        <w:t>Хоч, сеньйоре, доля знає&lt;br /&gt;</w:t>
        <w:br/>
        <w:t>Всі шляхи й того знаходить,&lt;br /&gt;</w:t>
        <w:br/>
        <w:t>Кого в заростях шукає&lt;br /&gt;</w:t>
        <w:br/>
        <w:t>Поміж скель, не слід завчасу&lt;br /&gt;</w:t>
        <w:br/>
        <w:t>Християнину казати,&lt;br /&gt;</w:t>
        <w:br/>
        <w:t>Що нема від неї спасу.&lt;br /&gt;</w:t>
        <w:br/>
        <w:t>Єсть, бо долю мудрий муж&lt;br /&gt;</w:t>
        <w:br/>
        <w:t>Переможе, й все удасться;&lt;br /&gt;</w:t>
        <w:br/>
        <w:t>І, якщо ти безборонний&lt;br /&gt;</w:t>
        <w:br/>
        <w:t>Проти муки і нещастя,&lt;br /&gt;</w:t>
        <w:br/>
        <w:t>Пошукай, де врятуватись.</w:t>
      </w:r>
    </w:p>
    <w:p>
      <w:r>
        <w:br/>
        <w:t>Астольфо&lt;br /&gt;</w:t>
        <w:br/>
        <w:t>Це тобі, сеньйоре, каже&lt;br /&gt;</w:t>
        <w:br/>
        <w:t>Наш Клотальдо, зрілий муж,&lt;br /&gt;</w:t>
        <w:br/>
        <w:t>Про твоє спасіння й наше,&lt;br /&gt;</w:t>
        <w:br/>
        <w:t>Як і я, юнак хоробрий:&lt;br /&gt;</w:t>
        <w:br/>
        <w:t>На горі в густозелених&lt;br /&gt;</w:t>
        <w:br/>
        <w:t>Хащах кінь стоїть гарячий,&lt;br /&gt;</w:t>
        <w:br/>
        <w:t>Швидший од вітрів шалених;&lt;br /&gt;</w:t>
        <w:br/>
        <w:t>Утікай на ньому; я ж&lt;br /&gt;</w:t>
        <w:br/>
        <w:t>Вдарити не дам у спину.</w:t>
      </w:r>
    </w:p>
    <w:p>
      <w:r>
        <w:br/>
        <w:t>Басиліо&lt;br /&gt;</w:t>
        <w:br/>
        <w:t>Якщо хоче Бог, щоб я&lt;br /&gt;</w:t>
        <w:br/>
        <w:t>Вмер, чи смерть у цю хвилину&lt;br /&gt;</w:t>
        <w:br/>
        <w:t>Жде мене, то віч-на-віч&lt;br /&gt;</w:t>
        <w:br/>
        <w:t>Саме тут її зустріну.</w:t>
      </w:r>
    </w:p>
    <w:p>
      <w:r>
        <w:br/>
        <w:t>Сцена чотирнадцята&lt;br /&gt;</w:t>
        <w:br/>
        <w:t>Входять Сехисмундо, Естрелья, Росаура, солдати, почет</w:t>
      </w:r>
    </w:p>
    <w:p>
      <w:r>
        <w:br/>
        <w:t>Солдат&lt;br /&gt;</w:t>
        <w:br/>
        <w:t>На горі в дрімучій хащі&lt;br /&gt;</w:t>
        <w:br/>
        <w:t>Десь ховається в цю пору&lt;br /&gt;</w:t>
        <w:br/>
        <w:t>Наш король.</w:t>
      </w:r>
    </w:p>
    <w:p>
      <w:r>
        <w:br/>
        <w:t>Сехисмундо&lt;br /&gt;</w:t>
        <w:br/>
        <w:t>Знайдіть негайно!&lt;br /&gt;</w:t>
        <w:br/>
        <w:t>Кожну схованку, всю гору,&lt;br /&gt;</w:t>
        <w:br/>
        <w:t>Весь той ліс якнайпильніше&lt;br /&gt;</w:t>
        <w:br/>
        <w:t>Обшукайте величезний.</w:t>
      </w:r>
    </w:p>
    <w:p>
      <w:r>
        <w:br/>
        <w:t>Клотальдо&lt;br /&gt;</w:t>
        <w:br/>
        <w:t>Утікай, сеньйоре.</w:t>
      </w:r>
    </w:p>
    <w:p>
      <w:r>
        <w:br/>
        <w:t>Басиліо&lt;br /&gt;</w:t>
        <w:br/>
        <w:t>Чом же?</w:t>
      </w:r>
    </w:p>
    <w:p>
      <w:r>
        <w:br/>
        <w:t>Астольфо&lt;br /&gt;</w:t>
        <w:br/>
        <w:t>Що ти ждеш?</w:t>
      </w:r>
    </w:p>
    <w:p>
      <w:r>
        <w:br/>
        <w:t>Басиліо&lt;br /&gt;</w:t>
        <w:br/>
        <w:t>Астольфо, щезни.</w:t>
      </w:r>
    </w:p>
    <w:p>
      <w:r>
        <w:br/>
        <w:t>Клотальдо&lt;br /&gt;</w:t>
        <w:br/>
        <w:t>Що ти хочеш?</w:t>
      </w:r>
    </w:p>
    <w:p>
      <w:r>
        <w:br/>
        <w:t>Басиліо&lt;br /&gt;</w:t>
        <w:br/>
        <w:t>Я, Клотальдо,&lt;br /&gt;</w:t>
        <w:br/>
        <w:t>Хочу те зробить, що маю.&lt;br /&gt;</w:t>
        <w:br/>
        <w:t>(До Сехисмундо, стаючи на коліна)&lt;br /&gt;</w:t>
        <w:br/>
        <w:t>Принце, ти шукав мене?&lt;br /&gt;</w:t>
        <w:br/>
        <w:t>Я до ніг тобі впадаю:&lt;br /&gt;</w:t>
        <w:br/>
        <w:t>Білим килимом хай буде&lt;br /&gt;</w:t>
        <w:br/>
        <w:t>Сивина моя для тебе;&lt;br /&gt;</w:t>
        <w:br/>
        <w:t>Стань на неї і корону&lt;br /&gt;</w:t>
        <w:br/>
        <w:t>Для ще більшої ганеби&lt;br /&gt;</w:t>
        <w:br/>
        <w:t>Розтрощи мені; глумися&lt;br /&gt;</w:t>
        <w:br/>
        <w:t>З величі моєї й сану,&lt;br /&gt;</w:t>
        <w:br/>
        <w:t>Мсти, як бранцеві своєму;&lt;br /&gt;</w:t>
        <w:br/>
        <w:t>І за зрадницьку оману&lt;br /&gt;</w:t>
        <w:br/>
        <w:t>Доля здійснить правий присуд,&lt;br /&gt;</w:t>
        <w:br/>
        <w:t>Небо сповнить своє слово.</w:t>
      </w:r>
    </w:p>
    <w:p>
      <w:r>
        <w:br/>
        <w:t>Сехисмундо&lt;br /&gt;</w:t>
        <w:br/>
        <w:t>Двір Полонії преславний,&lt;br /&gt;</w:t>
        <w:br/>
        <w:t>Той, що править так чудово,&lt;br /&gt;</w:t>
        <w:br/>
        <w:t>Свідком будь, уважно слухай,&lt;br /&gt;</w:t>
        <w:br/>
        <w:t>Що твій принц тут скаже далі.&lt;br /&gt;</w:t>
        <w:br/>
        <w:t>Те, що визначило небо&lt;br /&gt;</w:t>
        <w:br/>
        <w:t>І на голубій скрижалі&lt;br /&gt;</w:t>
        <w:br/>
        <w:t>Бог перстом своїм накреслив&lt;br /&gt;</w:t>
        <w:br/>
        <w:t>В тайних знаках незгладимих&lt;br /&gt;</w:t>
        <w:br/>
        <w:t>На стількох листах блакитних&lt;br /&gt;</w:t>
        <w:br/>
        <w:t>Літерами золотими, —&lt;br /&gt;</w:t>
        <w:br/>
        <w:t>Зроду-віку не обманить;&lt;br /&gt;</w:t>
        <w:br/>
        <w:t>А обманить той, хто хоче&lt;br /&gt;</w:t>
        <w:br/>
        <w:t>Осягнути задля злого&lt;br /&gt;</w:t>
        <w:br/>
        <w:t>Те пров&amp;#237;щення пророче.&lt;br /&gt;</w:t>
        <w:br/>
        <w:t>Батько мій, аби жорстокість&lt;br /&gt;</w:t>
        <w:br/>
        <w:t>Відхилить мою невинну,&lt;br /&gt;</w:t>
        <w:br/>
        <w:t>Обернув мене на звіра,&lt;br /&gt;</w:t>
        <w:br/>
        <w:t>На страх&amp;#237;тливу людину.&lt;br /&gt;</w:t>
        <w:br/>
        <w:t>Та якби велінням долі&lt;br /&gt;</w:t>
        <w:br/>
        <w:t>(За своїм єством звитяжний,&lt;br /&gt;</w:t>
        <w:br/>
        <w:t>За походженням шляхетний&lt;br /&gt;</w:t>
        <w:br/>
        <w:t>І за вдачею відважний)&lt;br /&gt;</w:t>
        <w:br/>
        <w:t>Я зродився тихомирним&lt;br /&gt;</w:t>
        <w:br/>
        <w:t>І покірливим, то й ць&amp;#243;го&lt;br /&gt;</w:t>
        <w:br/>
        <w:t>Вистачило б виховання,&lt;br /&gt;</w:t>
        <w:br/>
        <w:t>Цього трибу життєв&amp;#243;го,&lt;br /&gt;</w:t>
        <w:br/>
        <w:t>Щоб жорстокі взяв я звички.&lt;br /&gt;</w:t>
        <w:br/>
        <w:t>"Добрий" спосіб їх змінити!&lt;br /&gt;</w:t>
        <w:br/>
        <w:t>Тож якби комусь сказали:&lt;br /&gt;</w:t>
        <w:br/>
        <w:t>"Звір отой несамовитий&lt;br /&gt;</w:t>
        <w:br/>
        <w:t>Вб’є тебе", — чи добрий засіб&lt;br /&gt;</w:t>
        <w:br/>
        <w:t>Віднайшов би розумаха,&lt;br /&gt;</w:t>
        <w:br/>
        <w:t>Звіра сплячого збудивши?&lt;br /&gt;</w:t>
        <w:br/>
        <w:t>Чи сказали б ще: "Ця шпага,&lt;br /&gt;</w:t>
        <w:br/>
        <w:t>Що на поясі твоєму,&lt;br /&gt;</w:t>
        <w:br/>
        <w:t>Вб’є тебе", — було б даремно,&lt;br /&gt;</w:t>
        <w:br/>
        <w:t>Щоб загин свій відвернути,&lt;br /&gt;</w:t>
        <w:br/>
        <w:t>Оголить її і ревно&lt;br /&gt;</w:t>
        <w:br/>
        <w:t>До грудей собі приставить.&lt;br /&gt;</w:t>
        <w:br/>
        <w:t>Чи сказали б: "Ця затока&lt;br /&gt;</w:t>
        <w:br/>
        <w:t>Тобі стане за гробницю,&lt;br /&gt;</w:t>
        <w:br/>
        <w:t>Світлосяйна і глибока",&lt;br /&gt;</w:t>
        <w:br/>
        <w:t>Зле було б віддатись морю&lt;br /&gt;</w:t>
        <w:br/>
        <w:t>В час, коли здіймає в реві&lt;br /&gt;</w:t>
        <w:br/>
        <w:t>Гори-хвилі сніжно-білі,&lt;br /&gt;</w:t>
        <w:br/>
        <w:t>Буйні гриви кришталеві.&lt;br /&gt;</w:t>
        <w:br/>
        <w:t>Все це трапилось із батьком,&lt;br /&gt;</w:t>
        <w:br/>
        <w:t>Як із тим, хто звіра будить,&lt;br /&gt;</w:t>
        <w:br/>
        <w:t>Щоб загрозу відвернути;&lt;br /&gt;</w:t>
        <w:br/>
        <w:t>Як і з тим, хто лячно крутить&lt;br /&gt;</w:t>
        <w:br/>
        <w:t>Голу шпагу; як із тим же,&lt;br /&gt;</w:t>
        <w:br/>
        <w:t>Хто зманивсь буремним виром.&lt;br /&gt;</w:t>
        <w:br/>
        <w:t>А якби (прошу уваги!)&lt;br /&gt;</w:t>
        <w:br/>
        <w:t>Був мій гнів заснулим звіром,&lt;br /&gt;</w:t>
        <w:br/>
        <w:t>Ярість — шпагою у піхвах,&lt;br /&gt;</w:t>
        <w:br/>
        <w:t>Злоба — стихлою грозою,&lt;br /&gt;</w:t>
        <w:br/>
        <w:t>Чи тоді б здолав я долю&lt;br /&gt;</w:t>
        <w:br/>
        <w:t>Злою кривдою і мстою,&lt;br /&gt;</w:t>
        <w:br/>
        <w:t>Вкрай її роздратувавши?&lt;br /&gt;</w:t>
        <w:br/>
        <w:t>Отже, хто змогти бажає&lt;br /&gt;</w:t>
        <w:br/>
        <w:t>Свою долю, той розумним&lt;br /&gt;</w:t>
        <w:br/>
        <w:t>І терплячим бути має.&lt;br /&gt;</w:t>
        <w:br/>
        <w:t>Поки зло лише надходить,&lt;br /&gt;</w:t>
        <w:br/>
        <w:t>Не вчинило ще страшного,&lt;br /&gt;</w:t>
        <w:br/>
        <w:t>Той, хто лихо передбачив,&lt;br /&gt;</w:t>
        <w:br/>
        <w:t>Діє мудро і від нього&lt;br /&gt;</w:t>
        <w:br/>
        <w:t>Може вберегтись, одначе,&lt;br /&gt;</w:t>
        <w:br/>
        <w:t>Як уже почнеться люте,&lt;br /&gt;</w:t>
        <w:br/>
        <w:t>То нема такої сили,&lt;br /&gt;</w:t>
        <w:br/>
        <w:t>Щоб нещастя відвернути.&lt;br /&gt;</w:t>
        <w:br/>
        <w:t>Хай усім за приклад буде&lt;br /&gt;</w:t>
        <w:br/>
        <w:t>Виняткова ця подія,&lt;br /&gt;</w:t>
        <w:br/>
        <w:t>Це захоплення, цей жах,&lt;br /&gt;</w:t>
        <w:br/>
        <w:t>Ці дива; й скажу тоді я,&lt;br /&gt;</w:t>
        <w:br/>
        <w:t>Що мені незвично бачить&lt;br /&gt;</w:t>
        <w:br/>
        <w:t>Після кривди (це не скарга!)&lt;br /&gt;</w:t>
        <w:br/>
        <w:t>Біля ніг у мене батька&lt;br /&gt;</w:t>
        <w:br/>
        <w:t>І смиренного монарха.&lt;br /&gt;</w:t>
        <w:br/>
        <w:t>То було веління неба:&lt;br /&gt;</w:t>
        <w:br/>
        <w:t>Він хотів його здолати,&lt;br /&gt;</w:t>
        <w:br/>
        <w:t>Та не зміг. Чи можу я,&lt;br /&gt;</w:t>
        <w:br/>
        <w:t>Не такий, як він, багатий&lt;br /&gt;</w:t>
        <w:br/>
        <w:t>На знання, роки і досвід,&lt;br /&gt;</w:t>
        <w:br/>
        <w:t>Це зробити?&lt;br /&gt;</w:t>
        <w:br/>
        <w:t>(До короля)&lt;br /&gt;</w:t>
        <w:br/>
        <w:t>Встань, сеньйоре,&lt;br /&gt;</w:t>
        <w:br/>
        <w:t>Руку дай мені; це ж небо&lt;br /&gt;</w:t>
        <w:br/>
        <w:t>Показало, що, на горе,&lt;br /&gt;</w:t>
        <w:br/>
        <w:t>Схибив ти, коли його&lt;br /&gt;</w:t>
        <w:br/>
        <w:t>Захотів здолать. Схиляю&lt;br /&gt;</w:t>
        <w:br/>
        <w:t>Голову, ждучи на вирок,&lt;br /&gt;</w:t>
        <w:br/>
        <w:t>І до ніг тобі впадаю.</w:t>
      </w:r>
    </w:p>
    <w:p>
      <w:r>
        <w:br/>
        <w:t>Басиліо&lt;br /&gt;</w:t>
        <w:br/>
        <w:t>Сину, цей шляхетний вчинок&lt;br /&gt;</w:t>
        <w:br/>
        <w:t>Повертає мені вдруге&lt;br /&gt;</w:t>
        <w:br/>
        <w:t>Цього дня тебе, — ти принц!&lt;br /&gt;</w:t>
        <w:br/>
        <w:t>Ждуть на тебе за заслуги&lt;br /&gt;</w:t>
        <w:br/>
        <w:t>Лавр і пальма; добрим чином&lt;br /&gt;</w:t>
        <w:br/>
        <w:t>Ти здобув тут перемогу.</w:t>
      </w:r>
    </w:p>
    <w:p>
      <w:r>
        <w:br/>
        <w:t>Всі&lt;br /&gt;</w:t>
        <w:br/>
        <w:t>Хай живе наш Сехисмундо!</w:t>
      </w:r>
    </w:p>
    <w:p>
      <w:r>
        <w:br/>
        <w:t>Сехисмундо&lt;br /&gt;</w:t>
        <w:br/>
        <w:t>Відчуваючи тривогу,&lt;br /&gt;</w:t>
        <w:br/>
        <w:t>Перемог я жду великих&lt;br /&gt;</w:t>
        <w:br/>
        <w:t>І найбільшу, наче муку, —&lt;br /&gt;</w:t>
        <w:br/>
        <w:t>Це змогти себе. Астольфо&lt;br /&gt;</w:t>
        <w:br/>
        <w:t>Хай Росаурі дасть руку, —&lt;br /&gt;</w:t>
        <w:br/>
        <w:t>Це той борг за честь, що мушу&lt;br /&gt;</w:t>
        <w:br/>
        <w:t>Їй вернути, як годиться.</w:t>
      </w:r>
    </w:p>
    <w:p>
      <w:r>
        <w:br/>
        <w:t>Астольфо&lt;br /&gt;</w:t>
        <w:br/>
        <w:t>Так, це правда, перед нею&lt;br /&gt;</w:t>
        <w:br/>
        <w:t>Я в боргу; вона боїться,&lt;br /&gt;</w:t>
        <w:br/>
        <w:t>Бо не знає, хто вона;&lt;br /&gt;</w:t>
        <w:br/>
        <w:t>Я б укрив себе ганьбою,&lt;br /&gt;</w:t>
        <w:br/>
        <w:t>Якби цю пошлюбив жінку...</w:t>
      </w:r>
    </w:p>
    <w:p>
      <w:r>
        <w:br/>
        <w:t>Клотальдо&lt;br /&gt;</w:t>
        <w:br/>
        <w:t>Стій, тебе я заспокою;&lt;br /&gt;</w:t>
        <w:br/>
        <w:t>Знай, Росаура шляхетна,&lt;br /&gt;</w:t>
        <w:br/>
        <w:t>Як і ти, Астольфо, й всюди&lt;br /&gt;</w:t>
        <w:br/>
        <w:t>Захищу цю правду збройно;&lt;br /&gt;</w:t>
        <w:br/>
        <w:t>Це моя дочка — і буде!</w:t>
      </w:r>
    </w:p>
    <w:p>
      <w:r>
        <w:br/>
        <w:t>Астольфо&lt;br /&gt;</w:t>
        <w:br/>
        <w:t>Що ти кажеш?</w:t>
      </w:r>
    </w:p>
    <w:p>
      <w:r>
        <w:br/>
        <w:t>Клотальдо&lt;br /&gt;</w:t>
        <w:br/>
        <w:t>Те, що, поки&lt;br /&gt;</w:t>
        <w:br/>
        <w:t>Не побачу її в шлюбі,&lt;br /&gt;</w:t>
        <w:br/>
        <w:t>Я хотів про це мовчати.&lt;br /&gt;</w:t>
        <w:br/>
        <w:t>Повість довга, мої любі, —&lt;br /&gt;</w:t>
        <w:br/>
        <w:t>Знайте: це дочка моя.</w:t>
      </w:r>
    </w:p>
    <w:p>
      <w:r>
        <w:br/>
        <w:t>Астольфо&lt;br /&gt;</w:t>
        <w:br/>
        <w:t>Якщо так, то свого слова&lt;br /&gt;</w:t>
        <w:br/>
        <w:t>Не порушу.</w:t>
      </w:r>
    </w:p>
    <w:p>
      <w:r>
        <w:br/>
        <w:t>Сехисмундо&lt;br /&gt;</w:t>
        <w:br/>
        <w:t>Щоб Естрелья&lt;br /&gt;</w:t>
        <w:br/>
        <w:t>Не тужила гонорова,&lt;br /&gt;</w:t>
        <w:br/>
        <w:t>Що вона втрачає принца&lt;br /&gt;</w:t>
        <w:br/>
        <w:t>Чином славного й оружжям,&lt;br /&gt;</w:t>
        <w:br/>
        <w:t>Я рукою тут своєю&lt;br /&gt;</w:t>
        <w:br/>
        <w:t>Обвінчаю її з мужем,&lt;br /&gt;</w:t>
        <w:br/>
        <w:t>Що заслугами і саном&lt;br /&gt;</w:t>
        <w:br/>
        <w:t>Рівний з ним, та вищим стане.&lt;br /&gt;</w:t>
        <w:br/>
        <w:t>Руку дай мені!</w:t>
      </w:r>
    </w:p>
    <w:p>
      <w:r>
        <w:br/>
        <w:t>Естрелья&lt;br /&gt;</w:t>
        <w:br/>
        <w:t>Я щастя&lt;br /&gt;</w:t>
        <w:br/>
        <w:t>Віднайшла таке неждане.</w:t>
      </w:r>
    </w:p>
    <w:p>
      <w:r>
        <w:br/>
        <w:t>Сехисмундо&lt;br /&gt;</w:t>
        <w:br/>
        <w:t>А Клотальдо, що моєму&lt;br /&gt;</w:t>
        <w:br/>
        <w:t>Батькові служив задосить,&lt;br /&gt;</w:t>
        <w:br/>
        <w:t>Я дарю обійми й милість&lt;br /&gt;</w:t>
        <w:br/>
        <w:t>Ту, яку він сам попросить.</w:t>
      </w:r>
    </w:p>
    <w:p>
      <w:r>
        <w:br/>
        <w:t>Солдат&lt;br /&gt;</w:t>
        <w:br/>
        <w:t>Якщо так того, хто зовсім&lt;br /&gt;</w:t>
        <w:br/>
        <w:t>Не служив тобі, шануєш,&lt;br /&gt;</w:t>
        <w:br/>
        <w:t>То мені, хто королівство&lt;br /&gt;</w:t>
        <w:br/>
        <w:t>Збурив і тебе, ти чуєш,&lt;br /&gt;</w:t>
        <w:br/>
        <w:t>З вежі вирвав , — що даси?</w:t>
      </w:r>
    </w:p>
    <w:p>
      <w:r>
        <w:br/>
        <w:t>Сехисмундо&lt;br /&gt;</w:t>
        <w:br/>
        <w:t>Вежу; з тим, щоб відтепер ти&lt;br /&gt;</w:t>
        <w:br/>
        <w:t>З неї вже повік не вийшов,&lt;br /&gt;</w:t>
        <w:br/>
        <w:t>Був під вартою до смерті;&lt;br /&gt;</w:t>
        <w:br/>
        <w:t>Зрадник більше не потрібний&lt;br /&gt;</w:t>
        <w:br/>
        <w:t>В час, коли минула зрада.</w:t>
      </w:r>
    </w:p>
    <w:p>
      <w:r>
        <w:br/>
        <w:t>Басиліо&lt;br /&gt;</w:t>
        <w:br/>
        <w:t>Розум твій усіх дивує.</w:t>
      </w:r>
    </w:p>
    <w:p>
      <w:r>
        <w:br/>
        <w:t>Астольфо&lt;br /&gt;</w:t>
        <w:br/>
        <w:t>В нього вже й не та повада!</w:t>
      </w:r>
    </w:p>
    <w:p>
      <w:r>
        <w:br/>
        <w:t>Росаура&lt;br /&gt;</w:t>
        <w:br/>
        <w:t>Мудрий він і справедливий!</w:t>
      </w:r>
    </w:p>
    <w:p>
      <w:r>
        <w:br/>
        <w:t>Сехисмундо&lt;br /&gt;</w:t>
        <w:br/>
        <w:t>Що дивує вас? Чи дивно,&lt;br /&gt;</w:t>
        <w:br/>
        <w:t>Коли сон був мій учитель,&lt;br /&gt;</w:t>
        <w:br/>
        <w:t>І боюсь, як не противно,&lt;br /&gt;</w:t>
        <w:br/>
        <w:t>Що прокинутися можу&lt;br /&gt;</w:t>
        <w:br/>
        <w:t>Знов у замкнутій темниці?&lt;br /&gt;</w:t>
        <w:br/>
        <w:t>А коли цього не буде,&lt;br /&gt;</w:t>
        <w:br/>
        <w:t>То воно мені насниться;&lt;br /&gt;</w:t>
        <w:br/>
        <w:t>Отже, я переконався&lt;br /&gt;</w:t>
        <w:br/>
        <w:t>В тому, що все щастя людське,&lt;br /&gt;</w:t>
        <w:br/>
        <w:t>Зрештою, як сон, минає,&lt;br /&gt;</w:t>
        <w:br/>
        <w:t>І я хочу скористаться&lt;br /&gt;</w:t>
        <w:br/>
        <w:t>Щастям тим, що час дарує;&lt;br /&gt;</w:t>
        <w:br/>
        <w:t>Я прошу вас, винуватий,&lt;br /&gt;</w:t>
        <w:br/>
        <w:t>Помилки простити наші,&lt;br /&gt;</w:t>
        <w:br/>
        <w:t>Бо шляхетно їх прощати.</w:t>
      </w:r>
    </w:p>
    <w:p>
      <w:r>
        <w:br/>
        <w:t>Примітки&lt;br /&gt;</w:t>
        <w:br/>
        <w:t>Українською перекладено вперше.&lt;br /&gt;</w:t>
        <w:br/>
        <w:t>© Переклад за виданням: CALDER&amp;#211;N DE LA BARCA. La vida es suen&amp;#245;. El alcalde de Zalamea.— Madrid: Espasa-Calpe, S.A., 1978.&lt;br /&gt;</w:t>
        <w:br/>
        <w:t>[1] Гіппогриф – словотвір італійського поета Маттео Марії Боярдо (1441-бл.1494) від грецьких іменників hippos (кінь) і grips (гриф) на означення тварини з тулубом коня і з головою та крилами міфічного птаха. Даний образ, що поєднав у собі античні уявлення про колісницю Аполлона, яку тягнули то коні, то грифи, дуже часто вживається в іспанській поезії XV-XVII ст.&lt;br /&gt;</w:t>
        <w:br/>
        <w:t>[2] Цей вислів, як і взагалі монолог Росаури й далі численні пасажі Кальдеронової п’єси, – полісемічний і важко піддається однозначному тлумаченню. Це може бути Фаетон, син Геліоса, бога сонця, й океаніди Клімени, так само, як і один з коней Еос, римської богині ранкової зорі.&lt;br /&gt;</w:t>
        <w:br/>
        <w:t>[3] В заїзді не лишай мене… – іспанське прислів’я, що означає розплачуваться за чужі гріхи; виникло в середньовічній Іспанії з ситуації, коли зубожілі ідальго, не розрахувавшись за постій і харчі, покидали на заїжджому дворі своїх слуг, які мусили брати на себе покарання за їхні борги.&lt;br /&gt;</w:t>
        <w:br/>
        <w:t>[4] Цей монолог Сехисмундо з часу появи п’єси "Життя – це сон" здобув непроминальну популярність серед іспанців. Його вивчають у школах, цитують і коментують у літературознавчих і філософських дослідженнях. В його афористичних рядках закарбовано незглибиме в своїй єдності розуміння світу, природи і людини, поривання скутого духу до свободи й діяння. Монолог Сехисмундо відомий в Україні у взірцевому перекладі М.Лукаша.&lt;br /&gt;</w:t>
        <w:br/>
        <w:t>[5] Мається на увазі природа, яка наділяє все суще на землі характерними особливостями і рисами.&lt;br /&gt;</w:t>
        <w:br/>
        <w:t>[6] За часів Кальдерона вважали, що риба не дихає і живиться водою.&lt;br /&gt;</w:t>
        <w:br/>
        <w:t>[7] Перегук з відомою в країнах Середземномор’я легендою про гігантів, які насмілились боротися з Богом. Вони згромадили аж під небеса кам’яну гору, але Бог, наславши громи і зливи, розвалив ту гору і потопив гігантів.&lt;br /&gt;</w:t>
        <w:br/>
        <w:t>[8] Гординя і Смирення – персонажі стародавніх іспанських містерій, які часто діють і в творах сучасників Кальдерона.&lt;br /&gt;</w:t>
        <w:br/>
        <w:t>[9] Аврора за римською міфологією богиня світанку. Паллада (Афіна Паллада) – одна з головних давньогрецьких богинь, що уособлювала воєнні перемоги (у римлян – Мінерва). Флора – римська богиня рослинності, цвітіння та юності.&lt;br /&gt;</w:t>
        <w:br/>
        <w:t>[10] Фалес з Мілета в Малій Азії (бл. 624-547 р. до н.е.) – давньогрецький філософ, автор цілого ряду відкриттів в арифметиці, геометрії та астрономії. Евклід з Мегари (бл. 450-бл. 374 р. до н.е.) – давньогрецький філософ, послідовник Сократа. Розвивав і поєднував його вчення про добро з вченням Парменіда Елейського про незмінну сутність світу.&lt;br /&gt;</w:t>
        <w:br/>
        <w:t>[11] Тімант (IV ст. до н.е.) – давньогрецький живописець; йому належить відома картина "Жертвоприношення Іфігенії". Лісіпп – видатний давньогрецький скульптор другої половини IV ст. до н.е. Був придворним скульптором Александра Македонського.&lt;br /&gt;</w:t>
        <w:br/>
        <w:t>[12] Очевидно йдеться про Луція Аннея Сенеку (бл. 4 р. до н.е.-65 р. н.е.), уродженця Кордови, римського філософа, широко знаного на Піренейському півострові. В Іспанії його ім’ям віддавна наділяли митців і мислителів, звідси й популярні за часів Кальдерона вислови "іспанський Сенека", "наш Сенека" тощо.&lt;br /&gt;</w:t>
        <w:br/>
        <w:t>[13] Атлантами Басиліо називає Астольфо і Естрелью, яким збирається передати королівську владу. Атлант (грецька міфологія) – велетень, який за наказом Зевса тримав на собі небо.&lt;br /&gt;</w:t>
        <w:br/>
        <w:t>[14] Рядки з романсеро Луїса де Гонгори (1561-1627) "Своє лічили проміння…" (1614).&lt;br /&gt;</w:t>
        <w:br/>
        <w:t>[15] Астрея – дочка Зевсі і Феміди, богиня справедливості. Надавши це ім’я Росаурі, автор виправдовує її ризиковані вчинки й діяння.&lt;br /&gt;</w:t>
        <w:br/>
        <w:t>[16] Фенікс, за міфологією давніх фінікійців, єгиптян та інших народів, – чарівний птах, який, проживши кілька сотень років, спалював себе і потім відроджувався в попелі молодим. Тут автор говорить про неминуче повторення в повсякденному житті всіляких нещасть і злигоднів, що їх належить постійно переборювати людям.&lt;br /&gt;</w:t>
        <w:br/>
        <w:t>[17] Ікар – герой всесвітньо відомого міфу, який необачно наблизився до сонця на крилах, зроблених з пір’я, і впав у море, коли проміння розтопило віск, що скріплював пір’я. Кальдеронів Кларін, як завжди, обертає на жарт свої лихі пригоди, називаючи Ікаром слугу, якого Сехисмундо кинув у море.&lt;br /&gt;</w:t>
        <w:br/>
        <w:t>[18] Улюблена сентенція Кальдерона, дослівно запозичена з його ауто "Великий театр світу".&lt;br /&gt;</w:t>
        <w:br/>
        <w:t>[19] Також один із найпопулярніших серед іспанців монологів з п’єс Кальдерона. Сехисмундо усвідомлює себе як особистість і осмислює свою роль у житті країни. Це моральне переродження із звіра в людину являє собою кульмінацію твору. В монолозі відбито бунтарство духу, після чого стає зрозумілим і виправданим повстання народу.&lt;br /&gt;</w:t>
        <w:br/>
        <w:t>[20] В іспанській літературі щиголь, як і соловей, вже давно став звичним поетичним символом.&lt;br /&gt;</w:t>
        <w:br/>
        <w:t>[21] Неїд, Непий. — В оригіналі гра слів, яку неможливо відтворити іншою мовою. Автор використовує співзвучність в іспанській транскрипції імена грецького філософа Нікомеда (Nicomedes) і назви Нісенського собору (Niceno) з дієсловами comer (обідати) і cenar (вечеряти) та заперечної частки ni. Цей каламбур можна розшифрувати так: "Вдень я не обідаю, ввечері – не вечеряю".&lt;br /&gt;</w:t>
        <w:br/>
        <w:t>[22] Натяк на "новий стиль" у літочисленні, що запровадив 1582 р. папа Григорій ХІІІ, т.зв. "григоріанський календар".&lt;br /&gt;</w:t>
        <w:br/>
        <w:t>[23] Беллона – в римській міфологій богиня війни. Сонце – тут король Басиліо.&lt;br /&gt;</w:t>
        <w:br/>
        <w:t>[24] Цей опис коня є не що інше, як жартівлива парафраза "серйозних" і вишуканих картин, які незрідка зустрічаються в поетів "витонченого стилю" та і в самого Кальдерона.&lt;br /&gt;</w:t>
        <w:br/>
        <w:t>[25] Тобто в перевтіленнях, описаних в поемі "Метаморфози" римського поета Публія Овідія Назона (43 р. до н.е.-18 р. н.е.).&lt;br /&gt;</w:t>
        <w:br/>
        <w:t>[26] Тут поєднано епізоди з трьох міфів про Зевса, Європу, Леду і Данаю, в яких Зевс оволодів красунями у вигляді бика, лебедя і золотого дощу.&lt;br /&gt;</w:t>
        <w:br/>
        <w:t>[27] Алюзія на легенду, переказану у другій книзі "Енеїди" Публія Вергілія Марона (70-19 р. до н.е.), за якою, після здобуття греками Трої, Еней утік з троянцями, покинувши свій вояцький обладунок. Це місце в п’єсі слід розуміти так: Троя – мати, батько – Еней, зброя – запорука повернення зганьбленої честі.&lt;br /&gt;</w:t>
        <w:br/>
        <w:t>[28] Римський імператор Клавдій Цезар Нерон (37-68 р.), ім’я якого стало символом жорстокості, за давніми переказами, з усмішкою спостерігав пожежу в Римі, щоб згодом описати у своїх віршах це жахливе видовище.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Життя — це сон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