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та смерть</w:t>
      </w:r>
    </w:p>
    <w:p>
      <w:r>
        <w:br/>
        <w:t xml:space="preserve"> ЖИТТЯ ТА СМЕРТЬ&lt;br /&gt;</w:t>
        <w:br/>
        <w:t>(поема)</w:t>
      </w:r>
    </w:p>
    <w:p>
      <w:r>
        <w:br/>
        <w:t>ЧАСТИНА ПЕРША</w:t>
      </w:r>
    </w:p>
    <w:p>
      <w:r>
        <w:br/>
        <w:t>Карпо Клименко йшов із поля,&lt;br /&gt;</w:t>
        <w:br/>
        <w:t>Де цілий день косив він жито,&lt;br /&gt;</w:t>
        <w:br/>
        <w:t>З дитячих літ його селянська доля&lt;br /&gt;</w:t>
        <w:br/>
        <w:t>І потом вмита, мозолями вкрита,&lt;br /&gt;</w:t>
        <w:br/>
        <w:t>А зараз його тато всю надію покладав&lt;br /&gt;</w:t>
        <w:br/>
        <w:t>На те, що сина мав,&lt;br /&gt;</w:t>
        <w:br/>
        <w:t>Який ніс вдачу милу,&lt;br /&gt;</w:t>
        <w:br/>
        <w:t>Мав нездоланну чоловічу силу&lt;br /&gt;</w:t>
        <w:br/>
        <w:t>І до роботи ставився з добром.&lt;br /&gt;</w:t>
        <w:br/>
        <w:t>Бувало на весіллі, за столом,&lt;br /&gt;</w:t>
        <w:br/>
        <w:t>Дівчата сядуть із Карпом&lt;br /&gt;</w:t>
        <w:br/>
        <w:t>І пісню заведуть&lt;br /&gt;</w:t>
        <w:br/>
        <w:t>Про те, як люди тут живуть,&lt;br /&gt;</w:t>
        <w:br/>
        <w:t>Як жили в давнину,&lt;br /&gt;</w:t>
        <w:br/>
        <w:t>Згадають днів ту сивину,&lt;br /&gt;</w:t>
        <w:br/>
        <w:t>Коли Аскольд народ беріг,&lt;br /&gt;</w:t>
        <w:br/>
        <w:t>І у могилу ліг,&lt;br /&gt;</w:t>
        <w:br/>
        <w:t>Затоптану Олегом із Русі,&lt;br /&gt;</w:t>
        <w:br/>
        <w:t>І засумують вмить усі,&lt;br /&gt;</w:t>
        <w:br/>
        <w:t>В чоловіків їх брови похмурніють,&lt;br /&gt;</w:t>
        <w:br/>
        <w:t>Старі діди тихенько пожаліють&lt;br /&gt;</w:t>
        <w:br/>
        <w:t>Про те, чому в чужім ярмі&lt;br /&gt;</w:t>
        <w:br/>
        <w:t>Ціле життя ходили,&lt;br /&gt;</w:t>
        <w:br/>
        <w:t>Чому нічого не робили,&lt;br /&gt;</w:t>
        <w:br/>
        <w:t>Щоб волю принести.&lt;br /&gt;</w:t>
        <w:br/>
        <w:t>А пісня лине вже про Січ,&lt;br /&gt;</w:t>
        <w:br/>
        <w:t>Про те, як в темну ніч&lt;br /&gt;</w:t>
        <w:br/>
        <w:t>Козаки турків покарали&lt;br /&gt;</w:t>
        <w:br/>
        <w:t>Коли перепливали&lt;br /&gt;</w:t>
        <w:br/>
        <w:t>На своїх чайках Чорне море,&lt;br /&gt;</w:t>
        <w:br/>
        <w:t>А потім пісня вже про горе,&lt;br /&gt;</w:t>
        <w:br/>
        <w:t>Яке Марія не знесла,&lt;br /&gt;</w:t>
        <w:br/>
        <w:t>Коли Мазепі принесла&lt;br /&gt;</w:t>
        <w:br/>
        <w:t>Полтавcька битва рокову поразку,&lt;br /&gt;</w:t>
        <w:br/>
        <w:t>Звеличивши російського царя,&lt;br /&gt;</w:t>
        <w:br/>
        <w:t>Імперію його вкріпила,&lt;br /&gt;</w:t>
        <w:br/>
        <w:t>А Україна ходить у ярмі як і ходила.</w:t>
      </w:r>
    </w:p>
    <w:p>
      <w:r>
        <w:br/>
        <w:t>У радості за сина батько розцвітав,&lt;br /&gt;</w:t>
        <w:br/>
        <w:t>Й таємно підбирав&lt;br /&gt;</w:t>
        <w:br/>
        <w:t>Серед дівчат собі невістку.&lt;br /&gt;</w:t>
        <w:br/>
        <w:t>За двадцять три Карпо вже роки мав,&lt;br /&gt;</w:t>
        <w:br/>
        <w:t>Та батько ще не посилав&lt;br /&gt;</w:t>
        <w:br/>
        <w:t>Своїх надійних старостів,&lt;br /&gt;</w:t>
        <w:br/>
        <w:t>Бо ще не знав,&lt;br /&gt;</w:t>
        <w:br/>
        <w:t>Кого Карпо хотів&lt;br /&gt;</w:t>
        <w:br/>
        <w:t>Собі в дружини взяти.&lt;br /&gt;</w:t>
        <w:br/>
        <w:t>Бували дні,&lt;br /&gt;</w:t>
        <w:br/>
        <w:t>Коли ті радості усі&lt;br /&gt;</w:t>
        <w:br/>
        <w:t>У гордості за сина&lt;br /&gt;</w:t>
        <w:br/>
        <w:t>Гнітили почуття сумні&lt;br /&gt;</w:t>
        <w:br/>
        <w:t>Майбутнього життя&lt;br /&gt;</w:t>
        <w:br/>
        <w:t>Його Карпа.&lt;br /&gt;</w:t>
        <w:br/>
        <w:t>Землі у них нема&lt;br /&gt;</w:t>
        <w:br/>
        <w:t>У тій достатності, яка&lt;br /&gt;</w:t>
        <w:br/>
        <w:t>Дозволить господарство їм повести&lt;br /&gt;</w:t>
        <w:br/>
        <w:t>У вигідне русло.&lt;br /&gt;</w:t>
        <w:br/>
        <w:t>Уже віками так було,&lt;br /&gt;</w:t>
        <w:br/>
        <w:t>Що прості люди в злиднях вік сиділи,&lt;br /&gt;</w:t>
        <w:br/>
        <w:t>Бо мали зовсім вже малесенькі наділи.&lt;br /&gt;</w:t>
        <w:br/>
        <w:t>— Великі ж всі масиви,&lt;br /&gt;</w:t>
        <w:br/>
        <w:t>Які хліби родили,&lt;br /&gt;</w:t>
        <w:br/>
        <w:t>Їх захопили ляхи, згодом русаки,&lt;br /&gt;</w:t>
        <w:br/>
        <w:t>— Усі, які несли&lt;br /&gt;</w:t>
        <w:br/>
        <w:t>Землі українській неволю.</w:t>
      </w:r>
    </w:p>
    <w:p>
      <w:r>
        <w:br/>
        <w:t>Весь божий день&lt;br /&gt;</w:t>
        <w:br/>
        <w:t>Коса гойдалась за плечима,&lt;br /&gt;</w:t>
        <w:br/>
        <w:t>З соломи капелюх над самими очима&lt;br /&gt;</w:t>
        <w:br/>
        <w:t>Проміння сонця заступав,&lt;br /&gt;</w:t>
        <w:br/>
        <w:t>Що падало уже за горб в жита.&lt;br /&gt;</w:t>
        <w:br/>
        <w:t>— Його червоний промінь полоскав&lt;br /&gt;</w:t>
        <w:br/>
        <w:t>Зелені гриви тих отав,&lt;br /&gt;</w:t>
        <w:br/>
        <w:t>Що в далині по березі буяли.&lt;br /&gt;</w:t>
        <w:br/>
        <w:t>Над ними ці горби лежали,&lt;br /&gt;</w:t>
        <w:br/>
        <w:t>Й за обрієм зникали&lt;br /&gt;</w:t>
        <w:br/>
        <w:t>Подільського їх краю,&lt;br /&gt;</w:t>
        <w:br/>
        <w:t>Які завжди Карпа тут чарували.&lt;br /&gt;</w:t>
        <w:br/>
        <w:t>Здавалось, що такого раю&lt;br /&gt;</w:t>
        <w:br/>
        <w:t>Немає більше на Землі!&lt;br /&gt;</w:t>
        <w:br/>
        <w:t>Потужні урожаї збіжжя&lt;br /&gt;</w:t>
        <w:br/>
        <w:t>Бували тут такі,&lt;br /&gt;</w:t>
        <w:br/>
        <w:t>Що дивувалися усі приїжджі,&lt;br /&gt;</w:t>
        <w:br/>
        <w:t>Але маленькими були поля,&lt;br /&gt;</w:t>
        <w:br/>
        <w:t>Які великі сім'ї годували,&lt;br /&gt;</w:t>
        <w:br/>
        <w:t>Бо окупанти все забрали&lt;br /&gt;</w:t>
        <w:br/>
        <w:t>І були вороги ті&lt;br /&gt;</w:t>
        <w:br/>
        <w:t>І багаті й ситі.</w:t>
      </w:r>
    </w:p>
    <w:p>
      <w:r>
        <w:br/>
        <w:t>Краєчок сонця утопивсь у житі&lt;br /&gt;</w:t>
        <w:br/>
        <w:t>І небо раптом голубіше стало,&lt;br /&gt;</w:t>
        <w:br/>
        <w:t>Колосся золотом переливало&lt;br /&gt;</w:t>
        <w:br/>
        <w:t>І між собою зашептало&lt;br /&gt;</w:t>
        <w:br/>
        <w:t>Йому у слід,&lt;br /&gt;</w:t>
        <w:br/>
        <w:t>Прощаючись, зітхало,&lt;br /&gt;</w:t>
        <w:br/>
        <w:t>А в ньому виглядали і ховалися&lt;br /&gt;</w:t>
        <w:br/>
        <w:t>Волошки, що всміхалися блакитними очима,&lt;br /&gt;</w:t>
        <w:br/>
        <w:t>Вони дівчатами сором'язливими здавалися,&lt;br /&gt;</w:t>
        <w:br/>
        <w:t>Які купаючись, ховають свою вроду&lt;br /&gt;</w:t>
        <w:br/>
        <w:t>В нагріту сонцем чисту воду&lt;br /&gt;</w:t>
        <w:br/>
        <w:t>Могутньої спокійної ріки.&lt;br /&gt;</w:t>
        <w:br/>
        <w:t>У небо жайворон злетів&lt;br /&gt;</w:t>
        <w:br/>
        <w:t>І крильцями у небі мерехтів,&lt;br /&gt;</w:t>
        <w:br/>
        <w:t>Неначе він хотів&lt;br /&gt;</w:t>
        <w:br/>
        <w:t>Із променів небесної блакиті&lt;br /&gt;</w:t>
        <w:br/>
        <w:t>Сплести вінок,&lt;br /&gt;</w:t>
        <w:br/>
        <w:t>А потім залишити його в житі&lt;br /&gt;</w:t>
        <w:br/>
        <w:t>Для рідної землі, а утомившись,&lt;br /&gt;</w:t>
        <w:br/>
        <w:t>Раз-по-раз сідав він на рясну калину.</w:t>
      </w:r>
    </w:p>
    <w:p>
      <w:r>
        <w:br/>
        <w:t>Карпо з горба спускався у долину,&lt;br /&gt;</w:t>
        <w:br/>
        <w:t>Яка зеленою була. На ній росла&lt;br /&gt;</w:t>
        <w:br/>
        <w:t>Усяка там болотяна трава,&lt;br /&gt;</w:t>
        <w:br/>
        <w:t>Яка з весни до осені мінялася у квітах.&lt;br /&gt;</w:t>
        <w:br/>
        <w:t>І вирувало розмаїттям тут життя&lt;br /&gt;</w:t>
        <w:br/>
        <w:t>В великій кількості пташок.&lt;br /&gt;</w:t>
        <w:br/>
        <w:t>Над головою гурт качок&lt;br /&gt;</w:t>
        <w:br/>
        <w:t>Упав на плесо в очерет.&lt;br /&gt;</w:t>
        <w:br/>
        <w:t>Пустивши голову вперед&lt;br /&gt;</w:t>
        <w:br/>
        <w:t>Лелека ходить по болоті&lt;br /&gt;</w:t>
        <w:br/>
        <w:t>Хапаючи собі поживу.&lt;br /&gt;</w:t>
        <w:br/>
        <w:t>Два коні чухають зубами собі гриву,&lt;br /&gt;</w:t>
        <w:br/>
        <w:t>Кулик над ними пролетів&lt;br /&gt;</w:t>
        <w:br/>
        <w:t>І на болоті сів&lt;br /&gt;</w:t>
        <w:br/>
        <w:t>Шукаючи своїх дітей.&lt;br /&gt;</w:t>
        <w:br/>
        <w:t>На просторі долини-раю&lt;br /&gt;</w:t>
        <w:br/>
        <w:t>Із краю і до краю,&lt;br /&gt;</w:t>
        <w:br/>
        <w:t>Звиваючись по своїх берегах&lt;br /&gt;</w:t>
        <w:br/>
        <w:t>У верболозах і садах,&lt;br /&gt;</w:t>
        <w:br/>
        <w:t>По-під круті горби й долини,&lt;br /&gt;</w:t>
        <w:br/>
        <w:t>Текла тут Тарнорудка мила&lt;br /&gt;</w:t>
        <w:br/>
        <w:t>І так тягнулася до рідного Збруча.&lt;br /&gt;</w:t>
        <w:br/>
        <w:t>Колись давно було село,&lt;br /&gt;</w:t>
        <w:br/>
        <w:t>Тепер — містечко Тарноруда,&lt;br /&gt;</w:t>
        <w:br/>
        <w:t>Родився де Карпо,&lt;br /&gt;</w:t>
        <w:br/>
        <w:t>Що славний Збруч ділив&lt;br /&gt;</w:t>
        <w:br/>
        <w:t>На дві не рівні половини,&lt;br /&gt;</w:t>
        <w:br/>
        <w:t>Де дід і прадід жив,&lt;br /&gt;</w:t>
        <w:br/>
        <w:t>І тато на рибалку тут його водив,&lt;br /&gt;</w:t>
        <w:br/>
        <w:t>Коли ще був малим,&lt;br /&gt;</w:t>
        <w:br/>
        <w:t>Де перші кроки він робив&lt;br /&gt;</w:t>
        <w:br/>
        <w:t>Своїми босими ногами.</w:t>
      </w:r>
    </w:p>
    <w:p>
      <w:r>
        <w:br/>
        <w:t>Карпо побачив як хрестами,&lt;br /&gt;</w:t>
        <w:br/>
        <w:t>Над кучерявими садами,&lt;br /&gt;</w:t>
        <w:br/>
        <w:t>Виблискує там в далині&lt;br /&gt;</w:t>
        <w:br/>
        <w:t>Їх церква при горі.&lt;br /&gt;</w:t>
        <w:br/>
        <w:t>В цей день була субота&lt;br /&gt;</w:t>
        <w:br/>
        <w:t>І вся закінчена робота,&lt;br /&gt;</w:t>
        <w:br/>
        <w:t>Серпневий вечір наступав&lt;br /&gt;</w:t>
        <w:br/>
        <w:t>Тисяча дев'ятисотого важкого року.&lt;br /&gt;</w:t>
        <w:br/>
        <w:t>І тут Карпо згадав,&lt;br /&gt;</w:t>
        <w:br/>
        <w:t>Що завтра у неділю&lt;br /&gt;</w:t>
        <w:br/>
        <w:t>До церкви всі підуть і понесуть&lt;br /&gt;</w:t>
        <w:br/>
        <w:t>Спрацьовані свої в роботі руки,&lt;br /&gt;</w:t>
        <w:br/>
        <w:t>Хреста на себе ними покладуть,&lt;br /&gt;</w:t>
        <w:br/>
        <w:t>І дух в усіх прозріє,&lt;br /&gt;</w:t>
        <w:br/>
        <w:t>І почуття ці щирі їх серця зігріє.&lt;br /&gt;</w:t>
        <w:br/>
        <w:t>І він побачить знов її,&lt;br /&gt;</w:t>
        <w:br/>
        <w:t>Калину свою милу,&lt;br /&gt;</w:t>
        <w:br/>
        <w:t>— За неї ліг би у могилу...&lt;br /&gt;</w:t>
        <w:br/>
        <w:t>Карпо відчув у грудях стук&lt;br /&gt;</w:t>
        <w:br/>
        <w:t>Своїх сердешних мук.&lt;br /&gt;</w:t>
        <w:br/>
        <w:t>І раптом тут природа вся&lt;br /&gt;</w:t>
        <w:br/>
        <w:t>Заграла наче пісня,&lt;br /&gt;</w:t>
        <w:br/>
        <w:t>І свист качиного крила&lt;br /&gt;</w:t>
        <w:br/>
        <w:t>Над ним в ту мить пронісся.&lt;br /&gt;</w:t>
        <w:br/>
        <w:t>Здалось Карпові що стріла&lt;br /&gt;</w:t>
        <w:br/>
        <w:t>Ударила йому у самі почуття,&lt;br /&gt;</w:t>
        <w:br/>
        <w:t>І загуділа як струна,&lt;br /&gt;</w:t>
        <w:br/>
        <w:t>Що будить до життя&lt;br /&gt;</w:t>
        <w:br/>
        <w:t>Усі природи звуки.&lt;br /&gt;</w:t>
        <w:br/>
        <w:t>І він себе уже не відчував —&lt;br /&gt;</w:t>
        <w:br/>
        <w:t>Частинкою природи став,&lt;br /&gt;</w:t>
        <w:br/>
        <w:t>Як вкопаний ногами босими&lt;br /&gt;</w:t>
        <w:br/>
        <w:t>Стояв на цій землі,&lt;br /&gt;</w:t>
        <w:br/>
        <w:t>Де предки всі&lt;br /&gt;</w:t>
        <w:br/>
        <w:t>Його тут виростали,&lt;br /&gt;</w:t>
        <w:br/>
        <w:t>Де працею красу цю заквітчали,&lt;br /&gt;</w:t>
        <w:br/>
        <w:t>Де і вмирали, і їх ховали&lt;br /&gt;</w:t>
        <w:br/>
        <w:t>У землю рідну цю.</w:t>
      </w:r>
    </w:p>
    <w:p>
      <w:r>
        <w:br/>
        <w:t>На другий день&lt;br /&gt;</w:t>
        <w:br/>
        <w:t>Стояв Карпо серед людей&lt;br /&gt;</w:t>
        <w:br/>
        <w:t>Святого храму&lt;br /&gt;</w:t>
        <w:br/>
        <w:t>І від дверей&lt;br /&gt;</w:t>
        <w:br/>
        <w:t>Доносилися відгуки людського гаму.&lt;br /&gt;</w:t>
        <w:br/>
        <w:t>Його кремезна постать тіла&lt;br /&gt;</w:t>
        <w:br/>
        <w:t>Поверх людського моря височіла,&lt;br /&gt;</w:t>
        <w:br/>
        <w:t>А голови усіх людей&lt;br /&gt;</w:t>
        <w:br/>
        <w:t>Йому сягали до грудей&lt;br /&gt;</w:t>
        <w:br/>
        <w:t>І з висоти він бачив все,&lt;br /&gt;</w:t>
        <w:br/>
        <w:t>Що діялось навкруг.&lt;br /&gt;</w:t>
        <w:br/>
        <w:t>Гойдався переливом дуг&lt;br /&gt;</w:t>
        <w:br/>
        <w:t>Його смуглявий чуб,&lt;br /&gt;</w:t>
        <w:br/>
        <w:t>Козацькі густі вуса пружно&lt;br /&gt;</w:t>
        <w:br/>
        <w:t>Весь час немов всміхалися комусь.&lt;br /&gt;</w:t>
        <w:br/>
        <w:t>Великі карі очі&lt;br /&gt;</w:t>
        <w:br/>
        <w:t>Світилися вогнем,&lt;br /&gt;</w:t>
        <w:br/>
        <w:t>Що падав в душі ці дівочі&lt;br /&gt;</w:t>
        <w:br/>
        <w:t>І грів розжареним свинцем&lt;br /&gt;</w:t>
        <w:br/>
        <w:t>Кохання мрії серед ночі.&lt;br /&gt;</w:t>
        <w:br/>
        <w:t>Здавалося, що в постаті такого юнака&lt;br /&gt;</w:t>
        <w:br/>
        <w:t>І в милих рисах свіжого лиця&lt;br /&gt;</w:t>
        <w:br/>
        <w:t>Природа повністю відбила&lt;br /&gt;</w:t>
        <w:br/>
        <w:t>Всі риси козака&lt;br /&gt;</w:t>
        <w:br/>
        <w:t>Багатої на вроду України.</w:t>
      </w:r>
    </w:p>
    <w:p>
      <w:r>
        <w:br/>
        <w:t>Та гамір втих&lt;br /&gt;</w:t>
        <w:br/>
        <w:t>І бас із уст святих&lt;br /&gt;</w:t>
        <w:br/>
        <w:t>У Господа уже просив в молитві&lt;br /&gt;</w:t>
        <w:br/>
        <w:t>"За здравіє" царя Росії,&lt;br /&gt;</w:t>
        <w:br/>
        <w:t>Щоб імператорські його всі мрії&lt;br /&gt;</w:t>
        <w:br/>
        <w:t>Господь почув,&lt;br /&gt;</w:t>
        <w:br/>
        <w:t>Щоб не забув&lt;br /&gt;</w:t>
        <w:br/>
        <w:t>З святих небес послати&lt;br /&gt;</w:t>
        <w:br/>
        <w:t>Імперії Росії перемог,&lt;br /&gt;</w:t>
        <w:br/>
        <w:t>Щоб ні один народ&lt;br /&gt;</w:t>
        <w:br/>
        <w:t>З ярма її ніколи не виходив,&lt;br /&gt;</w:t>
        <w:br/>
        <w:t>І мріяти не смів ніколи&lt;br /&gt;</w:t>
        <w:br/>
        <w:t>Свій вільний мати шлях,&lt;br /&gt;</w:t>
        <w:br/>
        <w:t>І що у злості захлинається ще лях,&lt;br /&gt;</w:t>
        <w:br/>
        <w:t>Який весь час перечить,&lt;br /&gt;</w:t>
        <w:br/>
        <w:t>Що ніби Польща не належить&lt;br /&gt;</w:t>
        <w:br/>
        <w:t>Імперії Великої Росії,&lt;br /&gt;</w:t>
        <w:br/>
        <w:t>А України всі надії&lt;br /&gt;</w:t>
        <w:br/>
        <w:t>Росія принесе,&lt;br /&gt;</w:t>
        <w:br/>
        <w:t>Тому її населення усе&lt;br /&gt;</w:t>
        <w:br/>
        <w:t>Повинно Бога ще молити,&lt;br /&gt;</w:t>
        <w:br/>
        <w:t>Що має щастя, щоб ходити&lt;br /&gt;</w:t>
        <w:br/>
        <w:t>В великому імперському ярмі,&lt;br /&gt;</w:t>
        <w:br/>
        <w:t>Бо українці ще самі&lt;br /&gt;</w:t>
        <w:br/>
        <w:t>Не вміють кроку і ступити,&lt;br /&gt;</w:t>
        <w:br/>
        <w:t>Не те, щоб самостійно жити,&lt;br /&gt;</w:t>
        <w:br/>
        <w:t>Тому повинні Бога тут молити&lt;br /&gt;</w:t>
        <w:br/>
        <w:t>"За здравіє царя".&lt;br /&gt;</w:t>
        <w:br/>
        <w:t>І пєвчі дзвінко повторяли&lt;br /&gt;</w:t>
        <w:br/>
        <w:t>Святі слова,&lt;br /&gt;</w:t>
        <w:br/>
        <w:t>Вони душевно так співали,&lt;br /&gt;</w:t>
        <w:br/>
        <w:t>Що ця мелодія сама,&lt;br /&gt;</w:t>
        <w:br/>
        <w:t>Як пісня солов'я,&lt;br /&gt;</w:t>
        <w:br/>
        <w:t>Природною була&lt;br /&gt;</w:t>
        <w:br/>
        <w:t>І ніжно падала у душу.</w:t>
      </w:r>
    </w:p>
    <w:p>
      <w:r>
        <w:br/>
        <w:t>Карпо поволі ще просунувся вперед,&lt;br /&gt;</w:t>
        <w:br/>
        <w:t>У такт усім хреста на себе клав,&lt;br /&gt;</w:t>
        <w:br/>
        <w:t>А сам очей він не спускав&lt;br /&gt;</w:t>
        <w:br/>
        <w:t>З дівочої краси,&lt;br /&gt;</w:t>
        <w:br/>
        <w:t>Яка стояла попереду,&lt;br /&gt;</w:t>
        <w:br/>
        <w:t>Струнка і гарна з заду і спереду,&lt;br /&gt;</w:t>
        <w:br/>
        <w:t>Втім храмі, як для нього — ангелом була,&lt;br /&gt;</w:t>
        <w:br/>
        <w:t>А на спині звивалася коса,&lt;br /&gt;</w:t>
        <w:br/>
        <w:t>Смуглява і густа,&lt;br /&gt;</w:t>
        <w:br/>
        <w:t>І дівчина сама&lt;br /&gt;</w:t>
        <w:br/>
        <w:t>Карпові була як свята.&lt;br /&gt;</w:t>
        <w:br/>
        <w:t>Її присутність дух перехопила,&lt;br /&gt;</w:t>
        <w:br/>
        <w:t>Вона до того була мила&lt;br /&gt;</w:t>
        <w:br/>
        <w:t>І не могла вже стати&lt;br /&gt;</w:t>
        <w:br/>
        <w:t>Для нього доля більш щаслива,&lt;br /&gt;</w:t>
        <w:br/>
        <w:t>Коли він міг і бачити її і відчувати&lt;br /&gt;</w:t>
        <w:br/>
        <w:t>У церкві, тут, серед людей.</w:t>
      </w:r>
    </w:p>
    <w:p>
      <w:r>
        <w:br/>
        <w:t>Карпо з Калиною в дитинстві гралися разом,&lt;br /&gt;</w:t>
        <w:br/>
        <w:t>Купались голими у річці за селом&lt;br /&gt;</w:t>
        <w:br/>
        <w:t>І тим вже ніжним почуттям&lt;br /&gt;</w:t>
        <w:br/>
        <w:t>Їх огорнуло те кохання,&lt;br /&gt;</w:t>
        <w:br/>
        <w:t>Коли прозріла юність рання.&lt;br /&gt;</w:t>
        <w:br/>
        <w:t>І їх батьки завжди дружили,&lt;br /&gt;</w:t>
        <w:br/>
        <w:t>Малими на руках носили,&lt;br /&gt;</w:t>
        <w:br/>
        <w:t>А більшими, у церкву що неділі їх вели&lt;br /&gt;</w:t>
        <w:br/>
        <w:t>І часто у святкові дні&lt;br /&gt;</w:t>
        <w:br/>
        <w:t>Збиралися у гості,&lt;br /&gt;</w:t>
        <w:br/>
        <w:t>Або в роботі на полях&lt;br /&gt;</w:t>
        <w:br/>
        <w:t>Одні одним допомагали,&lt;br /&gt;</w:t>
        <w:br/>
        <w:t>Та діти вже по виростали,&lt;br /&gt;</w:t>
        <w:br/>
        <w:t>Дівчатами і юнаками стали.</w:t>
      </w:r>
    </w:p>
    <w:p>
      <w:r>
        <w:br/>
        <w:t>Вже батюшка закінчив проповідь велику,&lt;br /&gt;</w:t>
        <w:br/>
        <w:t>Збирався до молитви перейти.&lt;br /&gt;</w:t>
        <w:br/>
        <w:t>Карпо ж не відривав очей&lt;br /&gt;</w:t>
        <w:br/>
        <w:t>Від милих тих косей.&lt;br /&gt;</w:t>
        <w:br/>
        <w:t>Калина відчувала його погляд&lt;br /&gt;</w:t>
        <w:br/>
        <w:t>Та раптом, в мить якусь&lt;br /&gt;</w:t>
        <w:br/>
        <w:t>До нього озирнулась і забулась...&lt;br /&gt;</w:t>
        <w:br/>
        <w:t>І очі в нього зайнялися і застигли,&lt;br /&gt;</w:t>
        <w:br/>
        <w:t>По милому лиці пробігли.&lt;br /&gt;</w:t>
        <w:br/>
        <w:t>Ці губи — пелюстки червоні,&lt;br /&gt;</w:t>
        <w:br/>
        <w:t>Як у троянди квіти,&lt;br /&gt;</w:t>
        <w:br/>
        <w:t>А брови чорні,&lt;br /&gt;</w:t>
        <w:br/>
        <w:t>Що наче прагнули кудись злетіти&lt;br /&gt;</w:t>
        <w:br/>
        <w:t>Разом із ним у помасі крила&lt;br /&gt;</w:t>
        <w:br/>
        <w:t>Сміливого і гордого орла.&lt;br /&gt;</w:t>
        <w:br/>
        <w:t>А очі її карі&lt;br /&gt;</w:t>
        <w:br/>
        <w:t>Нічного неба зорями світили,&lt;br /&gt;</w:t>
        <w:br/>
        <w:t>Карпові душу в мить пробили&lt;br /&gt;</w:t>
        <w:br/>
        <w:t>Ці дві зіниці, як жарини&lt;br /&gt;</w:t>
        <w:br/>
        <w:t>І він відчув, що у Калини&lt;br /&gt;</w:t>
        <w:br/>
        <w:t>До нього теж є почуття.&lt;br /&gt;</w:t>
        <w:br/>
        <w:t>Вона давно вже очі відвела,&lt;br /&gt;</w:t>
        <w:br/>
        <w:t>Несучи руку від чола&lt;br /&gt;</w:t>
        <w:br/>
        <w:t>Поклала кілька раз хреста&lt;br /&gt;</w:t>
        <w:br/>
        <w:t>Собі на груди,&lt;br /&gt;</w:t>
        <w:br/>
        <w:t>А він розгублений стояв&lt;br /&gt;</w:t>
        <w:br/>
        <w:t>І сам не знав,&lt;br /&gt;</w:t>
        <w:br/>
        <w:t>Що діється із ним.&lt;br /&gt;</w:t>
        <w:br/>
        <w:t>В той час, дмухнувши дим&lt;br /&gt;</w:t>
        <w:br/>
        <w:t>З великого кадила,&lt;br /&gt;</w:t>
        <w:br/>
        <w:t>Молитву батюшка читав&lt;br /&gt;</w:t>
        <w:br/>
        <w:t>І тут громада вся за ним&lt;br /&gt;</w:t>
        <w:br/>
        <w:t>Святі слова ці повторяла.&lt;br /&gt;</w:t>
        <w:br/>
        <w:t>Карпо схвильований лицем палав,&lt;br /&gt;</w:t>
        <w:br/>
        <w:t>Не в такт хреста поклав&lt;br /&gt;</w:t>
        <w:br/>
        <w:t>Собі на груди&lt;br /&gt;</w:t>
        <w:br/>
        <w:t>І піп помітив це,&lt;br /&gt;</w:t>
        <w:br/>
        <w:t>У паузі зціпивши зуби&lt;br /&gt;</w:t>
        <w:br/>
        <w:t>Карпу очима погрозив&lt;br /&gt;</w:t>
        <w:br/>
        <w:t>І той уже у такт за ним&lt;br /&gt;</w:t>
        <w:br/>
        <w:t>Всі повторяв слова молитви.</w:t>
      </w:r>
    </w:p>
    <w:p>
      <w:r>
        <w:br/>
        <w:t>То там, то тут юрбилися дівчата і жінки,&lt;br /&gt;</w:t>
        <w:br/>
        <w:t>Вони усі одягнені були&lt;br /&gt;</w:t>
        <w:br/>
        <w:t>В яскравому святковому вбранні.&lt;br /&gt;</w:t>
        <w:br/>
        <w:t>Чоловіки також збивалися у гурт&lt;br /&gt;</w:t>
        <w:br/>
        <w:t>І на леваді, біля церкви тут&lt;br /&gt;</w:t>
        <w:br/>
        <w:t>Дзвеніли жарти, сміх,&lt;br /&gt;</w:t>
        <w:br/>
        <w:t>А потім це втихало.&lt;br /&gt;</w:t>
        <w:br/>
        <w:t>З під солом'яних стріх&lt;br /&gt;</w:t>
        <w:br/>
        <w:t>Над цими барвами&lt;br /&gt;</w:t>
        <w:br/>
        <w:t>Душевна пісня вже пливла&lt;br /&gt;</w:t>
        <w:br/>
        <w:t>І ніжністю всім душу полонила.&lt;br /&gt;</w:t>
        <w:br/>
        <w:t>Дівчата злилися юрбою,&lt;br /&gt;</w:t>
        <w:br/>
        <w:t>Під величезною вербою,&lt;br /&gt;</w:t>
        <w:br/>
        <w:t>Над чистою водою,&lt;br /&gt;</w:t>
        <w:br/>
        <w:t>Про щось шепталась та юрба,&lt;br /&gt;</w:t>
        <w:br/>
        <w:t>А то здригалася верба&lt;br /&gt;</w:t>
        <w:br/>
        <w:t>Від сміху їх дзвінкого.&lt;br /&gt;</w:t>
        <w:br/>
        <w:t>У дзеркалі-воді&lt;br /&gt;</w:t>
        <w:br/>
        <w:t>Звабливі постаті стрункі&lt;br /&gt;</w:t>
        <w:br/>
        <w:t>Здавалися до любощів охочі&lt;br /&gt;</w:t>
        <w:br/>
        <w:t>І їхні очі,&lt;br /&gt;</w:t>
        <w:br/>
        <w:t>Карі, сірі й голубі,&lt;br /&gt;</w:t>
        <w:br/>
        <w:t>Були усі у золоті іскристім,&lt;br /&gt;</w:t>
        <w:br/>
        <w:t>В дівочім серці чистім&lt;br /&gt;</w:t>
        <w:br/>
        <w:t>Таїлася невинна доброта.&lt;br /&gt;</w:t>
        <w:br/>
        <w:t>У кожної товста коса&lt;br /&gt;</w:t>
        <w:br/>
        <w:t>Звивалася по спині,&lt;br /&gt;</w:t>
        <w:br/>
        <w:t>А квіти у вінках&lt;br /&gt;</w:t>
        <w:br/>
        <w:t>Червоні, жовті, сині&lt;br /&gt;</w:t>
        <w:br/>
        <w:t>Життям горіли в них на головах&lt;br /&gt;</w:t>
        <w:br/>
        <w:t>І стрічки вітер полоскав.&lt;br /&gt;</w:t>
        <w:br/>
        <w:t>А недалеко гурт стояв&lt;br /&gt;</w:t>
        <w:br/>
        <w:t>Великих дужих парубків,&lt;br /&gt;</w:t>
        <w:br/>
        <w:t>Над ними височів&lt;br /&gt;</w:t>
        <w:br/>
        <w:t>Кремезністю Карпо,&lt;br /&gt;</w:t>
        <w:br/>
        <w:t>Який уважно хлопців слухав,&lt;br /&gt;</w:t>
        <w:br/>
        <w:t>А сам піднісши до гори чоло,&lt;br /&gt;</w:t>
        <w:br/>
        <w:t>Очиці запустив у гурт дівчат&lt;br /&gt;</w:t>
        <w:br/>
        <w:t>І серед них шукав&lt;br /&gt;</w:t>
        <w:br/>
        <w:t>Худеньку постать ніжної Калини.&lt;br /&gt;</w:t>
        <w:br/>
        <w:t>Червоний промінь сонця вже згасав&lt;br /&gt;</w:t>
        <w:br/>
        <w:t>І сутінки повзли в долини.&lt;br /&gt;</w:t>
        <w:br/>
        <w:t>Гурти змішалися з гуртами,&lt;br /&gt;</w:t>
        <w:br/>
        <w:t>Навкруг стояли вже рядами&lt;br /&gt;</w:t>
        <w:br/>
        <w:t>Дівчата з хлопцями разом.</w:t>
      </w:r>
    </w:p>
    <w:p>
      <w:r>
        <w:br/>
        <w:t>Всміхався місяць вже новим серпом,&lt;br /&gt;</w:t>
        <w:br/>
        <w:t>Хоч зарево червоне ще не згасло.&lt;br /&gt;</w:t>
        <w:br/>
        <w:t>Перед Карпом&lt;br /&gt;</w:t>
        <w:br/>
        <w:t>Вилася стежка у траві&lt;br /&gt;</w:t>
        <w:br/>
        <w:t>До озера вздовж Тарнорудки,&lt;br /&gt;</w:t>
        <w:br/>
        <w:t>Якої береги усі&lt;br /&gt;</w:t>
        <w:br/>
        <w:t>Над самою водою,&lt;br /&gt;</w:t>
        <w:br/>
        <w:t>По всій долині шириною&lt;br /&gt;</w:t>
        <w:br/>
        <w:t>Вербами густо заросли.&lt;br /&gt;</w:t>
        <w:br/>
        <w:t>Як річка вільною ходою&lt;br /&gt;</w:t>
        <w:br/>
        <w:t>У сутінках Калина йшла&lt;br /&gt;</w:t>
        <w:br/>
        <w:t>Спустивши голову додолу,&lt;br /&gt;</w:t>
        <w:br/>
        <w:t>Немов у серці сум несла.&lt;br /&gt;</w:t>
        <w:br/>
        <w:t>В Карпа перехопило дух&lt;br /&gt;</w:t>
        <w:br/>
        <w:t>Із серця виривався стук,&lt;br /&gt;</w:t>
        <w:br/>
        <w:t>Здавалось, що вона почує.&lt;br /&gt;</w:t>
        <w:br/>
        <w:t>Хода його вже в біг крокує,&lt;br /&gt;</w:t>
        <w:br/>
        <w:t>Ще мить і він її догнав&lt;br /&gt;</w:t>
        <w:br/>
        <w:t>І перед нею став.&lt;br /&gt;</w:t>
        <w:br/>
        <w:t>Калина навіть не здригнулась,&lt;br /&gt;</w:t>
        <w:br/>
        <w:t>А вся спокійною була,&lt;br /&gt;</w:t>
        <w:br/>
        <w:t>Ледь усміхнулась,&lt;br /&gt;</w:t>
        <w:br/>
        <w:t>Немов би то вона сама&lt;br /&gt;</w:t>
        <w:br/>
        <w:t>Чекала його тут.&lt;br /&gt;</w:t>
        <w:br/>
        <w:t>І серця сильний стук&lt;br /&gt;</w:t>
        <w:br/>
        <w:t>Карпо не міг вже зупинити.</w:t>
      </w:r>
    </w:p>
    <w:p>
      <w:r>
        <w:br/>
        <w:t>Ясніше місяць став світити&lt;br /&gt;</w:t>
        <w:br/>
        <w:t>І виразно її він образ бачив,&lt;br /&gt;</w:t>
        <w:br/>
        <w:t>Вона йому дивилася у вічі, наче&lt;br /&gt;</w:t>
        <w:br/>
        <w:t>В душі її була захована журба&lt;br /&gt;</w:t>
        <w:br/>
        <w:t>І покотилася сльоза&lt;br /&gt;</w:t>
        <w:br/>
        <w:t>Упавши в свіжі роси,&lt;br /&gt;</w:t>
        <w:br/>
        <w:t>З грудей звисали коси&lt;br /&gt;</w:t>
        <w:br/>
        <w:t>Заквітчані в стрічках.&lt;br /&gt;</w:t>
        <w:br/>
        <w:t>В її очах&lt;br /&gt;</w:t>
        <w:br/>
        <w:t>Карпо побачив чисту глибину&lt;br /&gt;</w:t>
        <w:br/>
        <w:t>Дівочого чекання&lt;br /&gt;</w:t>
        <w:br/>
        <w:t>— Його гарячого кохання.&lt;br /&gt;</w:t>
        <w:br/>
        <w:t>Він руку їй поклав на спину,&lt;br /&gt;</w:t>
        <w:br/>
        <w:t>Легенько пригорнув до себе,&lt;br /&gt;</w:t>
        <w:br/>
        <w:t>В хвилину цю щасливу&lt;br /&gt;</w:t>
        <w:br/>
        <w:t>Вона до нього притулилась,&lt;br /&gt;</w:t>
        <w:br/>
        <w:t>Голівка ніжно по хилилась.&lt;br /&gt;</w:t>
        <w:br/>
        <w:t>З своїх грудей&lt;br /&gt;</w:t>
        <w:br/>
        <w:t>Долонями підняв її обличчя,&lt;br /&gt;</w:t>
        <w:br/>
        <w:t>Не відриваючи очей&lt;br /&gt;</w:t>
        <w:br/>
        <w:t>Пізнав дівочого довір'я почуття,&lt;br /&gt;</w:t>
        <w:br/>
        <w:t>Солодких губ п'янкого відчуття,&lt;br /&gt;</w:t>
        <w:br/>
        <w:t>Що розквітали полум'ям червоним&lt;br /&gt;</w:t>
        <w:br/>
        <w:t>І дихали вже подихом глибоким, повним,&lt;br /&gt;</w:t>
        <w:br/>
        <w:t>Немов вона сама&lt;br /&gt;</w:t>
        <w:br/>
        <w:t>Була трояндою життя,&lt;br /&gt;</w:t>
        <w:br/>
        <w:t>І їх уста&lt;br /&gt;</w:t>
        <w:br/>
        <w:t>Злились в одному поцілунку!</w:t>
      </w:r>
    </w:p>
    <w:p>
      <w:r>
        <w:br/>
        <w:t>Зігнулись верби над водою,&lt;br /&gt;</w:t>
        <w:br/>
        <w:t>Затихла пісня солов'я,&lt;br /&gt;</w:t>
        <w:br/>
        <w:t>І місяць променем-рукою&lt;br /&gt;</w:t>
        <w:br/>
        <w:t>В полях прикрив жита,&lt;br /&gt;</w:t>
        <w:br/>
        <w:t>Щоб колосками не шептали,&lt;br /&gt;</w:t>
        <w:br/>
        <w:t>А подихом ввібрали&lt;br /&gt;</w:t>
        <w:br/>
        <w:t>І в собі заховали&lt;br /&gt;</w:t>
        <w:br/>
        <w:t>В напруженні тремтячі їх тіла&lt;br /&gt;</w:t>
        <w:br/>
        <w:t>Й нове життя,&lt;br /&gt;</w:t>
        <w:br/>
        <w:t>Яке родилося у ніжнім поцілунку.</w:t>
      </w:r>
    </w:p>
    <w:p>
      <w:r>
        <w:br/>
        <w:t>ЧАСТИНА ДРУГА</w:t>
      </w:r>
    </w:p>
    <w:p>
      <w:r>
        <w:br/>
        <w:t>Ішов важкий той п'ятий рік,&lt;br /&gt;</w:t>
        <w:br/>
        <w:t>Що розпочав двадцятий вік&lt;br /&gt;</w:t>
        <w:br/>
        <w:t>У горі й муках для людей&lt;br /&gt;</w:t>
        <w:br/>
        <w:t>Імперії захланної Росії.&lt;br /&gt;</w:t>
        <w:br/>
        <w:t>І ще не виріс Прометей,&lt;br /&gt;</w:t>
        <w:br/>
        <w:t>Який приніс би ті надії,&lt;br /&gt;</w:t>
        <w:br/>
        <w:t>Що будить мрії&lt;br /&gt;</w:t>
        <w:br/>
        <w:t>Позбутися російського ярма.&lt;br /&gt;</w:t>
        <w:br/>
        <w:t>Стояла міцно та стіна&lt;br /&gt;</w:t>
        <w:br/>
        <w:t>З розбою і насильства,&lt;br /&gt;</w:t>
        <w:br/>
        <w:t>Вона збудована була&lt;br /&gt;</w:t>
        <w:br/>
        <w:t>Для мук людських і вбивства.&lt;br /&gt;</w:t>
        <w:br/>
        <w:t>Як й інші всі народи&lt;br /&gt;</w:t>
        <w:br/>
        <w:t>Несла кайдани ці покори&lt;br /&gt;</w:t>
        <w:br/>
        <w:t>Сердешна Україна стомлена, сумна.&lt;br /&gt;</w:t>
        <w:br/>
        <w:t>— Її скалічена душа&lt;br /&gt;</w:t>
        <w:br/>
        <w:t>У рабстві билася одна.&lt;br /&gt;</w:t>
        <w:br/>
        <w:t>Цю долю рідної землі&lt;br /&gt;</w:t>
        <w:br/>
        <w:t>Сповна ділили і Карпо й Калина,&lt;br /&gt;</w:t>
        <w:br/>
        <w:t>Які вже п'ятий рік жили у шлюбі&lt;br /&gt;</w:t>
        <w:br/>
        <w:t>Завзяті, молоді і дужі,&lt;br /&gt;</w:t>
        <w:br/>
        <w:t>Вони не в'яли у напрузі&lt;br /&gt;</w:t>
        <w:br/>
        <w:t>Важкої праці і турбот.&lt;br /&gt;</w:t>
        <w:br/>
        <w:t>Де був Карпа город,&lt;br /&gt;</w:t>
        <w:br/>
        <w:t>Обоє збудували хату,&lt;br /&gt;</w:t>
        <w:br/>
        <w:t>Соломою покрили.&lt;br /&gt;</w:t>
        <w:br/>
        <w:t>Коли ж у ній вже жили,&lt;br /&gt;</w:t>
        <w:br/>
        <w:t>Садочок посадили,&lt;br /&gt;</w:t>
        <w:br/>
        <w:t>А потім збудували хлів, стодолу,&lt;br /&gt;</w:t>
        <w:br/>
        <w:t>Розвели птицю,&lt;br /&gt;</w:t>
        <w:br/>
        <w:t>Завели свиню, корову&lt;br /&gt;</w:t>
        <w:br/>
        <w:t>І більше вже можливості не мали,&lt;br /&gt;</w:t>
        <w:br/>
        <w:t>Бо навіть те, що в них було&lt;br /&gt;</w:t>
        <w:br/>
        <w:t>Ледь-ледь це годували.&lt;br /&gt;</w:t>
        <w:br/>
        <w:t>А на городі в них росло&lt;br /&gt;</w:t>
        <w:br/>
        <w:t>Лиш те, що для приправ,&lt;br /&gt;</w:t>
        <w:br/>
        <w:t>Та різних необхідних страв,&lt;br /&gt;</w:t>
        <w:br/>
        <w:t>А паша вся була із поля,&lt;br /&gt;</w:t>
        <w:br/>
        <w:t>Якого було дуже мало,&lt;br /&gt;</w:t>
        <w:br/>
        <w:t>Від нього навіть не ставало&lt;br /&gt;</w:t>
        <w:br/>
        <w:t>Достатньо мати жита,&lt;br /&gt;</w:t>
        <w:br/>
        <w:t>Сім'я щоб хлібом була сита.&lt;br /&gt;</w:t>
        <w:br/>
        <w:t>І навіть та земля,&lt;br /&gt;</w:t>
        <w:br/>
        <w:t>Яка у них була,&lt;br /&gt;</w:t>
        <w:br/>
        <w:t>Вбирала непосильну працю.&lt;br /&gt;</w:t>
        <w:br/>
        <w:t>Коней в них ще не було,&lt;br /&gt;</w:t>
        <w:br/>
        <w:t>Не мали чим їх годувати,&lt;br /&gt;</w:t>
        <w:br/>
        <w:t>Тому, щоб все зорати,&lt;br /&gt;</w:t>
        <w:br/>
        <w:t>Все звезти з поля і зібрати&lt;br /&gt;</w:t>
        <w:br/>
        <w:t>— Він коней тих наймав,&lt;br /&gt;</w:t>
        <w:br/>
        <w:t>За що давав&lt;br /&gt;</w:t>
        <w:br/>
        <w:t>Частину добру жита.&lt;br /&gt;</w:t>
        <w:br/>
        <w:t>В жнива серпом все жав,&lt;br /&gt;</w:t>
        <w:br/>
        <w:t>Косив посіви трав,&lt;br /&gt;</w:t>
        <w:br/>
        <w:t>В городі шарував і підгортав,&lt;br /&gt;</w:t>
        <w:br/>
        <w:t>А восени руками все збирав,&lt;br /&gt;</w:t>
        <w:br/>
        <w:t>Зимою ціпом молотив снопи&lt;br /&gt;</w:t>
        <w:br/>
        <w:t>Й худобу доглядав.&lt;br /&gt;</w:t>
        <w:br/>
        <w:t>Він день у день по досвітах ставав&lt;br /&gt;</w:t>
        <w:br/>
        <w:t>І по ночі приходив в хату.&lt;br /&gt;</w:t>
        <w:br/>
        <w:t>В ночі не спав, лише дрімав,&lt;br /&gt;</w:t>
        <w:br/>
        <w:t>Настільки тіло все німіло,&lt;br /&gt;</w:t>
        <w:br/>
        <w:t>Від праці чорної боліло.&lt;br /&gt;</w:t>
        <w:br/>
        <w:t>Крім того він ще мав&lt;br /&gt;</w:t>
        <w:br/>
        <w:t>Великі відробляти дні,&lt;br /&gt;</w:t>
        <w:br/>
        <w:t>Коли збирались люди всі&lt;br /&gt;</w:t>
        <w:br/>
        <w:t>Робити вже на тих,&lt;br /&gt;</w:t>
        <w:br/>
        <w:t>Імперія яким і владу й землю дала&lt;br /&gt;</w:t>
        <w:br/>
        <w:t>І через них сама жила, гуляла,&lt;br /&gt;</w:t>
        <w:br/>
        <w:t>Бо все грабоване везла в Росію,&lt;br /&gt;</w:t>
        <w:br/>
        <w:t>Громадячи кулак в надію&lt;br /&gt;</w:t>
        <w:br/>
        <w:t>Військової покори вже для тих,&lt;br /&gt;</w:t>
        <w:br/>
        <w:t>Де вільними були народи в них.</w:t>
      </w:r>
    </w:p>
    <w:p>
      <w:r>
        <w:br/>
        <w:t>Чоловіки всі покидали землю свою,&lt;br /&gt;</w:t>
        <w:br/>
        <w:t>У голоді лишаючи дітей,&lt;br /&gt;</w:t>
        <w:br/>
        <w:t>Імперія давала в руки зброю,&lt;br /&gt;</w:t>
        <w:br/>
        <w:t>Щоби вбивати вільних ще людей.&lt;br /&gt;</w:t>
        <w:br/>
        <w:t>І гинули вони в чужих краях,&lt;br /&gt;</w:t>
        <w:br/>
        <w:t>В загарбницьких боях&lt;br /&gt;</w:t>
        <w:br/>
        <w:t>Хижацької Росії.&lt;br /&gt;</w:t>
        <w:br/>
        <w:t>А вдома сироти малі&lt;br /&gt;</w:t>
        <w:br/>
        <w:t>У муках, в голоді зростали,&lt;br /&gt;</w:t>
        <w:br/>
        <w:t>Коли ж повиростали,&lt;br /&gt;</w:t>
        <w:br/>
        <w:t>То й дальше те ярмо несли,&lt;br /&gt;</w:t>
        <w:br/>
        <w:t>В якому свою землю для Росії ту орали,&lt;br /&gt;</w:t>
        <w:br/>
        <w:t>Кривавим потом поливали,&lt;br /&gt;</w:t>
        <w:br/>
        <w:t>Щоб годувати цього хижака.</w:t>
      </w:r>
    </w:p>
    <w:p>
      <w:r>
        <w:br/>
        <w:t>І важко ніс Карпо жахливу цю неволю,&lt;br /&gt;</w:t>
        <w:br/>
        <w:t>І чесно розділяв він долю&lt;br /&gt;</w:t>
        <w:br/>
        <w:t>Свого народу до кінця.&lt;br /&gt;</w:t>
        <w:br/>
        <w:t>І все таки він радість мав,&lt;br /&gt;</w:t>
        <w:br/>
        <w:t>Тоді, коли в свята вставав і одягав&lt;br /&gt;</w:t>
        <w:br/>
        <w:t>З Калиною своїх дітей,&lt;br /&gt;</w:t>
        <w:br/>
        <w:t>Климка, Трохима і Максима,&lt;br /&gt;</w:t>
        <w:br/>
        <w:t>А серед них була Горпина,&lt;br /&gt;</w:t>
        <w:br/>
        <w:t>Як ягідка одна,&lt;br /&gt;</w:t>
        <w:br/>
        <w:t>Вона з Калиною була&lt;br /&gt;</w:t>
        <w:br/>
        <w:t>По образу як копія мала.&lt;br /&gt;</w:t>
        <w:br/>
        <w:t>А потім йшли усі у церкву,&lt;br /&gt;</w:t>
        <w:br/>
        <w:t>Де він тримав Максима на руках.&lt;br /&gt;</w:t>
        <w:br/>
        <w:t>Стояв вже сам найстарший Клим,&lt;br /&gt;</w:t>
        <w:br/>
        <w:t>А тут за ним — малий Трохим.&lt;br /&gt;</w:t>
        <w:br/>
        <w:t>Калина доню пригорнувши,&lt;br /&gt;</w:t>
        <w:br/>
        <w:t>Рукою пестила її лице,&lt;br /&gt;</w:t>
        <w:br/>
        <w:t>Собою ж вся тулилась до Карпа&lt;br /&gt;</w:t>
        <w:br/>
        <w:t>— Вона сама як квіточка була.&lt;br /&gt;</w:t>
        <w:br/>
        <w:t>Згадалось, років п'ять тому,&lt;br /&gt;</w:t>
        <w:br/>
        <w:t>Він зустрічав її саму,&lt;br /&gt;</w:t>
        <w:br/>
        <w:t>Коли до церкви йшла по за городи,&lt;br /&gt;</w:t>
        <w:br/>
        <w:t>Тоді він радий був&lt;br /&gt;</w:t>
        <w:br/>
        <w:t>Хоч із далека глянути на її вроду,&lt;br /&gt;</w:t>
        <w:br/>
        <w:t>А зараз ось він чув&lt;br /&gt;</w:t>
        <w:br/>
        <w:t>Її і ласку і тепло,&lt;br /&gt;</w:t>
        <w:br/>
        <w:t>І це було&lt;br /&gt;</w:t>
        <w:br/>
        <w:t>Рідніше власного життя.&lt;br /&gt;</w:t>
        <w:br/>
        <w:t>Таке кохання не погасне,&lt;br /&gt;</w:t>
        <w:br/>
        <w:t>Бо жив не кожний зокрема&lt;br /&gt;</w:t>
        <w:br/>
        <w:t>Життям своїм для себе власним&lt;br /&gt;</w:t>
        <w:br/>
        <w:t>— У них була одна душа,&lt;br /&gt;</w:t>
        <w:br/>
        <w:t>Одне на двох єдине почуття&lt;br /&gt;</w:t>
        <w:br/>
        <w:t>До забуття!&lt;br /&gt;</w:t>
        <w:br/>
        <w:t>І горе й радість — все ділили,&lt;br /&gt;</w:t>
        <w:br/>
        <w:t>Страшний вже голод пережили,&lt;br /&gt;</w:t>
        <w:br/>
        <w:t>В спокої й злагоді ростили&lt;br /&gt;</w:t>
        <w:br/>
        <w:t>Своїх дітей.&lt;br /&gt;</w:t>
        <w:br/>
        <w:t>Частіше став Карпо виходить до людей&lt;br /&gt;</w:t>
        <w:br/>
        <w:t>Неподалік тої криниці,&lt;br /&gt;</w:t>
        <w:br/>
        <w:t>Де прали хустки молодиці.&lt;br /&gt;</w:t>
        <w:br/>
        <w:t>По вечорах туди йшли залюбки&lt;br /&gt;</w:t>
        <w:br/>
        <w:t>Не тільки парубки,&lt;br /&gt;</w:t>
        <w:br/>
        <w:t>Там де юрбилися дівки,&lt;br /&gt;</w:t>
        <w:br/>
        <w:t>Що були у полоні від природи,&lt;br /&gt;</w:t>
        <w:br/>
        <w:t>Але приходили сюди й чоловіки,&lt;br /&gt;</w:t>
        <w:br/>
        <w:t>Коли жінки&lt;br /&gt;</w:t>
        <w:br/>
        <w:t>Упоравшись з худобою вечеряти варили.&lt;br /&gt;</w:t>
        <w:br/>
        <w:t>І мова їх була не про дощі,&lt;br /&gt;</w:t>
        <w:br/>
        <w:t>Що сіно замочили&lt;br /&gt;</w:t>
        <w:br/>
        <w:t>І не про колір гриви&lt;br /&gt;</w:t>
        <w:br/>
        <w:t>Панаса Сивого кобили.&lt;br /&gt;</w:t>
        <w:br/>
        <w:t>Вони вже сміло говорили&lt;br /&gt;</w:t>
        <w:br/>
        <w:t>Про цілу Україну,&lt;br /&gt;</w:t>
        <w:br/>
        <w:t>Що шляху вільного не має,&lt;br /&gt;</w:t>
        <w:br/>
        <w:t>Що кожний з них все знає&lt;br /&gt;</w:t>
        <w:br/>
        <w:t>Як дальше жити&lt;br /&gt;</w:t>
        <w:br/>
        <w:t>І що робити,&lt;br /&gt;</w:t>
        <w:br/>
        <w:t>Що би полегшити всім працю й ремесло.&lt;br /&gt;</w:t>
        <w:br/>
        <w:t>Хтось знаючи казав про всі події,&lt;br /&gt;</w:t>
        <w:br/>
        <w:t>Що він давним-давно&lt;br /&gt;</w:t>
        <w:br/>
        <w:t>Вже знав про крах Росії,&lt;br /&gt;</w:t>
        <w:br/>
        <w:t>Як хижого сича,&lt;br /&gt;</w:t>
        <w:br/>
        <w:t>Що в сутінках завжди гострив меча&lt;br /&gt;</w:t>
        <w:br/>
        <w:t>І кров'ю лиш живився&lt;br /&gt;</w:t>
        <w:br/>
        <w:t>Других народів світу,&lt;br /&gt;</w:t>
        <w:br/>
        <w:t>Загнавши їх в свою орбіту&lt;br /&gt;</w:t>
        <w:br/>
        <w:t>Монарх-бездара зирив вже туди,&lt;br /&gt;</w:t>
        <w:br/>
        <w:t>Де ще були&lt;br /&gt;</w:t>
        <w:br/>
        <w:t>Народи вільні від тирана.&lt;br /&gt;</w:t>
        <w:br/>
        <w:t>Дмитра Кривого син розповідав&lt;br /&gt;</w:t>
        <w:br/>
        <w:t>Де взялась його рана,&lt;br /&gt;</w:t>
        <w:br/>
        <w:t>Яку отримав він в боях&lt;br /&gt;</w:t>
        <w:br/>
        <w:t>На тих фронтах,&lt;br /&gt;</w:t>
        <w:br/>
        <w:t>Що наступ повела Росія&lt;br /&gt;</w:t>
        <w:br/>
        <w:t>І на Японію піти посміла,&lt;br /&gt;</w:t>
        <w:br/>
        <w:t>Бо захотіла&lt;br /&gt;</w:t>
        <w:br/>
        <w:t>Загарбати ті землі не свої.&lt;br /&gt;</w:t>
        <w:br/>
        <w:t>З якої ще потреби він там був&lt;br /&gt;</w:t>
        <w:br/>
        <w:t>І що здобув?&lt;br /&gt;</w:t>
        <w:br/>
        <w:t>Приніс до дому рану цю глибоку,&lt;br /&gt;</w:t>
        <w:br/>
        <w:t>Без палиці не ступить ані кроку,&lt;br /&gt;</w:t>
        <w:br/>
        <w:t>Бо свою кров в Манджурії пролив.&lt;br /&gt;</w:t>
        <w:br/>
        <w:t>В той час, як батько його жив&lt;br /&gt;</w:t>
        <w:br/>
        <w:t>В багатих землях України&lt;br /&gt;</w:t>
        <w:br/>
        <w:t>Своєї рідної землі,&lt;br /&gt;</w:t>
        <w:br/>
        <w:t>Де разом з ним і люди всі&lt;br /&gt;</w:t>
        <w:br/>
        <w:t>У наймах вік кінчали,&lt;br /&gt;</w:t>
        <w:br/>
        <w:t>Бувало діти з голоду вмирали,&lt;br /&gt;</w:t>
        <w:br/>
        <w:t>Батьки ж в цей час не своє жито жали&lt;br /&gt;</w:t>
        <w:br/>
        <w:t>На їх землі, але в чужому вже лану,&lt;br /&gt;</w:t>
        <w:br/>
        <w:t>— Російському царю.&lt;br /&gt;</w:t>
        <w:br/>
        <w:t>І тут у гурті тихо стало,&lt;br /&gt;</w:t>
        <w:br/>
        <w:t>Прохання "тихше" пролунало,&lt;br /&gt;</w:t>
        <w:br/>
        <w:t>Ще трохи виступив вперед&lt;br /&gt;</w:t>
        <w:br/>
        <w:t>Стрункий і дужий чоловік,&lt;br /&gt;</w:t>
        <w:br/>
        <w:t>Якому випало на вік&lt;br /&gt;</w:t>
        <w:br/>
        <w:t>У Києві служити в наймах&lt;br /&gt;</w:t>
        <w:br/>
        <w:t>Вантажити морські порти,&lt;br /&gt;</w:t>
        <w:br/>
        <w:t>Ночами босими пройти&lt;br /&gt;</w:t>
        <w:br/>
        <w:t>Доріг тернистих вже чи мало,&lt;br /&gt;</w:t>
        <w:br/>
        <w:t>Тому хотіли всі&lt;br /&gt;</w:t>
        <w:br/>
        <w:t>І старші й молоді&lt;br /&gt;</w:t>
        <w:br/>
        <w:t>Почути, що бувало&lt;br /&gt;</w:t>
        <w:br/>
        <w:t>У нього на віку.&lt;br /&gt;</w:t>
        <w:br/>
        <w:t>А він повів розмову вже таку:&lt;br /&gt;</w:t>
        <w:br/>
        <w:t>"Чутки блукають по Росії,&lt;br /&gt;</w:t>
        <w:br/>
        <w:t>Що всі імперії надії&lt;br /&gt;</w:t>
        <w:br/>
        <w:t>Цар не спроможний довести:&lt;br /&gt;</w:t>
        <w:br/>
        <w:t>Окраїни її не втримати і не спасти.&lt;br /&gt;</w:t>
        <w:br/>
        <w:t>Загарбані чужі народи&lt;br /&gt;</w:t>
        <w:br/>
        <w:t>В десятки раз є більшими від неї,&lt;br /&gt;</w:t>
        <w:br/>
        <w:t>Але продукції своєї&lt;br /&gt;</w:t>
        <w:br/>
        <w:t>Не збільшують уже десятки літ.&lt;br /&gt;</w:t>
        <w:br/>
        <w:t>Ручна кругом вся праця непосильна,&lt;br /&gt;</w:t>
        <w:br/>
        <w:t>Від чого ця імперія не сильна&lt;br /&gt;</w:t>
        <w:br/>
        <w:t>Хиріє день за днем,&lt;br /&gt;</w:t>
        <w:br/>
        <w:t>І промисли ніде вже не зростають,&lt;br /&gt;</w:t>
        <w:br/>
        <w:t>А нації гудуть,&lt;br /&gt;</w:t>
        <w:br/>
        <w:t>Що в злиднях сил нема.&lt;br /&gt;</w:t>
        <w:br/>
        <w:t>І тут Росія вже сама&lt;br /&gt;</w:t>
        <w:br/>
        <w:t>Відчула що старіє&lt;br /&gt;</w:t>
        <w:br/>
        <w:t>І верне на царя,&lt;br /&gt;</w:t>
        <w:br/>
        <w:t>Що ніби він не вміє&lt;br /&gt;</w:t>
        <w:br/>
        <w:t>Порядок зберегти&lt;br /&gt;</w:t>
        <w:br/>
        <w:t>І господарство так вести,&lt;br /&gt;</w:t>
        <w:br/>
        <w:t>Щоб дух імперії міцнів,&lt;br /&gt;</w:t>
        <w:br/>
        <w:t>Військова сила щоб зростала&lt;br /&gt;</w:t>
        <w:br/>
        <w:t>— Щоб інший хтось її повів!&lt;br /&gt;</w:t>
        <w:br/>
        <w:t>І зараз зріють там в Росії&lt;br /&gt;</w:t>
        <w:br/>
        <w:t>Нові не знані ще події&lt;br /&gt;</w:t>
        <w:br/>
        <w:t>Таку імперську силу мати,&lt;br /&gt;</w:t>
        <w:br/>
        <w:t>Що би царя зі всім зігнати,&lt;br /&gt;</w:t>
        <w:br/>
        <w:t>А владу наче передати у народ,&lt;br /&gt;</w:t>
        <w:br/>
        <w:t>Здійснивши цей переворот&lt;br /&gt;</w:t>
        <w:br/>
        <w:t>І у полегшені життя&lt;br /&gt;</w:t>
        <w:br/>
        <w:t>Ніхто ніколи більшого і не здобуде,&lt;br /&gt;</w:t>
        <w:br/>
        <w:t>Лиш сила ця вже буде&lt;br /&gt;</w:t>
        <w:br/>
        <w:t>Усіх вести у рай,&lt;br /&gt;</w:t>
        <w:br/>
        <w:t>Тому із краю в край&lt;br /&gt;</w:t>
        <w:br/>
        <w:t>Народи всі Росії&lt;br /&gt;</w:t>
        <w:br/>
        <w:t>З'єднаються в єдиній мрії.&lt;br /&gt;</w:t>
        <w:br/>
        <w:t>А далі клич свій понесуть&lt;br /&gt;</w:t>
        <w:br/>
        <w:t>І світ весь приведуть&lt;br /&gt;</w:t>
        <w:br/>
        <w:t>До перемоги того раю!&lt;br /&gt;</w:t>
        <w:br/>
        <w:t>Наука ця уже міцніє&lt;br /&gt;</w:t>
        <w:br/>
        <w:t>І Ленін мріє й діє,&lt;br /&gt;</w:t>
        <w:br/>
        <w:t>Щоб владу цю у руки взяти,&lt;br /&gt;</w:t>
        <w:br/>
        <w:t>Імперію від смерті зберегти&lt;br /&gt;</w:t>
        <w:br/>
        <w:t>І всі народи повести&lt;br /&gt;</w:t>
        <w:br/>
        <w:t>До здійснення його мети.&lt;br /&gt;</w:t>
        <w:br/>
        <w:t>У Леніна тут логіка проста:&lt;br /&gt;</w:t>
        <w:br/>
        <w:t>Дарує він ще за життя&lt;br /&gt;</w:t>
        <w:br/>
        <w:t>Усім в земних умовах рай.&lt;br /&gt;</w:t>
        <w:br/>
        <w:t>І з краю в край&lt;br /&gt;</w:t>
        <w:br/>
        <w:t>Це слово солодко звучить&lt;br /&gt;</w:t>
        <w:br/>
        <w:t>У муках чорної роботи,&lt;br /&gt;</w:t>
        <w:br/>
        <w:t>І манить скинути турботи&lt;br /&gt;</w:t>
        <w:br/>
        <w:t>Важких страждань.&lt;br /&gt;</w:t>
        <w:br/>
        <w:t>Всім об'єднавшись — просто в рай,&lt;br /&gt;</w:t>
        <w:br/>
        <w:t>За руки взявшись прийдуть всі народи.&lt;br /&gt;</w:t>
        <w:br/>
        <w:t>Хто може втриматись&lt;br /&gt;</w:t>
        <w:br/>
        <w:t>Від отакої насолоди?&lt;br /&gt;</w:t>
        <w:br/>
        <w:t>Хто сміє тут не дати згоди?&lt;br /&gt;</w:t>
        <w:br/>
        <w:t>Хто проти стане,&lt;br /&gt;</w:t>
        <w:br/>
        <w:t>Той значить прагне&lt;br /&gt;</w:t>
        <w:br/>
        <w:t>Ярмо важкої праці зберегти.&lt;br /&gt;</w:t>
        <w:br/>
        <w:t>Ось легкий шлях мети&lt;br /&gt;</w:t>
        <w:br/>
        <w:t>Імперії простори не втрачати,&lt;br /&gt;</w:t>
        <w:br/>
        <w:t>А зберегти і згодом довести,&lt;br /&gt;</w:t>
        <w:br/>
        <w:t>Що Вже весь світ належить лиш Росії !"</w:t>
      </w:r>
    </w:p>
    <w:p>
      <w:r>
        <w:br/>
        <w:t>Усе в Карпа в уяві пішло колом,&lt;br /&gt;</w:t>
        <w:br/>
        <w:t>Ніяк не міг схопитися за факт&lt;br /&gt;</w:t>
        <w:br/>
        <w:t>І на лиці виднівся сором,&lt;br /&gt;</w:t>
        <w:br/>
        <w:t>Що він не вміє уявляти так&lt;br /&gt;</w:t>
        <w:br/>
        <w:t>Все те, що мусить знати&lt;br /&gt;</w:t>
        <w:br/>
        <w:t>Хоч і простий, та не дурний козак.&lt;br /&gt;</w:t>
        <w:br/>
        <w:t>І докоряв, не знаючи кому,&lt;br /&gt;</w:t>
        <w:br/>
        <w:t>Що грамоти не взяв,&lt;br /&gt;</w:t>
        <w:br/>
        <w:t>Що не вивчав&lt;br /&gt;</w:t>
        <w:br/>
        <w:t>Складних державних ситуацій,&lt;br /&gt;</w:t>
        <w:br/>
        <w:t>Та твердо знав лише одне,&lt;br /&gt;</w:t>
        <w:br/>
        <w:t>Що все іде&lt;br /&gt;</w:t>
        <w:br/>
        <w:t>По тім складнім шляху,&lt;br /&gt;</w:t>
        <w:br/>
        <w:t>Щоб Україну всю&lt;br /&gt;</w:t>
        <w:br/>
        <w:t>Ще дальше запроторить у ярмо,&lt;br /&gt;</w:t>
        <w:br/>
        <w:t>Воно ж само&lt;br /&gt;</w:t>
        <w:br/>
        <w:t>Ніколи вже не впаде.&lt;br /&gt;</w:t>
        <w:br/>
        <w:t>Щоб скинути хижацьку владу&lt;br /&gt;</w:t>
        <w:br/>
        <w:t>Потрібні сили, яких не бачить він,&lt;br /&gt;</w:t>
        <w:br/>
        <w:t>Бо їх нема.&lt;br /&gt;</w:t>
        <w:br/>
        <w:t>А щоб сама&lt;br /&gt;</w:t>
        <w:br/>
        <w:t>Росія волю дарувала,&lt;br /&gt;</w:t>
        <w:br/>
        <w:t>— Абсурд!&lt;br /&gt;</w:t>
        <w:br/>
        <w:t>Вона себе лиш шанувала,&lt;br /&gt;</w:t>
        <w:br/>
        <w:t>Бо дикою була,&lt;br /&gt;</w:t>
        <w:br/>
        <w:t>Грабує всіх, як завжди грабувала,&lt;br /&gt;</w:t>
        <w:br/>
        <w:t>За той рахунок існувала,&lt;br /&gt;</w:t>
        <w:br/>
        <w:t>Тому для неї Україні волю дати,&lt;br /&gt;</w:t>
        <w:br/>
        <w:t>Це значило б самій скінчити існувати.&lt;br /&gt;</w:t>
        <w:br/>
        <w:t>І болем серце обливалось&lt;br /&gt;</w:t>
        <w:br/>
        <w:t>За український весь народ,&lt;br /&gt;</w:t>
        <w:br/>
        <w:t>Що щастя знов не усміхалось&lt;br /&gt;</w:t>
        <w:br/>
        <w:t>І знов не видно перемог.</w:t>
      </w:r>
    </w:p>
    <w:p>
      <w:r>
        <w:br/>
        <w:t>ЧАСТИНА ТРЕТЯ</w:t>
      </w:r>
    </w:p>
    <w:p>
      <w:r>
        <w:br/>
        <w:t>Топилися останні вже сніги&lt;br /&gt;</w:t>
        <w:br/>
        <w:t>І їх струмки&lt;br /&gt;</w:t>
        <w:br/>
        <w:t>Сріблясті скрізь дзвеніли,&lt;br /&gt;</w:t>
        <w:br/>
        <w:t>А горобці в кущах нестримно цвіркотіли,&lt;br /&gt;</w:t>
        <w:br/>
        <w:t>В деревах вже бриніли&lt;br /&gt;</w:t>
        <w:br/>
        <w:t>Потужні соки до життя.&lt;br /&gt;</w:t>
        <w:br/>
        <w:t>Не вибираючи дороги,&lt;br /&gt;</w:t>
        <w:br/>
        <w:t>Змочивши наскрізь ноги,&lt;br /&gt;</w:t>
        <w:br/>
        <w:t>Не йшов, а біг із школи Клим,&lt;br /&gt;</w:t>
        <w:br/>
        <w:t>За ним малий Максим&lt;br /&gt;</w:t>
        <w:br/>
        <w:t>Волочить торбу із книжками,&lt;br /&gt;</w:t>
        <w:br/>
        <w:t>Ступаючи ногами&lt;br /&gt;</w:t>
        <w:br/>
        <w:t>По Клима сліду-кроку.&lt;br /&gt;</w:t>
        <w:br/>
        <w:t>Прийшла весна вже чотирнадцятого року.&lt;br /&gt;</w:t>
        <w:br/>
        <w:t>Задихавшись, убігли в хату,&lt;br /&gt;</w:t>
        <w:br/>
        <w:t>Гукнули голосно всі "тату!",&lt;br /&gt;</w:t>
        <w:br/>
        <w:t>Карпо, почувши збудження таке,&lt;br /&gt;</w:t>
        <w:br/>
        <w:t>За ними враз ввійшов&lt;br /&gt;</w:t>
        <w:br/>
        <w:t>І Клим тут заявив:&lt;br /&gt;</w:t>
        <w:br/>
        <w:t>"Не піду більше я в ту школу&lt;br /&gt;</w:t>
        <w:br/>
        <w:t>— Приїхав знову&lt;br /&gt;</w:t>
        <w:br/>
        <w:t>Інспектор з міста&lt;br /&gt;</w:t>
        <w:br/>
        <w:t>І наказав мене у погреб посадити,&lt;br /&gt;</w:t>
        <w:br/>
        <w:t>Бо не навчився добре&lt;br /&gt;</w:t>
        <w:br/>
        <w:t>По російськи говорити&lt;br /&gt;</w:t>
        <w:br/>
        <w:t>І обізвав "малим хохлом",&lt;br /&gt;</w:t>
        <w:br/>
        <w:t>Об парту стукав він мене чолом,&lt;br /&gt;</w:t>
        <w:br/>
        <w:t>А вчителю писав догану,&lt;br /&gt;</w:t>
        <w:br/>
        <w:t>Що ганить він Росії шану,&lt;br /&gt;</w:t>
        <w:br/>
        <w:t>Бо по російськи всі ці діти&lt;br /&gt;</w:t>
        <w:br/>
        <w:t>Давно вже говорити і писати&lt;br /&gt;</w:t>
        <w:br/>
        <w:t>Мають вміти.&lt;br /&gt;</w:t>
        <w:br/>
        <w:t>Малий Максим підтвердив це&lt;br /&gt;</w:t>
        <w:br/>
        <w:t>І заявив, що коли виростуть вони,&lt;br /&gt;</w:t>
        <w:br/>
        <w:t>Поб'ють інспектора за те&lt;br /&gt;</w:t>
        <w:br/>
        <w:t>І виженуть з села,&lt;br /&gt;</w:t>
        <w:br/>
        <w:t>Щоб справедливість вже була&lt;br /&gt;</w:t>
        <w:br/>
        <w:t>У них у школі.&lt;br /&gt;</w:t>
        <w:br/>
        <w:t>Ще Клим у батька запитав,&lt;br /&gt;</w:t>
        <w:br/>
        <w:t>Чому інспектор заставляв&lt;br /&gt;</w:t>
        <w:br/>
        <w:t>Нас рідну мову забувати,&lt;br /&gt;</w:t>
        <w:br/>
        <w:t>Чому їх вчать співати&lt;br /&gt;</w:t>
        <w:br/>
        <w:t>Про велич і покірність до Росії,&lt;br /&gt;</w:t>
        <w:br/>
        <w:t>Про здравіє російського царя?&lt;br /&gt;</w:t>
        <w:br/>
        <w:t>Навіщо Україна вся&lt;br /&gt;</w:t>
        <w:br/>
        <w:t>Чужих царів повинна прославляти?&lt;br /&gt;</w:t>
        <w:br/>
        <w:t>Невже вона не може мати&lt;br /&gt;</w:t>
        <w:br/>
        <w:t>Свого царя,&lt;br /&gt;</w:t>
        <w:br/>
        <w:t>Який би стримав росіян?&lt;br /&gt;</w:t>
        <w:br/>
        <w:t>Тоді б інспектор, цей тиран&lt;br /&gt;</w:t>
        <w:br/>
        <w:t>Ніколи вже не зміг би бути в школі&lt;br /&gt;</w:t>
        <w:br/>
        <w:t>І всі б на рідній мові&lt;br /&gt;</w:t>
        <w:br/>
        <w:t>Сміливо говорили,&lt;br /&gt;</w:t>
        <w:br/>
        <w:t>І Бога би молили&lt;br /&gt;</w:t>
        <w:br/>
        <w:t>За Україну і за волю в ній!&lt;br /&gt;</w:t>
        <w:br/>
        <w:t>І знову Клим своє додав,&lt;br /&gt;</w:t>
        <w:br/>
        <w:t>Коли б дорослим став,&lt;br /&gt;</w:t>
        <w:br/>
        <w:t>То він би вже пішов свого царя шукати,&lt;br /&gt;</w:t>
        <w:br/>
        <w:t>Який б зумів повиганяти&lt;br /&gt;</w:t>
        <w:br/>
        <w:t>Тих злісних росіян.</w:t>
      </w:r>
    </w:p>
    <w:p>
      <w:r>
        <w:br/>
        <w:t>Карпо вже думав над словами,&lt;br /&gt;</w:t>
        <w:br/>
        <w:t>Породжених дитячою душею,&lt;br /&gt;</w:t>
        <w:br/>
        <w:t>Але він бачив вже за нею&lt;br /&gt;</w:t>
        <w:br/>
        <w:t>Майбутню долю у синів,&lt;br /&gt;</w:t>
        <w:br/>
        <w:t>Що засівалася безмежністю ланів&lt;br /&gt;</w:t>
        <w:br/>
        <w:t>Їх почуттям до волі.&lt;br /&gt;</w:t>
        <w:br/>
        <w:t>І батько так бажав&lt;br /&gt;</w:t>
        <w:br/>
        <w:t>Великої їм долі,&lt;br /&gt;</w:t>
        <w:br/>
        <w:t>Але ніхто не знав,&lt;br /&gt;</w:t>
        <w:br/>
        <w:t>Які шляхи готує їм життя.&lt;br /&gt;</w:t>
        <w:br/>
        <w:t>В душі його таїлася журба,&lt;br /&gt;</w:t>
        <w:br/>
        <w:t>Чи правильний в них шлях буде,&lt;br /&gt;</w:t>
        <w:br/>
        <w:t>Щоб ні одне&lt;br /&gt;</w:t>
        <w:br/>
        <w:t>З них кривду не ділило,&lt;br /&gt;</w:t>
        <w:br/>
        <w:t>Щоб в душах їм не поселило&lt;br /&gt;</w:t>
        <w:br/>
        <w:t>Їх вчинків до ганьби,&lt;br /&gt;</w:t>
        <w:br/>
        <w:t>Щоб всюди і завжди&lt;br /&gt;</w:t>
        <w:br/>
        <w:t>Лишались чесними людьми.&lt;br /&gt;</w:t>
        <w:br/>
        <w:t>Усе своє життя&lt;br /&gt;</w:t>
        <w:br/>
        <w:t>У праці непосильній&lt;br /&gt;</w:t>
        <w:br/>
        <w:t>Дітей він вчив добра,&lt;br /&gt;</w:t>
        <w:br/>
        <w:t>Поваги до простих людей,&lt;br /&gt;</w:t>
        <w:br/>
        <w:t>До їх страждань в неволі,&lt;br /&gt;</w:t>
        <w:br/>
        <w:t>До скривдженої долі.</w:t>
      </w:r>
    </w:p>
    <w:p>
      <w:r>
        <w:br/>
        <w:t>А тут прийшла весна,&lt;br /&gt;</w:t>
        <w:br/>
        <w:t>Яка з собою принесла&lt;br /&gt;</w:t>
        <w:br/>
        <w:t>Нові турботи,&lt;br /&gt;</w:t>
        <w:br/>
        <w:t>Крім чорної роботи&lt;br /&gt;</w:t>
        <w:br/>
        <w:t>Не було видів на врожай,&lt;br /&gt;</w:t>
        <w:br/>
        <w:t>— У полі вимерзла частина жита,&lt;br /&gt;</w:t>
        <w:br/>
        <w:t>Бо сіяне було вже пізно вкрай.&lt;br /&gt;</w:t>
        <w:br/>
        <w:t>Корпо в душі вже горював&lt;br /&gt;</w:t>
        <w:br/>
        <w:t>— Сім'ю чим годувати,&lt;br /&gt;</w:t>
        <w:br/>
        <w:t>Прийде зима — де взяти&lt;br /&gt;</w:t>
        <w:br/>
        <w:t>Хоч того хліба для шести дітей?!&lt;br /&gt;</w:t>
        <w:br/>
        <w:t>Малій Марії не стає вже молока з грудей,&lt;br /&gt;</w:t>
        <w:br/>
        <w:t>Четвертий рік минав Явдосі,&lt;br /&gt;</w:t>
        <w:br/>
        <w:t>А в хлопців знову ноги босі,&lt;br /&gt;</w:t>
        <w:br/>
        <w:t>Коли ж на зиму стане зимно,&lt;br /&gt;</w:t>
        <w:br/>
        <w:t>Не має ні одне кожуха.&lt;br /&gt;</w:t>
        <w:br/>
        <w:t>Як важко б не було,&lt;br /&gt;</w:t>
        <w:br/>
        <w:t>Нестиме сам своє ярмо,&lt;br /&gt;</w:t>
        <w:br/>
        <w:t>Своїх синів до школи буде посилати,&lt;br /&gt;</w:t>
        <w:br/>
        <w:t>В ріллі в шлию себе він буде запрягати,&lt;br /&gt;</w:t>
        <w:br/>
        <w:t>Але ніколи не дозволить забирати&lt;br /&gt;</w:t>
        <w:br/>
        <w:t>Дітей своїх із школи.&lt;br /&gt;</w:t>
        <w:br/>
        <w:t>Вони допитливі у нього,&lt;br /&gt;</w:t>
        <w:br/>
        <w:t>У них прихований талант,&lt;br /&gt;</w:t>
        <w:br/>
        <w:t>Коли ж візьмуть знання й крім того&lt;br /&gt;</w:t>
        <w:br/>
        <w:t>Ще й переймуть життєвий гарт,&lt;br /&gt;</w:t>
        <w:br/>
        <w:t>Тоді і проросте в них сила,&lt;br /&gt;</w:t>
        <w:br/>
        <w:t>Якої ще не знав народ&lt;br /&gt;</w:t>
        <w:br/>
        <w:t>І це буде для ворога могила,&lt;br /&gt;</w:t>
        <w:br/>
        <w:t>А Україні прийде час для перемог.</w:t>
      </w:r>
    </w:p>
    <w:p>
      <w:r>
        <w:br/>
        <w:t>Прийшли жнива,&lt;br /&gt;</w:t>
        <w:br/>
        <w:t>Одна з найважчих це пора,&lt;br /&gt;</w:t>
        <w:br/>
        <w:t>Робота вся&lt;br /&gt;</w:t>
        <w:br/>
        <w:t>Лягала лиш на руки.&lt;br /&gt;</w:t>
        <w:br/>
        <w:t>Через нестерпні в праці муки,&lt;br /&gt;</w:t>
        <w:br/>
        <w:t>Жнива давали всім надію&lt;br /&gt;</w:t>
        <w:br/>
        <w:t>На цілий рік.&lt;br /&gt;</w:t>
        <w:br/>
        <w:t>Карпо носив снопи в засік,&lt;br /&gt;</w:t>
        <w:br/>
        <w:t>Калина під копою&lt;br /&gt;</w:t>
        <w:br/>
        <w:t>Малу Марію годувала&lt;br /&gt;</w:t>
        <w:br/>
        <w:t>Й тихенько пісню їй співала,&lt;br /&gt;</w:t>
        <w:br/>
        <w:t>Над ними тінню стало&lt;br /&gt;</w:t>
        <w:br/>
        <w:t>— Колосся жита, що звисало.&lt;br /&gt;</w:t>
        <w:br/>
        <w:t>Карпо з снопами зупинився,&lt;br /&gt;</w:t>
        <w:br/>
        <w:t>На мить якусь він задивився&lt;br /&gt;</w:t>
        <w:br/>
        <w:t>На материнське щастя, милу,&lt;br /&gt;</w:t>
        <w:br/>
        <w:t>Усміхнену Калину&lt;br /&gt;</w:t>
        <w:br/>
        <w:t>І серце огорнули почуття,&lt;br /&gt;</w:t>
        <w:br/>
        <w:t>І відлягла від тіла втома.&lt;br /&gt;</w:t>
        <w:br/>
        <w:t>Карпо завжди у полі, вдома&lt;br /&gt;</w:t>
        <w:br/>
        <w:t>Калину шанував,&lt;br /&gt;</w:t>
        <w:br/>
        <w:t>Перероблятись не давав,&lt;br /&gt;</w:t>
        <w:br/>
        <w:t>Усе, що міг, на себе брав.&lt;br /&gt;</w:t>
        <w:br/>
        <w:t>А по ночах&lt;br /&gt;</w:t>
        <w:br/>
        <w:t>Від болю спини й рук,&lt;br /&gt;</w:t>
        <w:br/>
        <w:t>Нестерпних мук&lt;br /&gt;</w:t>
        <w:br/>
        <w:t>Не чуючи себе, стогнав.&lt;br /&gt;</w:t>
        <w:br/>
        <w:t>Не спить Калина цілу ніч,&lt;br /&gt;</w:t>
        <w:br/>
        <w:t>Над ним сльозу втирає,&lt;br /&gt;</w:t>
        <w:br/>
        <w:t>Удосвіта запалить піч,&lt;br /&gt;</w:t>
        <w:br/>
        <w:t>Карпо встає — вона співає,&lt;br /&gt;</w:t>
        <w:br/>
        <w:t>Усмішкою його стрічає,&lt;br /&gt;</w:t>
        <w:br/>
        <w:t>Погладить руку, поцілує&lt;br /&gt;</w:t>
        <w:br/>
        <w:t>І був щасливий він завжди.&lt;br /&gt;</w:t>
        <w:br/>
        <w:t>В повазі діти їх росли,&lt;br /&gt;</w:t>
        <w:br/>
        <w:t>Так їм батьки несли&lt;br /&gt;</w:t>
        <w:br/>
        <w:t>Той дух великої людини,&lt;br /&gt;</w:t>
        <w:br/>
        <w:t>Який у них що-днини&lt;br /&gt;</w:t>
        <w:br/>
        <w:t>Добром великим проростав.</w:t>
      </w:r>
    </w:p>
    <w:p>
      <w:r>
        <w:br/>
        <w:t>Коли Марія вже заснула,&lt;br /&gt;</w:t>
        <w:br/>
        <w:t>Калина серп взяла&lt;br /&gt;</w:t>
        <w:br/>
        <w:t>І поспіхом пішла,&lt;br /&gt;</w:t>
        <w:br/>
        <w:t>Вже ставши поруч із Карпом.&lt;br /&gt;</w:t>
        <w:br/>
        <w:t>Вона своїм серпом&lt;br /&gt;</w:t>
        <w:br/>
        <w:t>Стебельця жита підбирала,&lt;br /&gt;</w:t>
        <w:br/>
        <w:t>А потім в жменю їх згортала&lt;br /&gt;</w:t>
        <w:br/>
        <w:t>І клала ріжучи в снопи.&lt;br /&gt;</w:t>
        <w:br/>
        <w:t>Так колосок за колоском&lt;br /&gt;</w:t>
        <w:br/>
        <w:t>Вони у двох з Карпом&lt;br /&gt;</w:t>
        <w:br/>
        <w:t>Все жали і складали,&lt;br /&gt;</w:t>
        <w:br/>
        <w:t>За ними копи виростали&lt;br /&gt;</w:t>
        <w:br/>
        <w:t>І шелестіла лиш стерня.&lt;br /&gt;</w:t>
        <w:br/>
        <w:t>Коли Калина підвелася над житами,&lt;br /&gt;</w:t>
        <w:br/>
        <w:t>Вона побачила, як навмання&lt;br /&gt;</w:t>
        <w:br/>
        <w:t>Малими босими ногами,&lt;br /&gt;</w:t>
        <w:br/>
        <w:t>Не "доторкаючись" землі,&lt;br /&gt;</w:t>
        <w:br/>
        <w:t>Біг швидко Клим.&lt;br /&gt;</w:t>
        <w:br/>
        <w:t>Як чорний дим,&lt;br /&gt;</w:t>
        <w:br/>
        <w:t>Тривога поповзла у душу&lt;br /&gt;</w:t>
        <w:br/>
        <w:t>І серце матері кричало,&lt;br /&gt;</w:t>
        <w:br/>
        <w:t>Воно вже відчувало&lt;br /&gt;</w:t>
        <w:br/>
        <w:t>Якесь велике горе.&lt;br /&gt;</w:t>
        <w:br/>
        <w:t>Не зупиняючись, сповна,&lt;br /&gt;</w:t>
        <w:br/>
        <w:t>З далека Клим Кричав: "Війна!&lt;br /&gt;</w:t>
        <w:br/>
        <w:t>А тата забирають в військо скоро!"</w:t>
      </w:r>
    </w:p>
    <w:p>
      <w:r>
        <w:br/>
        <w:t>Поля засіяло осінніми дощами,&lt;br /&gt;</w:t>
        <w:br/>
        <w:t>Дороги грузли в болотах&lt;br /&gt;</w:t>
        <w:br/>
        <w:t>І над Подільськими степами&lt;br /&gt;</w:t>
        <w:br/>
        <w:t>Війни котився жах.&lt;br /&gt;</w:t>
        <w:br/>
        <w:t>Жінки в роботі непосильній&lt;br /&gt;</w:t>
        <w:br/>
        <w:t>Багато вдовами були,&lt;br /&gt;</w:t>
        <w:br/>
        <w:t>У злиднях сироти росли.</w:t>
      </w:r>
    </w:p>
    <w:p>
      <w:r>
        <w:br/>
        <w:t>Не спала дні і довгі ночі,&lt;br /&gt;</w:t>
        <w:br/>
        <w:t>Від сліз втирала свої очі,&lt;br /&gt;</w:t>
        <w:br/>
        <w:t>Калина, рук не покладала,&lt;br /&gt;</w:t>
        <w:br/>
        <w:t>Хоч все зробити не встигала&lt;br /&gt;</w:t>
        <w:br/>
        <w:t>І твердила, зціпивши зуби:&lt;br /&gt;</w:t>
        <w:br/>
        <w:t>"Ми жити будем!"&lt;br /&gt;</w:t>
        <w:br/>
        <w:t>Їй діти разом помагали,&lt;br /&gt;</w:t>
        <w:br/>
        <w:t>Усі у досвіта вставали&lt;br /&gt;</w:t>
        <w:br/>
        <w:t>І працювали як воли.&lt;br /&gt;</w:t>
        <w:br/>
        <w:t>Але вже більшечкі пішли&lt;br /&gt;</w:t>
        <w:br/>
        <w:t>Ще з вересня у школу,&lt;br /&gt;</w:t>
        <w:br/>
        <w:t>Тому на допомогу&lt;br /&gt;</w:t>
        <w:br/>
        <w:t>Надії вже ніякої нема,&lt;br /&gt;</w:t>
        <w:br/>
        <w:t>Трохим таки залишив навчання,&lt;br /&gt;</w:t>
        <w:br/>
        <w:t>Щоб з голоду не вмерли діти.&lt;br /&gt;</w:t>
        <w:br/>
        <w:t>Вже стало серденько боліти,&lt;br /&gt;</w:t>
        <w:br/>
        <w:t>Та мусить лиш вона їх всіх&lt;br /&gt;</w:t>
        <w:br/>
        <w:t>Нагодувати й обігріти.&lt;br /&gt;</w:t>
        <w:br/>
        <w:t>Всі сили свої покладала&lt;br /&gt;</w:t>
        <w:br/>
        <w:t>І дальше посилала&lt;br /&gt;</w:t>
        <w:br/>
        <w:t>Максима й Клима в школу,&lt;br /&gt;</w:t>
        <w:br/>
        <w:t>Майбутнє їхнє рятувала,&lt;br /&gt;</w:t>
        <w:br/>
        <w:t>Щоб не згасала&lt;br /&gt;</w:t>
        <w:br/>
        <w:t>Іскра їх Божого таланту,&lt;br /&gt;</w:t>
        <w:br/>
        <w:t>Щоб за чужу війну тирана-окупанта&lt;br /&gt;</w:t>
        <w:br/>
        <w:t>Дитяча доля жертвою не стала.&lt;br /&gt;</w:t>
        <w:br/>
        <w:t>Про це просив її Карпо,&lt;br /&gt;</w:t>
        <w:br/>
        <w:t>Який листа із фронту надіслав,&lt;br /&gt;</w:t>
        <w:br/>
        <w:t>В якому написав&lt;br /&gt;</w:t>
        <w:br/>
        <w:t>Велику всім підтримку&lt;br /&gt;</w:t>
        <w:br/>
        <w:t>І що вже може взимку&lt;br /&gt;</w:t>
        <w:br/>
        <w:t>Повернеться до них.&lt;br /&gt;</w:t>
        <w:br/>
        <w:t>Калина в Бога все молила,&lt;br /&gt;</w:t>
        <w:br/>
        <w:t>Щоб обійшла Карпа могила,&lt;br /&gt;</w:t>
        <w:br/>
        <w:t>Душею чистою стелила&lt;br /&gt;</w:t>
        <w:br/>
        <w:t>Прохід важких доріг,&lt;br /&gt;</w:t>
        <w:br/>
        <w:t>Щоб шлях його проліг&lt;br /&gt;</w:t>
        <w:br/>
        <w:t>На рідний свій поріг.</w:t>
      </w:r>
    </w:p>
    <w:p>
      <w:r>
        <w:br/>
        <w:t>ЧАСТИНА ЧЕТВЕРТА</w:t>
      </w:r>
    </w:p>
    <w:p>
      <w:r>
        <w:br/>
        <w:t>Сумна була земля&lt;br /&gt;</w:t>
        <w:br/>
        <w:t>Тієї Білорусі,&lt;br /&gt;</w:t>
        <w:br/>
        <w:t>Обірвані хати, спустошені поля,&lt;br /&gt;</w:t>
        <w:br/>
        <w:t>Виднілися навкруг здалля&lt;br /&gt;</w:t>
        <w:br/>
        <w:t>Ліси і болота...&lt;br /&gt;</w:t>
        <w:br/>
        <w:t>Голодна, боса дітвора&lt;br /&gt;</w:t>
        <w:br/>
        <w:t>Стояла повз доріг,&lt;br /&gt;</w:t>
        <w:br/>
        <w:t>У їх батьків в очах&lt;br /&gt;</w:t>
        <w:br/>
        <w:t>Кривавий смуток ліг.&lt;br /&gt;</w:t>
        <w:br/>
        <w:t>Уже десяток днів&lt;br /&gt;</w:t>
        <w:br/>
        <w:t>Карпо в шинелі брів&lt;br /&gt;</w:t>
        <w:br/>
        <w:t>По цій землі&lt;br /&gt;</w:t>
        <w:br/>
        <w:t>В погонах руського солдата,&lt;br /&gt;</w:t>
        <w:br/>
        <w:t>Під прапором страшного супостата,&lt;br /&gt;</w:t>
        <w:br/>
        <w:t>З орлом, що свої голови&lt;br /&gt;</w:t>
        <w:br/>
        <w:t>І лапи розтягав,&lt;br /&gt;</w:t>
        <w:br/>
        <w:t>Немов би мав&lt;br /&gt;</w:t>
        <w:br/>
        <w:t>Він право на чужі народи&lt;br /&gt;</w:t>
        <w:br/>
        <w:t>І не просив ніякої в них згоди,&lt;br /&gt;</w:t>
        <w:br/>
        <w:t>А хижі кігті у їх тіло застромляв.&lt;br /&gt;</w:t>
        <w:br/>
        <w:t>І Білорусії народ упав,&lt;br /&gt;</w:t>
        <w:br/>
        <w:t>Як жертва повної руїни.&lt;br /&gt;</w:t>
        <w:br/>
        <w:t>Та в образі Карпо вже мав&lt;br /&gt;</w:t>
        <w:br/>
        <w:t>Народ своєї України,&lt;br /&gt;</w:t>
        <w:br/>
        <w:t>Що разом з білорусами стогнав&lt;br /&gt;</w:t>
        <w:br/>
        <w:t>В ярмі хижацького орла.&lt;br /&gt;</w:t>
        <w:br/>
        <w:t>Оберігаючи святиню трону,&lt;br /&gt;</w:t>
        <w:br/>
        <w:t>Який стояв на злиднях і кістках,&lt;br /&gt;</w:t>
        <w:br/>
        <w:t>Так не підходила оця ворона,&lt;br /&gt;</w:t>
        <w:br/>
        <w:t>Що значила орла,&lt;br /&gt;</w:t>
        <w:br/>
        <w:t>Імперії Росії, як тирана,&lt;br /&gt;</w:t>
        <w:br/>
        <w:t>Що завжди дикою була.&lt;br /&gt;</w:t>
        <w:br/>
        <w:t>— Їй до лиця би підійшла&lt;br /&gt;</w:t>
        <w:br/>
        <w:t>Голодного шакала морда.&lt;br /&gt;</w:t>
        <w:br/>
        <w:t>На ці думки Карпо всміхнувся,&lt;br /&gt;</w:t>
        <w:br/>
        <w:t>На прапор ще раз повернувся&lt;br /&gt;</w:t>
        <w:br/>
        <w:t>І далі йшов по скривдженій землі.&lt;br /&gt;</w:t>
        <w:br/>
        <w:t>Ліси старі навкруг лежали,&lt;br /&gt;</w:t>
        <w:br/>
        <w:t>Їх колом обступали&lt;br /&gt;</w:t>
        <w:br/>
        <w:t>Вязкі топнисті болота.</w:t>
      </w:r>
    </w:p>
    <w:p>
      <w:r>
        <w:br/>
        <w:t>Траншея в нього була не проста,&lt;br /&gt;</w:t>
        <w:br/>
        <w:t>Маскована дернистою травою,&lt;br /&gt;</w:t>
        <w:br/>
        <w:t>А стіни скріплені лозою,&lt;br /&gt;</w:t>
        <w:br/>
        <w:t>На стільки був сипучий цей пісок.&lt;br /&gt;</w:t>
        <w:br/>
        <w:t>Всю ніч і день ішли дощі,&lt;br /&gt;</w:t>
        <w:br/>
        <w:t>Осіння була прохолода,&lt;br /&gt;</w:t>
        <w:br/>
        <w:t>Військові мокли як хлющі,&lt;br /&gt;</w:t>
        <w:br/>
        <w:t>Не знали вже чи з'явиться нагода&lt;br /&gt;</w:t>
        <w:br/>
        <w:t>Хоч душу обігріти,&lt;br /&gt;</w:t>
        <w:br/>
        <w:t>Чекаючи, продовжували всі сидіти,&lt;br /&gt;</w:t>
        <w:br/>
        <w:t>Бо кожний знав,&lt;br /&gt;</w:t>
        <w:br/>
        <w:t>Що наступ "ворог" вже почав&lt;br /&gt;</w:t>
        <w:br/>
        <w:t>І буде тут з години на годину.&lt;br /&gt;</w:t>
        <w:br/>
        <w:t>Команда дана була всім&lt;br /&gt;</w:t>
        <w:br/>
        <w:t>Ні на хвилину&lt;br /&gt;</w:t>
        <w:br/>
        <w:t>Не покидати місць,&lt;br /&gt;</w:t>
        <w:br/>
        <w:t>Де всі займали оборону.&lt;br /&gt;</w:t>
        <w:br/>
        <w:t>Карпо переступав з ноги на ногу&lt;br /&gt;</w:t>
        <w:br/>
        <w:t>І боляче терпів цю прохолоду,&lt;br /&gt;</w:t>
        <w:br/>
        <w:t>Яка крізь нього проникала,&lt;br /&gt;</w:t>
        <w:br/>
        <w:t>Але ще більше не терпів вологу,&lt;br /&gt;</w:t>
        <w:br/>
        <w:t>Що тіло все собою огортала.&lt;br /&gt;</w:t>
        <w:br/>
        <w:t>У кілька раз шинель важкою стала,&lt;br /&gt;</w:t>
        <w:br/>
        <w:t>Обмотки враз&lt;br /&gt;</w:t>
        <w:br/>
        <w:t>Холодною гадюкою всі ноги звили,&lt;br /&gt;</w:t>
        <w:br/>
        <w:t>І ці малі краплиночки дощу&lt;br /&gt;</w:t>
        <w:br/>
        <w:t>Всю міць військову розтопили.&lt;br /&gt;</w:t>
        <w:br/>
        <w:t>Обнявши трилінійку,&lt;br /&gt;</w:t>
        <w:br/>
        <w:t>Вдивлявся він у присмерки лісів&lt;br /&gt;</w:t>
        <w:br/>
        <w:t>Крізь пасма цих дощів,&lt;br /&gt;</w:t>
        <w:br/>
        <w:t>Що землю заливали.&lt;br /&gt;</w:t>
        <w:br/>
        <w:t>В його уяві вже неслись&lt;br /&gt;</w:t>
        <w:br/>
        <w:t>Подільські села з гарними хатами,&lt;br /&gt;</w:t>
        <w:br/>
        <w:t>Потужні чорноземи&lt;br /&gt;</w:t>
        <w:br/>
        <w:t>З житніми ланами,&lt;br /&gt;</w:t>
        <w:br/>
        <w:t>Над ними хмарка пухом пронеслась,&lt;br /&gt;</w:t>
        <w:br/>
        <w:t>Упав десь перепел у жито,&lt;br /&gt;</w:t>
        <w:br/>
        <w:t>Яке морською хвилею пливло,&lt;br /&gt;</w:t>
        <w:br/>
        <w:t>Воно заквітчене було&lt;br /&gt;</w:t>
        <w:br/>
        <w:t>У колір диких маків.&lt;br /&gt;</w:t>
        <w:br/>
        <w:t>Приклавши руку до чола,&lt;br /&gt;</w:t>
        <w:br/>
        <w:t>Дивилася у степ Калина,&lt;br /&gt;</w:t>
        <w:br/>
        <w:t>Вона ж немов билиночка була&lt;br /&gt;</w:t>
        <w:br/>
        <w:t>І все його&lt;br /&gt;</w:t>
        <w:br/>
        <w:t>Легеньким помахом руки манила.&lt;br /&gt;</w:t>
        <w:br/>
        <w:t>І вовком враз його душа завила,&lt;br /&gt;</w:t>
        <w:br/>
        <w:t>А на очах блищала вже сльоза.&lt;br /&gt;</w:t>
        <w:br/>
        <w:t>Що робить там його сім'я,&lt;br /&gt;</w:t>
        <w:br/>
        <w:t>Живе там як без нього?&lt;br /&gt;</w:t>
        <w:br/>
        <w:t>І прошептав Калинине ім'я,&lt;br /&gt;</w:t>
        <w:br/>
        <w:t>Шукаючи спасіння свого.&lt;br /&gt;</w:t>
        <w:br/>
        <w:t>Рукою він відвів багнет&lt;br /&gt;</w:t>
        <w:br/>
        <w:t>І кинув трилінійку по під ноги.&lt;br /&gt;</w:t>
        <w:br/>
        <w:t>Пройшовши ці дороги,&lt;br /&gt;</w:t>
        <w:br/>
        <w:t>Чому він зараз тут?&lt;br /&gt;</w:t>
        <w:br/>
        <w:t>І в кого він збирається стріляти?&lt;br /&gt;</w:t>
        <w:br/>
        <w:t>Лише для того не повинен він орати&lt;br /&gt;</w:t>
        <w:br/>
        <w:t>І свою землю засівати,&lt;br /&gt;</w:t>
        <w:br/>
        <w:t>Дітей, кохану залишати&lt;br /&gt;</w:t>
        <w:br/>
        <w:t>І захищати тут своє ярмо,&lt;br /&gt;</w:t>
        <w:br/>
        <w:t>Довічним щоб воно було&lt;br /&gt;</w:t>
        <w:br/>
        <w:t>Для всіх підкорених народів?!&lt;br /&gt;</w:t>
        <w:br/>
        <w:t>Заради цього кинув він сім'ю,&lt;br /&gt;</w:t>
        <w:br/>
        <w:t>Прийшов у Білорусію святу&lt;br /&gt;</w:t>
        <w:br/>
        <w:t>Її у крові поливати?!&lt;br /&gt;</w:t>
        <w:br/>
        <w:t>А не прийшов щоб захищати&lt;br /&gt;</w:t>
        <w:br/>
        <w:t>На поклик гордого народу,&lt;br /&gt;</w:t>
        <w:br/>
        <w:t>Що в боротьбі шукає перемогу,&lt;br /&gt;</w:t>
        <w:br/>
        <w:t>А разом з білорусами гниє&lt;br /&gt;</w:t>
        <w:br/>
        <w:t>На цій украденій землі,&lt;br /&gt;</w:t>
        <w:br/>
        <w:t>Де все імперія приймає за своє,&lt;br /&gt;</w:t>
        <w:br/>
        <w:t>А діти їх малі&lt;br /&gt;</w:t>
        <w:br/>
        <w:t>Удома з голоду вмирають.&lt;br /&gt;</w:t>
        <w:br/>
        <w:t>Не дивлячись на те,&lt;br /&gt;</w:t>
        <w:br/>
        <w:t>Вони тут захищають&lt;br /&gt;</w:t>
        <w:br/>
        <w:t>Злодійські наміри великі&lt;br /&gt;</w:t>
        <w:br/>
        <w:t>І ці закони дикі,&lt;br /&gt;</w:t>
        <w:br/>
        <w:t>Щоб дальше всім ходити у ярмі.</w:t>
      </w:r>
    </w:p>
    <w:p>
      <w:r>
        <w:br/>
        <w:t>Карпо наслухався вже тут&lt;br /&gt;</w:t>
        <w:br/>
        <w:t>Про той великий гурт,&lt;br /&gt;</w:t>
        <w:br/>
        <w:t>Що Ленін лиш тепер зібрав,&lt;br /&gt;</w:t>
        <w:br/>
        <w:t>Більшовиками їх назвав,&lt;br /&gt;</w:t>
        <w:br/>
        <w:t>Бо він давно чекав на пору цю,&lt;br /&gt;</w:t>
        <w:br/>
        <w:t>Коли імперію усю&lt;br /&gt;</w:t>
        <w:br/>
        <w:t>Почне розвал крушити,&lt;br /&gt;</w:t>
        <w:br/>
        <w:t>Тоді вже Ленін зможе захопити&lt;br /&gt;</w:t>
        <w:br/>
        <w:t>Це хитке кермо&lt;br /&gt;</w:t>
        <w:br/>
        <w:t>І вже по новому воно закрутить&lt;br /&gt;</w:t>
        <w:br/>
        <w:t>Й розпаду і розвалу не допустить,&lt;br /&gt;</w:t>
        <w:br/>
        <w:t>А навпаки, ще доведе,&lt;br /&gt;</w:t>
        <w:br/>
        <w:t>Що тільки те,&lt;br /&gt;</w:t>
        <w:br/>
        <w:t>Що створено в Росії&lt;br /&gt;</w:t>
        <w:br/>
        <w:t>Єдиний вірний шлях і всі надії&lt;br /&gt;</w:t>
        <w:br/>
        <w:t>У цьому всі народи запозичать,&lt;br /&gt;</w:t>
        <w:br/>
        <w:t>Панів, попів всіх знищать,&lt;br /&gt;</w:t>
        <w:br/>
        <w:t>Бо шляху іншого нема.&lt;br /&gt;</w:t>
        <w:br/>
        <w:t>Росія прикладом сама&lt;br /&gt;</w:t>
        <w:br/>
        <w:t>Спроможна всім народам світу&lt;br /&gt;</w:t>
        <w:br/>
        <w:t>Таку проводити освіту&lt;br /&gt;</w:t>
        <w:br/>
        <w:t>І повести у рай&lt;br /&gt;</w:t>
        <w:br/>
        <w:t>Земного щастя і багатства.&lt;br /&gt;</w:t>
        <w:br/>
        <w:t>І хитрість ця Росію збереже&lt;br /&gt;</w:t>
        <w:br/>
        <w:t>І всі народи приведе&lt;br /&gt;</w:t>
        <w:br/>
        <w:t>Її у жертву.&lt;br /&gt;</w:t>
        <w:br/>
        <w:t>В розмовах тих Карпо все відчував,&lt;br /&gt;</w:t>
        <w:br/>
        <w:t>Що він на жаль не мав&lt;br /&gt;</w:t>
        <w:br/>
        <w:t>Достатньої освіти,&lt;br /&gt;</w:t>
        <w:br/>
        <w:t>Бо України не всі діти&lt;br /&gt;</w:t>
        <w:br/>
        <w:t>Могли за партою сидіти в школі,&lt;br /&gt;</w:t>
        <w:br/>
        <w:t>А босі й голі&lt;br /&gt;</w:t>
        <w:br/>
        <w:t>Повинні були працювати,&lt;br /&gt;</w:t>
        <w:br/>
        <w:t>Щоб сім'ям виживати.&lt;br /&gt;</w:t>
        <w:br/>
        <w:t>Та й в школі не добра учили,&lt;br /&gt;</w:t>
        <w:br/>
        <w:t>А лише царя хвалили,&lt;br /&gt;</w:t>
        <w:br/>
        <w:t>І Бога все молили,&lt;br /&gt;</w:t>
        <w:br/>
        <w:t>Щоб імператори щасливо жили.</w:t>
      </w:r>
    </w:p>
    <w:p>
      <w:r>
        <w:br/>
        <w:t>На цих думках Карпо здригнувся,&lt;br /&gt;</w:t>
        <w:br/>
        <w:t>Бо по траншеї вже почувся&lt;br /&gt;</w:t>
        <w:br/>
        <w:t>Шум офіцерського плаща&lt;br /&gt;</w:t>
        <w:br/>
        <w:t>І кроків гул.&lt;br /&gt;</w:t>
        <w:br/>
        <w:t>Ще мить і він побачив що це був&lt;br /&gt;</w:t>
        <w:br/>
        <w:t>Сєргєєв, їх поручник з роти.&lt;br /&gt;</w:t>
        <w:br/>
        <w:t>Карпо вже струнко став навпроти,&lt;br /&gt;</w:t>
        <w:br/>
        <w:t>Але поручник помахав,&lt;br /&gt;</w:t>
        <w:br/>
        <w:t>Мовляв, не треба,&lt;br /&gt;</w:t>
        <w:br/>
        <w:t>Промовивши, що є така потреба&lt;br /&gt;</w:t>
        <w:br/>
        <w:t>Покликати сюди&lt;br /&gt;</w:t>
        <w:br/>
        <w:t>Кількох солдат із роти,&lt;br /&gt;</w:t>
        <w:br/>
        <w:t>Що тут сусідньою була.&lt;br /&gt;</w:t>
        <w:br/>
        <w:t>Наказ Карпо цей виконав сповна&lt;br /&gt;</w:t>
        <w:br/>
        <w:t>І знов стояв, де мав стояти,&lt;br /&gt;</w:t>
        <w:br/>
        <w:t>А поряд з ним почав збирати&lt;br /&gt;</w:t>
        <w:br/>
        <w:t>Поручник всіх простих солдат,&lt;br /&gt;</w:t>
        <w:br/>
        <w:t>Щоб прочитати їм "Іскру".&lt;br /&gt;</w:t>
        <w:br/>
        <w:t>І блудну ту мету&lt;br /&gt;</w:t>
        <w:br/>
        <w:t>Що-дня нав'язував Карпові.&lt;br /&gt;</w:t>
        <w:br/>
        <w:t>А з ним і Вдовін, капітан,&lt;br /&gt;</w:t>
        <w:br/>
        <w:t>Що теж перебував у змові.&lt;br /&gt;</w:t>
        <w:br/>
        <w:t>В своїй розмові&lt;br /&gt;</w:t>
        <w:br/>
        <w:t>Весь час казав Карпові,&lt;br /&gt;</w:t>
        <w:br/>
        <w:t>Щоб той до дому йшов&lt;br /&gt;</w:t>
        <w:br/>
        <w:t>І там знайшов&lt;br /&gt;</w:t>
        <w:br/>
        <w:t>Соц-демократів своїх,&lt;br /&gt;</w:t>
        <w:br/>
        <w:t>Де нове військо вже формують&lt;br /&gt;</w:t>
        <w:br/>
        <w:t>І швидко побудують&lt;br /&gt;</w:t>
        <w:br/>
        <w:t>Соціалізм на Україні,&lt;br /&gt;</w:t>
        <w:br/>
        <w:t>І що у Києві вже є&lt;br /&gt;</w:t>
        <w:br/>
        <w:t>Готовий до роботи уряд в "тіні"&lt;br /&gt;</w:t>
        <w:br/>
        <w:t>— Грушевський, Винниченко і Петлюра,&lt;br /&gt;</w:t>
        <w:br/>
        <w:t>Що то не авантюра,&lt;br /&gt;</w:t>
        <w:br/>
        <w:t>А вже сформована структура.&lt;br /&gt;</w:t>
        <w:br/>
        <w:t>Ці прізвища той капітан&lt;br /&gt;</w:t>
        <w:br/>
        <w:t>Так часто повторяв,&lt;br /&gt;</w:t>
        <w:br/>
        <w:t>Що їх Карпо вже добре знав&lt;br /&gt;</w:t>
        <w:br/>
        <w:t>І що вони, як Ленін у Росії&lt;br /&gt;</w:t>
        <w:br/>
        <w:t>Заберуть владу тут на Україні,&lt;br /&gt;</w:t>
        <w:br/>
        <w:t>А потім і по всьому світі&lt;br /&gt;</w:t>
        <w:br/>
        <w:t>Революцію почнуть,&lt;br /&gt;</w:t>
        <w:br/>
        <w:t>Коли таких людей і там знайдуть.&lt;br /&gt;</w:t>
        <w:br/>
        <w:t>Тоді для всіх настане така доля&lt;br /&gt;</w:t>
        <w:br/>
        <w:t>Коли і щастя буде і достаток й воля,&lt;br /&gt;</w:t>
        <w:br/>
        <w:t>Але щоб швидше повалити ката,&lt;br /&gt;</w:t>
        <w:br/>
        <w:t>Карпо повинен кинути цей фронт,&lt;br /&gt;</w:t>
        <w:br/>
        <w:t>Підняти всіх, сусіда, друга, брата,&lt;br /&gt;</w:t>
        <w:br/>
        <w:t>І в військо українське всім вступити,&lt;br /&gt;</w:t>
        <w:br/>
        <w:t>Щоб разом бити&lt;br /&gt;</w:t>
        <w:br/>
        <w:t>Усіх попів й панів.</w:t>
      </w:r>
    </w:p>
    <w:p>
      <w:r>
        <w:br/>
        <w:t>ЧАСТИНА П'ЯТА</w:t>
      </w:r>
    </w:p>
    <w:p>
      <w:r>
        <w:br/>
        <w:t>Четвертий рік&lt;br /&gt;</w:t>
        <w:br/>
        <w:t>Карпо не був у дома,&lt;br /&gt;</w:t>
        <w:br/>
        <w:t>Він солодко ступав&lt;br /&gt;</w:t>
        <w:br/>
        <w:t>По рідній і святій землі&lt;br /&gt;</w:t>
        <w:br/>
        <w:t>І господа благав,&lt;br /&gt;</w:t>
        <w:br/>
        <w:t>Що вже послав хвилини ті,&lt;br /&gt;</w:t>
        <w:br/>
        <w:t>В які він бачить рідну землю,&lt;br /&gt;</w:t>
        <w:br/>
        <w:t>Вдихає поля широчінь&lt;br /&gt;</w:t>
        <w:br/>
        <w:t>І серцем чує глибочінь&lt;br /&gt;</w:t>
        <w:br/>
        <w:t>Святої рідної землі.&lt;br /&gt;</w:t>
        <w:br/>
        <w:t>На скільки дорога вона,&lt;br /&gt;</w:t>
        <w:br/>
        <w:t>Лише в розлуці пізнаєш сповна,&lt;br /&gt;</w:t>
        <w:br/>
        <w:t>Тоді свідомістю сприймаєш,&lt;br /&gt;</w:t>
        <w:br/>
        <w:t>Без неї і життя не маєш,&lt;br /&gt;</w:t>
        <w:br/>
        <w:t>Живеш тільки тоді,&lt;br /&gt;</w:t>
        <w:br/>
        <w:t>Коли по ній ступаєш.&lt;br /&gt;</w:t>
        <w:br/>
        <w:t>Карпо спустився на коліна,&lt;br /&gt;</w:t>
        <w:br/>
        <w:t>Душа у нього мліла,&lt;br /&gt;</w:t>
        <w:br/>
        <w:t>Руками притулився до землі.&lt;br /&gt;</w:t>
        <w:br/>
        <w:t>Як діти гладять ще малі,&lt;br /&gt;</w:t>
        <w:br/>
        <w:t>Так він погладив по траві,&lt;br /&gt;</w:t>
        <w:br/>
        <w:t>А потім приложив свої долоні&lt;br /&gt;</w:t>
        <w:br/>
        <w:t>На сиві скроні&lt;br /&gt;</w:t>
        <w:br/>
        <w:t>І це тепло землі до серця відчував.&lt;br /&gt;</w:t>
        <w:br/>
        <w:t>Чим дальше йшов,&lt;br /&gt;</w:t>
        <w:br/>
        <w:t>Тим крок твердішим все ставав,&lt;br /&gt;</w:t>
        <w:br/>
        <w:t>А під ногами вже блищав&lt;br /&gt;</w:t>
        <w:br/>
        <w:t>Мороз іскристої роси&lt;br /&gt;</w:t>
        <w:br/>
        <w:t>— Грудневі дні пішли&lt;br /&gt;</w:t>
        <w:br/>
        <w:t>Сімнадцятого року.&lt;br /&gt;</w:t>
        <w:br/>
        <w:t>Багато днів блукав він по дорогах,&lt;br /&gt;</w:t>
        <w:br/>
        <w:t>В думках до свого йшов порогу,&lt;br /&gt;</w:t>
        <w:br/>
        <w:t>В старих вагонах прозябав,&lt;br /&gt;</w:t>
        <w:br/>
        <w:t>І дощ, і вітер зустрічав&lt;br /&gt;</w:t>
        <w:br/>
        <w:t>Його посеред поля,&lt;br /&gt;</w:t>
        <w:br/>
        <w:t>Сьогодні ж досвіта щаслива доля,&lt;br /&gt;</w:t>
        <w:br/>
        <w:t>Його до дому вже вела.&lt;br /&gt;</w:t>
        <w:br/>
        <w:t>На своїй станції у Волочиську він зійшов&lt;br /&gt;</w:t>
        <w:br/>
        <w:t>І не чекаючи світанку,&lt;br /&gt;</w:t>
        <w:br/>
        <w:t>У темряві він кваплячись пішов.</w:t>
      </w:r>
    </w:p>
    <w:p>
      <w:r>
        <w:br/>
        <w:t>На пагорбі стояв Карпо,&lt;br /&gt;</w:t>
        <w:br/>
        <w:t>В долині озеро й село&lt;br /&gt;</w:t>
        <w:br/>
        <w:t>Огорнуте в ранковій прохолоді,&lt;br /&gt;</w:t>
        <w:br/>
        <w:t>Лиш чувся гуркіт на цегляному заводі,&lt;br /&gt;</w:t>
        <w:br/>
        <w:t>Та із броварні дзвін фляшок&lt;br /&gt;</w:t>
        <w:br/>
        <w:t>Розносився кругом.&lt;br /&gt;</w:t>
        <w:br/>
        <w:t>Болоня все покрилося туманом,&lt;br /&gt;</w:t>
        <w:br/>
        <w:t>І там, в долині яром&lt;br /&gt;</w:t>
        <w:br/>
        <w:t>Немов би ковдрою укрилась,&lt;br /&gt;</w:t>
        <w:br/>
        <w:t>Спокійна Тарнорудка,&lt;br /&gt;</w:t>
        <w:br/>
        <w:t>Що поміж верби зачепилась&lt;br /&gt;</w:t>
        <w:br/>
        <w:t>І спала ще у своїх берегах.&lt;br /&gt;</w:t>
        <w:br/>
        <w:t>В селі, в окремих коминах&lt;br /&gt;</w:t>
        <w:br/>
        <w:t>Клубочився густий ранковий дим&lt;br /&gt;</w:t>
        <w:br/>
        <w:t>І разом з ним&lt;br /&gt;</w:t>
        <w:br/>
        <w:t>Село почало просипатись.&lt;br /&gt;</w:t>
        <w:br/>
        <w:t>Карпо ліворуч глянув,&lt;br /&gt;</w:t>
        <w:br/>
        <w:t>Де в смутку цвинтар їх стояв&lt;br /&gt;</w:t>
        <w:br/>
        <w:t>І тут згадав,&lt;br /&gt;</w:t>
        <w:br/>
        <w:t>Як він на фронті зустрічав&lt;br /&gt;</w:t>
        <w:br/>
        <w:t>Далекого сусіда свого,&lt;br /&gt;</w:t>
        <w:br/>
        <w:t>Стійкого і сміливого такого,&lt;br /&gt;</w:t>
        <w:br/>
        <w:t>Який тоді йому сказав,&lt;br /&gt;</w:t>
        <w:br/>
        <w:t>Що батько років два як вмер&lt;br /&gt;</w:t>
        <w:br/>
        <w:t>У муках й голоді він жив,&lt;br /&gt;</w:t>
        <w:br/>
        <w:t>А потім тиф його скосив&lt;br /&gt;</w:t>
        <w:br/>
        <w:t>І через рік за ним&lt;br /&gt;</w:t>
        <w:br/>
        <w:t>Померла мати.&lt;br /&gt;</w:t>
        <w:br/>
        <w:t>Чи то від туги, чи від мук&lt;br /&gt;</w:t>
        <w:br/>
        <w:t>Пішла небога спочивати,&lt;br /&gt;</w:t>
        <w:br/>
        <w:t>Весь вік привикла працювати,&lt;br /&gt;</w:t>
        <w:br/>
        <w:t>Не покладати в праці непосильній рук.</w:t>
      </w:r>
    </w:p>
    <w:p>
      <w:r>
        <w:br/>
        <w:t>Ступаючи по мерзлій вже траві&lt;br /&gt;</w:t>
        <w:br/>
        <w:t>Він повернув на цвинтар,&lt;br /&gt;</w:t>
        <w:br/>
        <w:t>Де появилися ряди нові.&lt;br /&gt;</w:t>
        <w:br/>
        <w:t>Карпо ввійшов якраз туди,&lt;br /&gt;</w:t>
        <w:br/>
        <w:t>Де поруч тут разом були&lt;br /&gt;</w:t>
        <w:br/>
        <w:t>Могили двох батьків.&lt;br /&gt;</w:t>
        <w:br/>
        <w:t>На протязі прожитих всіх років&lt;br /&gt;</w:t>
        <w:br/>
        <w:t>Жили собі в любові,&lt;br /&gt;</w:t>
        <w:br/>
        <w:t>Вони і тут разом обоє,&lt;br /&gt;</w:t>
        <w:br/>
        <w:t>А на хрестах написано було&lt;br /&gt;</w:t>
        <w:br/>
        <w:t>Їх прізвище, ім'я,&lt;br /&gt;</w:t>
        <w:br/>
        <w:t>Що це сім'я,&lt;br /&gt;</w:t>
        <w:br/>
        <w:t>Коли родилися й померли.&lt;br /&gt;</w:t>
        <w:br/>
        <w:t>І туга душу огорнула,&lt;br /&gt;</w:t>
        <w:br/>
        <w:t>Перед очима промайнула&lt;br /&gt;</w:t>
        <w:br/>
        <w:t>Дорога їх життя.&lt;br /&gt;</w:t>
        <w:br/>
        <w:t>Карпо згадав як ще дитиною малою&lt;br /&gt;</w:t>
        <w:br/>
        <w:t>Водила мати за собою&lt;br /&gt;</w:t>
        <w:br/>
        <w:t>Його в поля&lt;br /&gt;</w:t>
        <w:br/>
        <w:t>І вже хлопчиною малим косив,&lt;br /&gt;</w:t>
        <w:br/>
        <w:t>В'язав снопи, волами все возив,&lt;br /&gt;</w:t>
        <w:br/>
        <w:t>А потім молотив.&lt;br /&gt;</w:t>
        <w:br/>
        <w:t>І дика праця на той час&lt;br /&gt;</w:t>
        <w:br/>
        <w:t>Дитинство все забрала,&lt;br /&gt;</w:t>
        <w:br/>
        <w:t>І непосильною ставала&lt;br /&gt;</w:t>
        <w:br/>
        <w:t>В його дитячі ті роки.&lt;br /&gt;</w:t>
        <w:br/>
        <w:t>Лише добром у серці проростала&lt;br /&gt;</w:t>
        <w:br/>
        <w:t>Ця ласка материнських рук,&lt;br /&gt;</w:t>
        <w:br/>
        <w:t>Що гладили його,&lt;br /&gt;</w:t>
        <w:br/>
        <w:t>Коли лежав замучений на лаві&lt;br /&gt;</w:t>
        <w:br/>
        <w:t>І гоїв мозолі криваві.&lt;br /&gt;</w:t>
        <w:br/>
        <w:t>Сувора ласка батька&lt;br /&gt;</w:t>
        <w:br/>
        <w:t>Йому вселила в душу волю,&lt;br /&gt;</w:t>
        <w:br/>
        <w:t>Нести важку селянську долю.</w:t>
      </w:r>
    </w:p>
    <w:p>
      <w:r>
        <w:br/>
        <w:t>Втираючи сльозу шинельним рукавом&lt;br /&gt;</w:t>
        <w:br/>
        <w:t>Карпо заплакав як дитина,&lt;br /&gt;</w:t>
        <w:br/>
        <w:t>Здавалось, батькова могила&lt;br /&gt;</w:t>
        <w:br/>
        <w:t>Не зможе тугу цю ввібрати&lt;br /&gt;</w:t>
        <w:br/>
        <w:t>І вже не встане його мати&lt;br /&gt;</w:t>
        <w:br/>
        <w:t>І як колись не приголубить,&lt;br /&gt;</w:t>
        <w:br/>
        <w:t>Рукою не зітре сльозу&lt;br /&gt;</w:t>
        <w:br/>
        <w:t>Солдатську, не дитячу,&lt;br /&gt;</w:t>
        <w:br/>
        <w:t>Криваву цю, гарячу!</w:t>
      </w:r>
    </w:p>
    <w:p>
      <w:r>
        <w:br/>
        <w:t>З горбка спускався у село,&lt;br /&gt;</w:t>
        <w:br/>
        <w:t>Біля хреста підняв чоло,&lt;br /&gt;</w:t>
        <w:br/>
        <w:t>У грудях все стиснуло,&lt;br /&gt;</w:t>
        <w:br/>
        <w:t>Що стукіт серця чути було,&lt;br /&gt;</w:t>
        <w:br/>
        <w:t>Любов до милої його несла,&lt;br /&gt;</w:t>
        <w:br/>
        <w:t>В очах мить зустрічі пливла.&lt;br /&gt;</w:t>
        <w:br/>
        <w:t>Карпо із вдячністю подумав:&lt;br /&gt;</w:t>
        <w:br/>
        <w:t>"Що Ленін владу взяв&lt;br /&gt;</w:t>
        <w:br/>
        <w:t>У Петербурзі, їх столиці&lt;br /&gt;</w:t>
        <w:br/>
        <w:t>І військо все порозпускав,&lt;br /&gt;</w:t>
        <w:br/>
        <w:t>І ось він вже ступав&lt;br /&gt;</w:t>
        <w:br/>
        <w:t>Дорогою свого села!"&lt;br /&gt;</w:t>
        <w:br/>
        <w:t>Не кваплячись, тремтячою рукою&lt;br /&gt;</w:t>
        <w:br/>
        <w:t>Ворота скривлені відкрив,&lt;br /&gt;</w:t>
        <w:br/>
        <w:t>І якось на подвір'я боляче ступив,&lt;br /&gt;</w:t>
        <w:br/>
        <w:t>В безсиллі зупинився, став,&lt;br /&gt;</w:t>
        <w:br/>
        <w:t>На землю торбу ту поклав,&lt;br /&gt;</w:t>
        <w:br/>
        <w:t>Яка пройшла із ним боями,&lt;br /&gt;</w:t>
        <w:br/>
        <w:t>Великими фронтами&lt;br /&gt;</w:t>
        <w:br/>
        <w:t>І поглядом усе навколо розглядав.&lt;br /&gt;</w:t>
        <w:br/>
        <w:t>На хаті стріха солом'яна почорніла,&lt;br /&gt;</w:t>
        <w:br/>
        <w:t>Покрилася копицями із моху,&lt;br /&gt;</w:t>
        <w:br/>
        <w:t>А на хліві здалля біліла&lt;br /&gt;</w:t>
        <w:br/>
        <w:t>Маленька латка із нових сніпків,&lt;br /&gt;</w:t>
        <w:br/>
        <w:t>Де сам колись хотів&lt;br /&gt;</w:t>
        <w:br/>
        <w:t>Пригнилі поміняти.&lt;br /&gt;</w:t>
        <w:br/>
        <w:t>Він завжди уявляв,&lt;br /&gt;</w:t>
        <w:br/>
        <w:t>Як буде двері дому відчиняти,&lt;br /&gt;</w:t>
        <w:br/>
        <w:t>А тут вони зовсім відчинені були&lt;br /&gt;</w:t>
        <w:br/>
        <w:t>І чорна прірва заглядала в сіни,&lt;br /&gt;</w:t>
        <w:br/>
        <w:t>Яку підкреслювали стіни&lt;br /&gt;</w:t>
        <w:br/>
        <w:t>Своєю білизною.&lt;br /&gt;</w:t>
        <w:br/>
        <w:t>І двері вже відчинені у хлів,&lt;br /&gt;</w:t>
        <w:br/>
        <w:t>Карпо відразу зрозумів,&lt;br /&gt;</w:t>
        <w:br/>
        <w:t>— Калина рано так ходила&lt;br /&gt;</w:t>
        <w:br/>
        <w:t>І все робила,&lt;br /&gt;</w:t>
        <w:br/>
        <w:t>Щоб з всім упоратись за день.&lt;br /&gt;</w:t>
        <w:br/>
        <w:t>Не встиг через подвір'я перейти Карпо,&lt;br /&gt;</w:t>
        <w:br/>
        <w:t>Як на порозі він побачив вже Калину,&lt;br /&gt;</w:t>
        <w:br/>
        <w:t>В руках її було відро,&lt;br /&gt;</w:t>
        <w:br/>
        <w:t>Де парувало тепле молоко.&lt;br /&gt;</w:t>
        <w:br/>
        <w:t>Побачивши Карпа,&lt;br /&gt;</w:t>
        <w:br/>
        <w:t>Пустила його з рук вона,&lt;br /&gt;</w:t>
        <w:br/>
        <w:t>— Відро упало,&lt;br /&gt;</w:t>
        <w:br/>
        <w:t>Струмком біленьким поплило&lt;br /&gt;</w:t>
        <w:br/>
        <w:t>Йому до ніг.&lt;br /&gt;</w:t>
        <w:br/>
        <w:t>І тут в хліві на той поріг,&lt;br /&gt;</w:t>
        <w:br/>
        <w:t>Ніби підкошена, Калина сіла.&lt;br /&gt;</w:t>
        <w:br/>
        <w:t>Вона вся побіліла&lt;br /&gt;</w:t>
        <w:br/>
        <w:t>І мовити нічого не могла.&lt;br /&gt;</w:t>
        <w:br/>
        <w:t>Карпо на свої дужі руки&lt;br /&gt;</w:t>
        <w:br/>
        <w:t>З порогу підхопив Калину,&lt;br /&gt;</w:t>
        <w:br/>
        <w:t>Немов оту билину&lt;br /&gt;</w:t>
        <w:br/>
        <w:t>До себе ніжно пригорнув,&lt;br /&gt;</w:t>
        <w:br/>
        <w:t>— Її він вірність враз відчув.</w:t>
      </w:r>
    </w:p>
    <w:p>
      <w:r>
        <w:br/>
        <w:t>Весь день Карпо сидів на лаві,&lt;br /&gt;</w:t>
        <w:br/>
        <w:t>По черзі на руках дітей тримав,&lt;br /&gt;</w:t>
        <w:br/>
        <w:t>А старшим все розповідав,&lt;br /&gt;</w:t>
        <w:br/>
        <w:t>Яка війна була,&lt;br /&gt;</w:t>
        <w:br/>
        <w:t>Як ворог в них стріляв,&lt;br /&gt;</w:t>
        <w:br/>
        <w:t>Як кров текла&lt;br /&gt;</w:t>
        <w:br/>
        <w:t>Полями на фронтах,&lt;br /&gt;</w:t>
        <w:br/>
        <w:t>Як у боях&lt;br /&gt;</w:t>
        <w:br/>
        <w:t>Калічили людей.</w:t>
      </w:r>
    </w:p>
    <w:p>
      <w:r>
        <w:br/>
        <w:t>Коли земля запахла вже весною,&lt;br /&gt;</w:t>
        <w:br/>
        <w:t>Карпо заліз в роботу з головою,&lt;br /&gt;</w:t>
        <w:br/>
        <w:t>Руками жадібно тягнувсь до плуга,&lt;br /&gt;</w:t>
        <w:br/>
        <w:t>Які чотири роки зброю пронесли.&lt;br /&gt;</w:t>
        <w:br/>
        <w:t>Але не встиг Карпо все поробити&lt;br /&gt;</w:t>
        <w:br/>
        <w:t>— Його зумів нашвидку повалити&lt;br /&gt;</w:t>
        <w:br/>
        <w:t>Страшний проклятий тиф.&lt;br /&gt;</w:t>
        <w:br/>
        <w:t>Він марив дні і ночі,&lt;br /&gt;</w:t>
        <w:br/>
        <w:t>Калина не закривши очі&lt;br /&gt;</w:t>
        <w:br/>
        <w:t>Сиділа біля нього&lt;br /&gt;</w:t>
        <w:br/>
        <w:t>І все робила лиш для того,&lt;br /&gt;</w:t>
        <w:br/>
        <w:t>Щоб видужав Карпо й на ноги встав&lt;br /&gt;</w:t>
        <w:br/>
        <w:t>І вдвох вони хворобу побороли.&lt;br /&gt;</w:t>
        <w:br/>
        <w:t>Коли ж ходити він почав,&lt;br /&gt;</w:t>
        <w:br/>
        <w:t>Тоді лиш тільки взнав,&lt;br /&gt;</w:t>
        <w:br/>
        <w:t>Що в Києві при владі&lt;br /&gt;</w:t>
        <w:br/>
        <w:t>Є вже Центральна Рада,&lt;br /&gt;</w:t>
        <w:br/>
        <w:t>Що Україна військо своє має&lt;br /&gt;</w:t>
        <w:br/>
        <w:t>І Леніну допомагає&lt;br /&gt;</w:t>
        <w:br/>
        <w:t>Соціалізм у себе будувати.&lt;br /&gt;</w:t>
        <w:br/>
        <w:t>І тут у пам'яті стають сповна&lt;br /&gt;</w:t>
        <w:br/>
        <w:t>Відомі вже Карпові імена&lt;br /&gt;</w:t>
        <w:br/>
        <w:t>Петлюри й Винниченка.&lt;br /&gt;</w:t>
        <w:br/>
        <w:t>Коли ж закінчилась зима,&lt;br /&gt;</w:t>
        <w:br/>
        <w:t>Пішли чутки, що сарана,&lt;br /&gt;</w:t>
        <w:br/>
        <w:t>Яка цареві ще служила,&lt;br /&gt;</w:t>
        <w:br/>
        <w:t>Полками на Москву пішла.&lt;br /&gt;</w:t>
        <w:br/>
        <w:t>Та ці роздрібнені полки&lt;br /&gt;</w:t>
        <w:br/>
        <w:t>Ніколи не могли&lt;br /&gt;</w:t>
        <w:br/>
        <w:t>Найти державну ту опору,&lt;br /&gt;</w:t>
        <w:br/>
        <w:t>Вони всі царськими були,&lt;br /&gt;</w:t>
        <w:br/>
        <w:t>А цар не мав вже свого двору,&lt;br /&gt;</w:t>
        <w:br/>
        <w:t>І втративши державну свою суть,&lt;br /&gt;</w:t>
        <w:br/>
        <w:t>Його слова і дії вже нічого не несуть.&lt;br /&gt;</w:t>
        <w:br/>
        <w:t>Тому всі набрані полки&lt;br /&gt;</w:t>
        <w:br/>
        <w:t>Лиш покидьки були&lt;br /&gt;</w:t>
        <w:br/>
        <w:t>Для тих державних справ.&lt;br /&gt;</w:t>
        <w:br/>
        <w:t>А в той час Ленін вже зібрав&lt;br /&gt;</w:t>
        <w:br/>
        <w:t>Мільйони війська свого&lt;br /&gt;</w:t>
        <w:br/>
        <w:t>І не для того,&lt;br /&gt;</w:t>
        <w:br/>
        <w:t>Щоб царські сили всі розбити,&lt;br /&gt;</w:t>
        <w:br/>
        <w:t>А щоб надійно відновити&lt;br /&gt;</w:t>
        <w:br/>
        <w:t>Імперії Російської кордони.&lt;br /&gt;</w:t>
        <w:br/>
        <w:t>І як чума повзли ті ленінські загони,&lt;br /&gt;</w:t>
        <w:br/>
        <w:t>Та головна мета була одна&lt;br /&gt;</w:t>
        <w:br/>
        <w:t>— Забрати знову Україну,&lt;br /&gt;</w:t>
        <w:br/>
        <w:t>Бо лиш вона&lt;br /&gt;</w:t>
        <w:br/>
        <w:t>Прогодувати зможе цю нову країну,&lt;br /&gt;</w:t>
        <w:br/>
        <w:t>Тому захоплення її — це головна мета!&lt;br /&gt;</w:t>
        <w:br/>
        <w:t>І першим Харків впав,&lt;br /&gt;</w:t>
        <w:br/>
        <w:t>Який вже Ленін називав&lt;br /&gt;</w:t>
        <w:br/>
        <w:t>Столицею всієї України.&lt;br /&gt;</w:t>
        <w:br/>
        <w:t>Маскуючи ідейно свої зміни&lt;br /&gt;</w:t>
        <w:br/>
        <w:t>Імперія себе тим зберігала,&lt;br /&gt;</w:t>
        <w:br/>
        <w:t>Під гаслом цим війною вже погнала&lt;br /&gt;</w:t>
        <w:br/>
        <w:t>Усі українські полки,&lt;br /&gt;</w:t>
        <w:br/>
        <w:t>Петлюрівцями — так їх називала,&lt;br /&gt;</w:t>
        <w:br/>
        <w:t>Щоб для населення не українськими були&lt;br /&gt;</w:t>
        <w:br/>
        <w:t>Й не мали нації в своєму змісті.&lt;br /&gt;</w:t>
        <w:br/>
        <w:t>І розгромив не коронований той цар&lt;br /&gt;</w:t>
        <w:br/>
        <w:t>Імперської Росії&lt;br /&gt;</w:t>
        <w:br/>
        <w:t>Те українське військо й ті надії,&lt;br /&gt;</w:t>
        <w:br/>
        <w:t>В яких жили й наївними були&lt;br /&gt;</w:t>
        <w:br/>
        <w:t>По партії для Леніна брати:&lt;br /&gt;</w:t>
        <w:br/>
        <w:t>Грушевський, Винниченко і Петлюра.</w:t>
      </w:r>
    </w:p>
    <w:p>
      <w:r>
        <w:br/>
        <w:t>У Тарноруді, одної літньої неділі,&lt;br /&gt;</w:t>
        <w:br/>
        <w:t>На тій поляні, в центрі у селі&lt;br /&gt;</w:t>
        <w:br/>
        <w:t>Зібралися усі,&lt;br /&gt;</w:t>
        <w:br/>
        <w:t>Діди, чоловіки і хлопці молоді,&lt;br /&gt;</w:t>
        <w:br/>
        <w:t>Щоби послухати тих односельців,&lt;br /&gt;</w:t>
        <w:br/>
        <w:t>Які були в Петлюрівських військах,&lt;br /&gt;</w:t>
        <w:br/>
        <w:t>Тепер же розбрелися по домах.&lt;br /&gt;</w:t>
        <w:br/>
        <w:t>Посеред кругу у військовому стояв&lt;br /&gt;</w:t>
        <w:br/>
        <w:t>Сам Головко Тарас&lt;br /&gt;</w:t>
        <w:br/>
        <w:t>І всім розповідав,&lt;br /&gt;</w:t>
        <w:br/>
        <w:t>Як він у Києві стояв&lt;br /&gt;</w:t>
        <w:br/>
        <w:t>В шеренгах нашого вже війська,&lt;br /&gt;</w:t>
        <w:br/>
        <w:t>Що в сотні комендантській був,&lt;br /&gt;</w:t>
        <w:br/>
        <w:t>Не те, що чув,&lt;br /&gt;</w:t>
        <w:br/>
        <w:t>— Що дня поряд собою бачив&lt;br /&gt;</w:t>
        <w:br/>
        <w:t>Усю Центральну Раду, наче,&lt;br /&gt;</w:t>
        <w:br/>
        <w:t>Це друзі всі його були,&lt;br /&gt;</w:t>
        <w:br/>
        <w:t>Які повірили і повели&lt;br /&gt;</w:t>
        <w:br/>
        <w:t>Народ свій у ярмо тирана.&lt;br /&gt;</w:t>
        <w:br/>
        <w:t>Фактично, це була забава&lt;br /&gt;</w:t>
        <w:br/>
        <w:t>Наївності її керівників,&lt;br /&gt;</w:t>
        <w:br/>
        <w:t>Де кожний з них хотів&lt;br /&gt;</w:t>
        <w:br/>
        <w:t>Побути трохи у раю.&lt;br /&gt;</w:t>
        <w:br/>
        <w:t>Дитячість ту просту&lt;br /&gt;</w:t>
        <w:br/>
        <w:t>Було вже перетворено в мету:&lt;br /&gt;</w:t>
        <w:br/>
        <w:t>Стару імперію морально оновити,&lt;br /&gt;</w:t>
        <w:br/>
        <w:t>А на престолі посадити&lt;br /&gt;</w:t>
        <w:br/>
        <w:t>Вже не царя,&lt;br /&gt;</w:t>
        <w:br/>
        <w:t>Щоб назва лідера була новою,&lt;br /&gt;</w:t>
        <w:br/>
        <w:t>Такою, що кличе за собою&lt;br /&gt;</w:t>
        <w:br/>
        <w:t>Усі народи в рай.&lt;br /&gt;</w:t>
        <w:br/>
        <w:t>І приховавши ту мораль&lt;br /&gt;</w:t>
        <w:br/>
        <w:t>За золоті слова надії,&lt;br /&gt;</w:t>
        <w:br/>
        <w:t>Хижак почав громити&lt;br /&gt;</w:t>
        <w:br/>
        <w:t>Всі українські мрії&lt;br /&gt;</w:t>
        <w:br/>
        <w:t>І Ленінська мета&lt;br /&gt;</w:t>
        <w:br/>
        <w:t>У дії вже була,&lt;br /&gt;</w:t>
        <w:br/>
        <w:t>Яка могла спасти життя&lt;br /&gt;</w:t>
        <w:br/>
        <w:t>Російської імперії старої,&lt;br /&gt;</w:t>
        <w:br/>
        <w:t>Лиш для якої&lt;br /&gt;</w:t>
        <w:br/>
        <w:t>Ідею нову треба дати,&lt;br /&gt;</w:t>
        <w:br/>
        <w:t>І всі повинні будувати&lt;br /&gt;</w:t>
        <w:br/>
        <w:t>Щасливий рай,&lt;br /&gt;</w:t>
        <w:br/>
        <w:t>А в назві зроблена заміна,&lt;br /&gt;</w:t>
        <w:br/>
        <w:t>Де була "Малоросія",&lt;br /&gt;</w:t>
        <w:br/>
        <w:t>Там пишуть вже "Радянська Україна".</w:t>
      </w:r>
    </w:p>
    <w:p>
      <w:r>
        <w:br/>
        <w:t>Карпо прийшов до дому&lt;br /&gt;</w:t>
        <w:br/>
        <w:t>І місця не находив,&lt;br /&gt;</w:t>
        <w:br/>
        <w:t>Ніяк не міг повірити він тому,&lt;br /&gt;</w:t>
        <w:br/>
        <w:t>Що діялось кругом.&lt;br /&gt;</w:t>
        <w:br/>
        <w:t>Всю ніч не зміг заснути,&lt;br /&gt;</w:t>
        <w:br/>
        <w:t>А думав все над тим,&lt;br /&gt;</w:t>
        <w:br/>
        <w:t>Як таке може бути,&lt;br /&gt;</w:t>
        <w:br/>
        <w:t>Що дика та Росія&lt;br /&gt;</w:t>
        <w:br/>
        <w:t>Свій меч затуплений, старий,&lt;br /&gt;</w:t>
        <w:br/>
        <w:t>Насильства і розбою&lt;br /&gt;</w:t>
        <w:br/>
        <w:t>Зуміла замінити на новий.&lt;br /&gt;</w:t>
        <w:br/>
        <w:t>Але страшнішим було те,&lt;br /&gt;</w:t>
        <w:br/>
        <w:t>Ховаючи під маскою лице&lt;br /&gt;</w:t>
        <w:br/>
        <w:t>Народи між собою&lt;br /&gt;</w:t>
        <w:br/>
        <w:t>Посіяли велику смуту,&lt;br /&gt;</w:t>
        <w:br/>
        <w:t>Й ростять ілюзію набуту&lt;br /&gt;</w:t>
        <w:br/>
        <w:t>І душі черствіють в людей&lt;br /&gt;</w:t>
        <w:br/>
        <w:t>— В свідомість влито їм отруту&lt;br /&gt;</w:t>
        <w:br/>
        <w:t>Брудних, запутаних ідей!</w:t>
      </w:r>
    </w:p>
    <w:p>
      <w:r>
        <w:br/>
        <w:t>І тут журба Карпа взяла,&lt;br /&gt;</w:t>
        <w:br/>
        <w:t>Як складність та&lt;br /&gt;</w:t>
        <w:br/>
        <w:t>Буде долатися його синами?&lt;br /&gt;</w:t>
        <w:br/>
        <w:t>Яку позицію займуть&lt;br /&gt;</w:t>
        <w:br/>
        <w:t>І як в життя підуть,&lt;br /&gt;</w:t>
        <w:br/>
        <w:t>Хоч бруду у серцях їх не бувало.&lt;br /&gt;</w:t>
        <w:br/>
        <w:t>Карпа найбільше турбувало,&lt;br /&gt;</w:t>
        <w:br/>
        <w:t>Щоб залишилися вони людьми,&lt;br /&gt;</w:t>
        <w:br/>
        <w:t>І вічно берегли&lt;br /&gt;</w:t>
        <w:br/>
        <w:t>Велику шану до людей&lt;br /&gt;</w:t>
        <w:br/>
        <w:t>І до високих тих ідей,&lt;br /&gt;</w:t>
        <w:br/>
        <w:t>Що кликали у бій всіх здавна&lt;br /&gt;</w:t>
        <w:br/>
        <w:t>І без вагань могли&lt;br /&gt;</w:t>
        <w:br/>
        <w:t>Здолати хижого тирана.&lt;br /&gt;</w:t>
        <w:br/>
        <w:t>Розумний і кмітливий Клим,&lt;br /&gt;</w:t>
        <w:br/>
        <w:t>Душевний, обдарований Максим&lt;br /&gt;</w:t>
        <w:br/>
        <w:t>Великі успіхи вже мають у навчанні,&lt;br /&gt;</w:t>
        <w:br/>
        <w:t>У батька й матері в пошані&lt;br /&gt;</w:t>
        <w:br/>
        <w:t>Ніколи їх не підведуть,&lt;br /&gt;</w:t>
        <w:br/>
        <w:t>А за собою поведуть&lt;br /&gt;</w:t>
        <w:br/>
        <w:t>Долати рабство і неволю,&lt;br /&gt;</w:t>
        <w:br/>
        <w:t>І кривдити народну долю&lt;br /&gt;</w:t>
        <w:br/>
        <w:t>Нікому більше не дадуть.</w:t>
      </w:r>
    </w:p>
    <w:p>
      <w:r>
        <w:br/>
        <w:t>ЧАСТИНА ШОСТА</w:t>
      </w:r>
    </w:p>
    <w:p>
      <w:r>
        <w:br/>
        <w:t>Червоне сонце впало за село,&lt;br /&gt;</w:t>
        <w:br/>
        <w:t>Багряний обрій засвітило,&lt;br /&gt;</w:t>
        <w:br/>
        <w:t>Карпо з Калиною у двох&lt;br /&gt;</w:t>
        <w:br/>
        <w:t>Як голуб'ята, мило,&lt;br /&gt;</w:t>
        <w:br/>
        <w:t>Вели розмову щиру&lt;br /&gt;</w:t>
        <w:br/>
        <w:t>Під хатою на призбі.&lt;br /&gt;</w:t>
        <w:br/>
        <w:t>Хрущі над вишнями гуділи&lt;br /&gt;</w:t>
        <w:br/>
        <w:t>І зрідка зорі мерехтіли&lt;br /&gt;</w:t>
        <w:br/>
        <w:t>На темній вже блакиті,&lt;br /&gt;</w:t>
        <w:br/>
        <w:t>А місяць щедро розсипав проміння,&lt;br /&gt;</w:t>
        <w:br/>
        <w:t>Немов би в золоті було усе подвір'я.&lt;br /&gt;</w:t>
        <w:br/>
        <w:t>Ішов вже тридцять п'ятий рік.&lt;br /&gt;</w:t>
        <w:br/>
        <w:t>І ще торік&lt;br /&gt;</w:t>
        <w:br/>
        <w:t>Карпо з Калиною лишились без землі,&lt;br /&gt;</w:t>
        <w:br/>
        <w:t>Їх поле у колгосп забрали,&lt;br /&gt;</w:t>
        <w:br/>
        <w:t>Лиш біля хати вони мали&lt;br /&gt;</w:t>
        <w:br/>
        <w:t>Город і невеличкий їх садок.&lt;br /&gt;</w:t>
        <w:br/>
        <w:t>Хоч хата досить вже стара,&lt;br /&gt;</w:t>
        <w:br/>
        <w:t>Та все-таки своя.&lt;br /&gt;</w:t>
        <w:br/>
        <w:t>Ходили разом на роботу&lt;br /&gt;</w:t>
        <w:br/>
        <w:t>І було мало в них турботи,&lt;br /&gt;</w:t>
        <w:br/>
        <w:t>Не стало більше хвилювати,&lt;br /&gt;</w:t>
        <w:br/>
        <w:t>Що треба в полі жито жати,&lt;br /&gt;</w:t>
        <w:br/>
        <w:t>Чи там його возити,&lt;br /&gt;</w:t>
        <w:br/>
        <w:t>Чи може молотити,&lt;br /&gt;</w:t>
        <w:br/>
        <w:t>А так собі пішов на день,&lt;br /&gt;</w:t>
        <w:br/>
        <w:t>Відбув той трудодень,&lt;br /&gt;</w:t>
        <w:br/>
        <w:t>Зробив якусь роботу,&lt;br /&gt;</w:t>
        <w:br/>
        <w:t>Яку дадуть,&lt;br /&gt;</w:t>
        <w:br/>
        <w:t>За неї трудодень запишуть,&lt;br /&gt;</w:t>
        <w:br/>
        <w:t>Аж коли рік мине,&lt;br /&gt;</w:t>
        <w:br/>
        <w:t>Ті дні до купи всі складуть&lt;br /&gt;</w:t>
        <w:br/>
        <w:t>І вже заплатять за усе&lt;br /&gt;</w:t>
        <w:br/>
        <w:t>Зерном по пару жмень&lt;br /&gt;</w:t>
        <w:br/>
        <w:t>За кожний трудодень.&lt;br /&gt;</w:t>
        <w:br/>
        <w:t>Бувало так, десятків кілька кілограм&lt;br /&gt;</w:t>
        <w:br/>
        <w:t>За всю роботу в рік платили.&lt;br /&gt;</w:t>
        <w:br/>
        <w:t>З весни садили&lt;br /&gt;</w:t>
        <w:br/>
        <w:t>Маленький свій город,&lt;br /&gt;</w:t>
        <w:br/>
        <w:t>А восени збирали.&lt;br /&gt;</w:t>
        <w:br/>
        <w:t>Всю зиму спочивали,&lt;br /&gt;</w:t>
        <w:br/>
        <w:t>Лише у день&lt;br /&gt;</w:t>
        <w:br/>
        <w:t>В колгосп ходили&lt;br /&gt;</w:t>
        <w:br/>
        <w:t>За мізер той робили.</w:t>
      </w:r>
    </w:p>
    <w:p>
      <w:r>
        <w:br/>
        <w:t>Синів батьки вже поженили&lt;br /&gt;</w:t>
        <w:br/>
        <w:t>І дочки заміж вийшли всі.&lt;br /&gt;</w:t>
        <w:br/>
        <w:t>Хвалитись було нічим,&lt;br /&gt;</w:t>
        <w:br/>
        <w:t>Хоч Клим велику школу кінчив,&lt;br /&gt;</w:t>
        <w:br/>
        <w:t>На цілий весь район&lt;br /&gt;</w:t>
        <w:br/>
        <w:t>Став перший агроном.&lt;br /&gt;</w:t>
        <w:br/>
        <w:t>За здібності перед селом&lt;br /&gt;</w:t>
        <w:br/>
        <w:t>Трохима взяли головою&lt;br /&gt;</w:t>
        <w:br/>
        <w:t>Колгоспу їхнього села.&lt;br /&gt;</w:t>
        <w:br/>
        <w:t>І більшовицька партія уся&lt;br /&gt;</w:t>
        <w:br/>
        <w:t>На нього вже надію покладала,&lt;br /&gt;</w:t>
        <w:br/>
        <w:t>В свої ряди прийняла&lt;br /&gt;</w:t>
        <w:br/>
        <w:t>— Його руками будувала&lt;br /&gt;</w:t>
        <w:br/>
        <w:t>Соціалізму рай.&lt;br /&gt;</w:t>
        <w:br/>
        <w:t>Трохим і серцем, і душею&lt;br /&gt;</w:t>
        <w:br/>
        <w:t>Віддався справі вкрай&lt;br /&gt;</w:t>
        <w:br/>
        <w:t>І вже за цю ідею&lt;br /&gt;</w:t>
        <w:br/>
        <w:t>Він голову б віддав.&lt;br /&gt;</w:t>
        <w:br/>
        <w:t>З своєї хати&lt;br /&gt;</w:t>
        <w:br/>
        <w:t>Ікони всі повикидав,&lt;br /&gt;</w:t>
        <w:br/>
        <w:t>На стінах почіпляв&lt;br /&gt;</w:t>
        <w:br/>
        <w:t>Портрети Сталіна-грузина,&lt;br /&gt;</w:t>
        <w:br/>
        <w:t>Якому партія робила&lt;br /&gt;</w:t>
        <w:br/>
        <w:t>Святий уклін,&lt;br /&gt;</w:t>
        <w:br/>
        <w:t>Тому, що він&lt;br /&gt;</w:t>
        <w:br/>
        <w:t>Тиран був на престолі&lt;br /&gt;</w:t>
        <w:br/>
        <w:t>Імперії старої&lt;br /&gt;</w:t>
        <w:br/>
        <w:t>З години тої,&lt;br /&gt;</w:t>
        <w:br/>
        <w:t>Як Ленін той помер,&lt;br /&gt;</w:t>
        <w:br/>
        <w:t>Що спас імперію Росії,&lt;br /&gt;</w:t>
        <w:br/>
        <w:t>А всіх народів мрії і надії&lt;br /&gt;</w:t>
        <w:br/>
        <w:t>На волю — задушивши вбили,&lt;br /&gt;</w:t>
        <w:br/>
        <w:t>Поклавши до глибокої могили.</w:t>
      </w:r>
    </w:p>
    <w:p>
      <w:r>
        <w:br/>
        <w:t>Карпо вже кілька раз&lt;br /&gt;</w:t>
        <w:br/>
        <w:t>Хотів з Трохимом говорити&lt;br /&gt;</w:t>
        <w:br/>
        <w:t>І хоч якось його змінити,&lt;br /&gt;</w:t>
        <w:br/>
        <w:t>Щоб міг любити&lt;br /&gt;</w:t>
        <w:br/>
        <w:t>Він своїх людей,&lt;br /&gt;</w:t>
        <w:br/>
        <w:t>Щоб в їх душі від тих ідей&lt;br /&gt;</w:t>
        <w:br/>
        <w:t>Він не труїв їх почуття святі.&lt;br /&gt;</w:t>
        <w:br/>
        <w:t>Але Трохим прохання ті&lt;br /&gt;</w:t>
        <w:br/>
        <w:t>Відразу відкидав,&lt;br /&gt;</w:t>
        <w:br/>
        <w:t>Бо був захоплений до краю&lt;br /&gt;</w:t>
        <w:br/>
        <w:t>У будівництві того раю,&lt;br /&gt;</w:t>
        <w:br/>
        <w:t>І на людей вже не зважав.&lt;br /&gt;</w:t>
        <w:br/>
        <w:t>А через рік&lt;br /&gt;</w:t>
        <w:br/>
        <w:t>Карпо у ліжку зліг&lt;br /&gt;</w:t>
        <w:br/>
        <w:t>Від болю у душі,&lt;br /&gt;</w:t>
        <w:br/>
        <w:t>Який йому вчинив&lt;br /&gt;</w:t>
        <w:br/>
        <w:t>Його Трохим,&lt;br /&gt;</w:t>
        <w:br/>
        <w:t>Той самий син,&lt;br /&gt;</w:t>
        <w:br/>
        <w:t>Що вірно так служив&lt;br /&gt;</w:t>
        <w:br/>
        <w:t>Обновленій імперії Росії.&lt;br /&gt;</w:t>
        <w:br/>
        <w:t>Саме Трохим провів роботу,&lt;br /&gt;</w:t>
        <w:br/>
        <w:t>Щоб до відправи, ще в суботу&lt;br /&gt;</w:t>
        <w:br/>
        <w:t>Всі храми, що народ поставив&lt;br /&gt;</w:t>
        <w:br/>
        <w:t>Закрити на замок,&lt;br /&gt;</w:t>
        <w:br/>
        <w:t>Бо хтось з Москви направив&lt;br /&gt;</w:t>
        <w:br/>
        <w:t>Такий наказ:&lt;br /&gt;</w:t>
        <w:br/>
        <w:t>Що церква, синагога і костел весь час&lt;br /&gt;</w:t>
        <w:br/>
        <w:t>Були розсадником&lt;br /&gt;</w:t>
        <w:br/>
        <w:t>Ворожого Москві націоналізму,&lt;br /&gt;</w:t>
        <w:br/>
        <w:t>Що шкодили вони соціалізму&lt;br /&gt;</w:t>
        <w:br/>
        <w:t>І розквіту його,&lt;br /&gt;</w:t>
        <w:br/>
        <w:t>Тому як ворога свого&lt;br /&gt;</w:t>
        <w:br/>
        <w:t>Москва заставить вмерти,&lt;br /&gt;</w:t>
        <w:br/>
        <w:t>З лиця землі все стерти,&lt;br /&gt;</w:t>
        <w:br/>
        <w:t>А то українці, поляки і євреї&lt;br /&gt;</w:t>
        <w:br/>
        <w:t>Не вірять у новітні ці ідеї,&lt;br /&gt;</w:t>
        <w:br/>
        <w:t>А свого Бога стережуть.</w:t>
      </w:r>
    </w:p>
    <w:p>
      <w:r>
        <w:br/>
        <w:t>І тут Карпа Трохим,&lt;br /&gt;</w:t>
        <w:br/>
        <w:t>А разом з ним&lt;br /&gt;</w:t>
        <w:br/>
        <w:t>Ще кілька чоловік&lt;br /&gt;</w:t>
        <w:br/>
        <w:t>Прийнялися Москві служити,&lt;br /&gt;</w:t>
        <w:br/>
        <w:t>Святині ці ломити,&lt;br /&gt;</w:t>
        <w:br/>
        <w:t>Які роками будував народ.</w:t>
      </w:r>
    </w:p>
    <w:p>
      <w:r>
        <w:br/>
        <w:t>Коли Карпо про це як взнав,&lt;br /&gt;</w:t>
        <w:br/>
        <w:t>Нічого не сказав,&lt;br /&gt;</w:t>
        <w:br/>
        <w:t>Бо зайвими були слова,&lt;br /&gt;</w:t>
        <w:br/>
        <w:t>А сам пішов туди,&lt;br /&gt;</w:t>
        <w:br/>
        <w:t>Де церква в них була.&lt;br /&gt;</w:t>
        <w:br/>
        <w:t>Брів берегом навскісь&lt;br /&gt;</w:t>
        <w:br/>
        <w:t>І смуток в очі вліз,&lt;br /&gt;</w:t>
        <w:br/>
        <w:t>Навгад ногами він ступав,&lt;br /&gt;</w:t>
        <w:br/>
        <w:t>Перечіплявся, ледь не впав,&lt;br /&gt;</w:t>
        <w:br/>
        <w:t>Бо стежки він не бачив.&lt;br /&gt;</w:t>
        <w:br/>
        <w:t>Він добре знав,&lt;br /&gt;</w:t>
        <w:br/>
        <w:t>Що звідси можна&lt;br /&gt;</w:t>
        <w:br/>
        <w:t>Своєї церкви бачити хрести&lt;br /&gt;</w:t>
        <w:br/>
        <w:t>І промовляючи що-разу&lt;br /&gt;</w:t>
        <w:br/>
        <w:t>"Господи прости!",&lt;br /&gt;</w:t>
        <w:br/>
        <w:t>Між вербами весь простір розглядав,&lt;br /&gt;</w:t>
        <w:br/>
        <w:t>А верби гіллям всім кивали&lt;br /&gt;</w:t>
        <w:br/>
        <w:t>І щиро відкривали&lt;br /&gt;</w:t>
        <w:br/>
        <w:t>Небесну лиш блакить.&lt;br /&gt;</w:t>
        <w:br/>
        <w:t>Карпо завмер на мить,&lt;br /&gt;</w:t>
        <w:br/>
        <w:t>Але на обрії села&lt;br /&gt;</w:t>
        <w:br/>
        <w:t>Ніяк він церкви не знаходив.&lt;br /&gt;</w:t>
        <w:br/>
        <w:t>Він дихати не міг,&lt;br /&gt;</w:t>
        <w:br/>
        <w:t>І вже не йшов, а біг.&lt;br /&gt;</w:t>
        <w:br/>
        <w:t>Коли ж майдан проліг&lt;br /&gt;</w:t>
        <w:br/>
        <w:t>Йому перед очима,&lt;br /&gt;</w:t>
        <w:br/>
        <w:t>Де церква їх була,&lt;br /&gt;</w:t>
        <w:br/>
        <w:t>То там уся вона&lt;br /&gt;</w:t>
        <w:br/>
        <w:t>Була в руїнах!&lt;br /&gt;</w:t>
        <w:br/>
        <w:t>В болоті хрест лежав,&lt;br /&gt;</w:t>
        <w:br/>
        <w:t>А куполи були побиті,&lt;br /&gt;</w:t>
        <w:br/>
        <w:t>Слізьми жінок від горя вмиті.&lt;br /&gt;</w:t>
        <w:br/>
        <w:t>Стояла лиш одна стіна,&lt;br /&gt;</w:t>
        <w:br/>
        <w:t>На ній мальована була&lt;br /&gt;</w:t>
        <w:br/>
        <w:t>Їх Матір Божа,&lt;br /&gt;</w:t>
        <w:br/>
        <w:t>Яка до неба руки підвела!&lt;br /&gt;</w:t>
        <w:br/>
        <w:t>Карпо її з дитинства знав,&lt;br /&gt;</w:t>
        <w:br/>
        <w:t>Коли у церкві з матір'ю стояв&lt;br /&gt;</w:t>
        <w:br/>
        <w:t>Дитиною малою.&lt;br /&gt;</w:t>
        <w:br/>
        <w:t>До неї, Матері Святої&lt;br /&gt;</w:t>
        <w:br/>
        <w:t>Він вперше хрест поклав&lt;br /&gt;</w:t>
        <w:br/>
        <w:t>Собі на груди,&lt;br /&gt;</w:t>
        <w:br/>
        <w:t>А всі дорослі люди&lt;br /&gt;</w:t>
        <w:br/>
        <w:t>Шукали в Ній своє спасіння,&lt;br /&gt;</w:t>
        <w:br/>
        <w:t>Та відчували Господа благословіння&lt;br /&gt;</w:t>
        <w:br/>
        <w:t>І це добра насіння&lt;br /&gt;</w:t>
        <w:br/>
        <w:t>Росло у їх серцях!&lt;br /&gt;</w:t>
        <w:br/>
        <w:t>З Калиною Карпо&lt;br /&gt;</w:t>
        <w:br/>
        <w:t>До неї йшли у юні роки&lt;br /&gt;</w:t>
        <w:br/>
        <w:t>І Матір Божа їхні кроки&lt;br /&gt;</w:t>
        <w:br/>
        <w:t>Любов'ю простеляла,&lt;br /&gt;</w:t>
        <w:br/>
        <w:t>У душі вірність їм вселяла,&lt;br /&gt;</w:t>
        <w:br/>
        <w:t>Кохання їх благословляла.&lt;br /&gt;</w:t>
        <w:br/>
        <w:t>Під нею тут з Калиною вінчався,&lt;br /&gt;</w:t>
        <w:br/>
        <w:t>На віки присягався,&lt;br /&gt;</w:t>
        <w:br/>
        <w:t>— І все оце святе&lt;br /&gt;</w:t>
        <w:br/>
        <w:t>Зруйноване їх рідним сином!</w:t>
      </w:r>
    </w:p>
    <w:p>
      <w:r>
        <w:br/>
        <w:t>Карпо понурий йшов назад&lt;br /&gt;</w:t>
        <w:br/>
        <w:t>Не бачачи дороги,&lt;br /&gt;</w:t>
        <w:br/>
        <w:t>А його ноги&lt;br /&gt;</w:t>
        <w:br/>
        <w:t>Свинцевими були,&lt;br /&gt;</w:t>
        <w:br/>
        <w:t>Схиливши голову своєї сивини,&lt;br /&gt;</w:t>
        <w:br/>
        <w:t>У грудях біль&lt;br /&gt;</w:t>
        <w:br/>
        <w:t>Кривавими сльозами клекотіла,&lt;br /&gt;</w:t>
        <w:br/>
        <w:t>Душа його&lt;br /&gt;</w:t>
        <w:br/>
        <w:t>У серці непорушно мліла.&lt;br /&gt;</w:t>
        <w:br/>
        <w:t>Переступивши свій поріг&lt;br /&gt;</w:t>
        <w:br/>
        <w:t>Карпо відразу зліг.&lt;br /&gt;</w:t>
        <w:br/>
        <w:t>Лице зробилося блідим,&lt;br /&gt;</w:t>
        <w:br/>
        <w:t>В очах блищало забуття,&lt;br /&gt;</w:t>
        <w:br/>
        <w:t>Немов немає перед ним&lt;br /&gt;</w:t>
        <w:br/>
        <w:t>Ніякого життя.&lt;br /&gt;</w:t>
        <w:br/>
        <w:t>Почувши це,&lt;br /&gt;</w:t>
        <w:br/>
        <w:t>Прийшли сини.&lt;br /&gt;</w:t>
        <w:br/>
        <w:t>Через поріг ступив у хату Клим,&lt;br /&gt;</w:t>
        <w:br/>
        <w:t>А вже за ним&lt;br /&gt;</w:t>
        <w:br/>
        <w:t>Принижено і боязко ішов Трохим,&lt;br /&gt;</w:t>
        <w:br/>
        <w:t>Лише Максим&lt;br /&gt;</w:t>
        <w:br/>
        <w:t>У Києві ще вчився.&lt;br /&gt;</w:t>
        <w:br/>
        <w:t>Карпо у стелю все дивився&lt;br /&gt;</w:t>
        <w:br/>
        <w:t>І ніби їх не помічав,&lt;br /&gt;</w:t>
        <w:br/>
        <w:t>На привітання не сказав&lt;br /&gt;</w:t>
        <w:br/>
        <w:t>Ніякого їм слова,&lt;br /&gt;</w:t>
        <w:br/>
        <w:t>А повернувся до стіни.&lt;br /&gt;</w:t>
        <w:br/>
        <w:t>Розгублені сини&lt;br /&gt;</w:t>
        <w:br/>
        <w:t>Оба стояли серед хати,&lt;br /&gt;</w:t>
        <w:br/>
        <w:t>А в батька у ногах&lt;br /&gt;</w:t>
        <w:br/>
        <w:t>Зажурено сиділа їхня мати,&lt;br /&gt;</w:t>
        <w:br/>
        <w:t>До них ніколи не ступав до хати&lt;br /&gt;</w:t>
        <w:br/>
        <w:t>Важкого смутку плин.&lt;br /&gt;</w:t>
        <w:br/>
        <w:t>І в розпачі вже Клим&lt;br /&gt;</w:t>
        <w:br/>
        <w:t>Трохимові сказав:&lt;br /&gt;</w:t>
        <w:br/>
        <w:t>"Хто право дав,&lt;br /&gt;</w:t>
        <w:br/>
        <w:t>Щоб ти поганцю руйнував&lt;br /&gt;</w:t>
        <w:br/>
        <w:t>Культуру нашого народу&lt;br /&gt;</w:t>
        <w:br/>
        <w:t>І батька серце ранив?!&lt;br /&gt;</w:t>
        <w:br/>
        <w:t>Заради того зброду&lt;br /&gt;</w:t>
        <w:br/>
        <w:t>Ти Батьківщину зрадив!"&lt;br /&gt;</w:t>
        <w:br/>
        <w:t>Трохим, переступаючи з ноги на ногу,&lt;br /&gt;</w:t>
        <w:br/>
        <w:t>Як впійманий в кошарі вовк&lt;br /&gt;</w:t>
        <w:br/>
        <w:t>Із бідним виглядом замовк,&lt;br /&gt;</w:t>
        <w:br/>
        <w:t>А потім огризатися почав&lt;br /&gt;</w:t>
        <w:br/>
        <w:t>— По вовчому сказав:&lt;br /&gt;</w:t>
        <w:br/>
        <w:t>"Соціалізму ера наступила,&lt;br /&gt;</w:t>
        <w:br/>
        <w:t>І щоб його майбутнє будувати,&lt;br /&gt;</w:t>
        <w:br/>
        <w:t>Потрібно все минуле руйнувати,&lt;br /&gt;</w:t>
        <w:br/>
        <w:t>Що на дорозі в нас стоїть&lt;br /&gt;</w:t>
        <w:br/>
        <w:t>Усе старе, віджиле,&lt;br /&gt;</w:t>
        <w:br/>
        <w:t>Лиш комунізм — єдиний,&lt;br /&gt;</w:t>
        <w:br/>
        <w:t>Для всіх одну культуру побудує,&lt;br /&gt;</w:t>
        <w:br/>
        <w:t>Марксизм усі народи завоює,&lt;br /&gt;</w:t>
        <w:br/>
        <w:t>Росія їх усіх з'єднає&lt;br /&gt;</w:t>
        <w:br/>
        <w:t>Під Ленінським крилом,&lt;br /&gt;</w:t>
        <w:br/>
        <w:t>А зараз править тим кермом&lt;br /&gt;</w:t>
        <w:br/>
        <w:t>Наш батько Сталін,&lt;br /&gt;</w:t>
        <w:br/>
        <w:t>Який до перемог веде&lt;br /&gt;</w:t>
        <w:br/>
        <w:t>Всесвітнього завоювання революцій&lt;br /&gt;</w:t>
        <w:br/>
        <w:t>І вже ніхто, ніколи і ніде&lt;br /&gt;</w:t>
        <w:br/>
        <w:t>Не зможе хід той зупинити,&lt;br /&gt;</w:t>
        <w:br/>
        <w:t>Росії сила буде жити,&lt;br /&gt;</w:t>
        <w:br/>
        <w:t>Тому вона лиш поведе&lt;br /&gt;</w:t>
        <w:br/>
        <w:t>Усі народи світу&lt;br /&gt;</w:t>
        <w:br/>
        <w:t>У вічний рай,&lt;br /&gt;</w:t>
        <w:br/>
        <w:t>А тому кожний край&lt;br /&gt;</w:t>
        <w:br/>
        <w:t>Її повинен шанувати&lt;br /&gt;</w:t>
        <w:br/>
        <w:t>І долю їй свою вручати".</w:t>
      </w:r>
    </w:p>
    <w:p>
      <w:r>
        <w:br/>
        <w:t>Карпо від слів тих застогнав,&lt;br /&gt;</w:t>
        <w:br/>
        <w:t>І серце зойкнуло в Калини,&lt;br /&gt;</w:t>
        <w:br/>
        <w:t>А Клим ужалений стояв,&lt;br /&gt;</w:t>
        <w:br/>
        <w:t>Ніби його батьків облили&lt;br /&gt;</w:t>
        <w:br/>
        <w:t>Бруднішим брудом на Землі,&lt;br /&gt;</w:t>
        <w:br/>
        <w:t>Немов його дідів могили&lt;br /&gt;</w:t>
        <w:br/>
        <w:t>Тим брудом засмітили,&lt;br /&gt;</w:t>
        <w:br/>
        <w:t>Злодійську руку занесли,&lt;br /&gt;</w:t>
        <w:br/>
        <w:t>Щоб знищити хрести,&lt;br /&gt;</w:t>
        <w:br/>
        <w:t>Під ними де діди спочили,&lt;br /&gt;</w:t>
        <w:br/>
        <w:t>В їх дітях душу всю убити,&lt;br /&gt;</w:t>
        <w:br/>
        <w:t>І вічними рабами поробити,&lt;br /&gt;</w:t>
        <w:br/>
        <w:t>Без пам'яті і честі,&lt;br /&gt;</w:t>
        <w:br/>
        <w:t>А бидлом в лесті&lt;br /&gt;</w:t>
        <w:br/>
        <w:t>Покірно сатані служити.&lt;br /&gt;</w:t>
        <w:br/>
        <w:t>Весь сполотнілий Клим&lt;br /&gt;</w:t>
        <w:br/>
        <w:t>Крізь зуби процідив:&lt;br /&gt;</w:t>
        <w:br/>
        <w:t>"Ти хочеш знишити руками&lt;br /&gt;</w:t>
        <w:br/>
        <w:t>Ту істину життя,&lt;br /&gt;</w:t>
        <w:br/>
        <w:t>Достойність кожної людини,&lt;br /&gt;</w:t>
        <w:br/>
        <w:t>Її душевні почуття?&lt;br /&gt;</w:t>
        <w:br/>
        <w:t>Так само тіло і душа&lt;br /&gt;</w:t>
        <w:br/>
        <w:t>Народжені своїм народом,&lt;br /&gt;</w:t>
        <w:br/>
        <w:t>Тому ти з своїм збродом&lt;br /&gt;</w:t>
        <w:br/>
        <w:t>Людське у людях хочеш вбити,&lt;br /&gt;</w:t>
        <w:br/>
        <w:t>Що означає — більш не жити&lt;br /&gt;</w:t>
        <w:br/>
        <w:t>Людині на землі?!&lt;br /&gt;</w:t>
        <w:br/>
        <w:t>Хто право дав вам нищити людину,&lt;br /&gt;</w:t>
        <w:br/>
        <w:t>Своєї нації святі перлини?&lt;br /&gt;</w:t>
        <w:br/>
        <w:t>Ніхто ж не вимагає,&lt;br /&gt;</w:t>
        <w:br/>
        <w:t>Щоб боронив ти свій народ,&lt;br /&gt;</w:t>
        <w:br/>
        <w:t>Буває безліч у житі незгод,&lt;br /&gt;</w:t>
        <w:br/>
        <w:t>Та кожного нас чесність заставляє&lt;br /&gt;</w:t>
        <w:br/>
        <w:t>На захист стати хоч своїх батьків,&lt;br /&gt;</w:t>
        <w:br/>
        <w:t>Але ти став на бік катів&lt;br /&gt;</w:t>
        <w:br/>
        <w:t>І батька рідного ти серце ранив,&lt;br /&gt;</w:t>
        <w:br/>
        <w:t>Щоб кат тебе не ганив, а хвалив,&lt;br /&gt;</w:t>
        <w:br/>
        <w:t>Що добре ти йому служив".</w:t>
      </w:r>
    </w:p>
    <w:p>
      <w:r>
        <w:br/>
        <w:t>Карпо всю ніч у сутінках лежав&lt;br /&gt;</w:t>
        <w:br/>
        <w:t>І не стогнав, хоча душа боліла,&lt;br /&gt;</w:t>
        <w:br/>
        <w:t>У пам'яті його жевріла&lt;br /&gt;</w:t>
        <w:br/>
        <w:t>Ота свята надія,&lt;br /&gt;</w:t>
        <w:br/>
        <w:t>Що чув у Климових словах.&lt;br /&gt;</w:t>
        <w:br/>
        <w:t>І біль гасила його мрія,&lt;br /&gt;</w:t>
        <w:br/>
        <w:t>Яку в житті досяг,&lt;br /&gt;</w:t>
        <w:br/>
        <w:t>Що дав він людям Клима.&lt;br /&gt;</w:t>
        <w:br/>
        <w:t>Та Клим вночі не спав,&lt;br /&gt;</w:t>
        <w:br/>
        <w:t>А друга він свого підняв,&lt;br /&gt;</w:t>
        <w:br/>
        <w:t>З руїн достали дзвона,&lt;br /&gt;</w:t>
        <w:br/>
        <w:t>Щоби для церкви зберегти,&lt;br /&gt;</w:t>
        <w:br/>
        <w:t>Його рішили віднести&lt;br /&gt;</w:t>
        <w:br/>
        <w:t>На Святу гору над селом,&lt;br /&gt;</w:t>
        <w:br/>
        <w:t>І там тихенько закопали.&lt;br /&gt;</w:t>
        <w:br/>
        <w:t>Ще в давнину колись між терном&lt;br /&gt;</w:t>
        <w:br/>
        <w:t>Ікону чудотворну тут знайшли&lt;br /&gt;</w:t>
        <w:br/>
        <w:t>— Ісуса Милосердного з землі підняли&lt;br /&gt;</w:t>
        <w:br/>
        <w:t>І Храм із дерева тут возвели.&lt;br /&gt;</w:t>
        <w:br/>
        <w:t>З тих пір ікона ця село оберігала,&lt;br /&gt;</w:t>
        <w:br/>
        <w:t>Всіх зцілювала, лікувала,&lt;br /&gt;</w:t>
        <w:br/>
        <w:t>Ішли паломники до неї із усіх усюд,&lt;br /&gt;</w:t>
        <w:br/>
        <w:t>Весь немічний і хворий люд&lt;br /&gt;</w:t>
        <w:br/>
        <w:t>Ділився болем, прикладався,&lt;br /&gt;</w:t>
        <w:br/>
        <w:t>А потім йшов до озера&lt;br /&gt;</w:t>
        <w:br/>
        <w:t>І в ньому окунався, і очищався&lt;br /&gt;</w:t>
        <w:br/>
        <w:t>Як від хвороб,&lt;br /&gt;</w:t>
        <w:br/>
        <w:t>Так й від брудних думок.&lt;br /&gt;</w:t>
        <w:br/>
        <w:t>Ніколи, ні одна душа&lt;br /&gt;</w:t>
        <w:br/>
        <w:t>У цьому озері не потонула,&lt;br /&gt;</w:t>
        <w:br/>
        <w:t>А формою воно через віки набуло&lt;br /&gt;</w:t>
        <w:br/>
        <w:t>Стопи Ісуса із гвіздком на ній.&lt;br /&gt;</w:t>
        <w:br/>
        <w:t>З далека глянеш — як гвіздок&lt;br /&gt;</w:t>
        <w:br/>
        <w:t>Оцей маленький острівок,&lt;br /&gt;</w:t>
        <w:br/>
        <w:t>Де лебеді гніздяться рік за роком,&lt;br /&gt;</w:t>
        <w:br/>
        <w:t>А восени вже молодим новим потоком&lt;br /&gt;</w:t>
        <w:br/>
        <w:t>Летять в далекі ті краї&lt;br /&gt;</w:t>
        <w:br/>
        <w:t>Й несуть цю вість по всій землі.&lt;br /&gt;</w:t>
        <w:br/>
        <w:t>Ікони тої вже в селі нема,&lt;br /&gt;</w:t>
        <w:br/>
        <w:t>Бо знищити її прийшла чума&lt;br /&gt;</w:t>
        <w:br/>
        <w:t>— Кривава сатана червоного розбою,&lt;br /&gt;</w:t>
        <w:br/>
        <w:t>Вмиваючись людською кров’ю,&lt;br /&gt;</w:t>
        <w:br/>
        <w:t>Безжально душі людям спопеляла.&lt;br /&gt;</w:t>
        <w:br/>
        <w:t>Тому ікону через Збруч забрала&lt;br /&gt;</w:t>
        <w:br/>
        <w:t>Громада з Польщі християн&lt;br /&gt;</w:t>
        <w:br/>
        <w:t>І повернути обіцяла,&lt;br /&gt;</w:t>
        <w:br/>
        <w:t>Як тільки відновиться Храм.</w:t>
      </w:r>
    </w:p>
    <w:p>
      <w:r>
        <w:br/>
        <w:t>В неділю вранці Карпо встав&lt;br /&gt;</w:t>
        <w:br/>
        <w:t>Бо завжди, звичку мав&lt;br /&gt;</w:t>
        <w:br/>
        <w:t>Босоніж входити на росяне подвір'я,&lt;br /&gt;</w:t>
        <w:br/>
        <w:t>На небі згасло вже сузір'я,&lt;br /&gt;</w:t>
        <w:br/>
        <w:t>Хоч свіжість віяла нічна&lt;br /&gt;</w:t>
        <w:br/>
        <w:t>— Була це ранішня пора.&lt;br /&gt;</w:t>
        <w:br/>
        <w:t>Лише ступив він кілька кроків,&lt;br /&gt;</w:t>
        <w:br/>
        <w:t>Як фіртка скрипнула за ним,&lt;br /&gt;</w:t>
        <w:br/>
        <w:t>А разом з тим&lt;br /&gt;</w:t>
        <w:br/>
        <w:t>Почув стурбованість Юстини,&lt;br /&gt;</w:t>
        <w:br/>
        <w:t>Що вийшла заміж за Устима.&lt;br /&gt;</w:t>
        <w:br/>
        <w:t>Давно вона його дружина,&lt;br /&gt;</w:t>
        <w:br/>
        <w:t>У них вже син родився&lt;br /&gt;</w:t>
        <w:br/>
        <w:t>Іще коли Максим не вчився,&lt;br /&gt;</w:t>
        <w:br/>
        <w:t>А зараз Тарасові, внуку їх&lt;br /&gt;</w:t>
        <w:br/>
        <w:t>Минав вже п'ятий рік,&lt;br /&gt;</w:t>
        <w:br/>
        <w:t>Якого так вони з Калиною любили&lt;br /&gt;</w:t>
        <w:br/>
        <w:t>І завжди говорили,&lt;br /&gt;</w:t>
        <w:br/>
        <w:t>Що із онука виросте сміливий чоловік.&lt;br /&gt;</w:t>
        <w:br/>
        <w:t>Юстина поспіхом так розповіла,&lt;br /&gt;</w:t>
        <w:br/>
        <w:t>Здійснилась їхня віра&lt;br /&gt;</w:t>
        <w:br/>
        <w:t>— Їх батько повернувсь з Сибіру,&lt;br /&gt;</w:t>
        <w:br/>
        <w:t>Де заслання відбув покірно&lt;br /&gt;</w:t>
        <w:br/>
        <w:t>За те, що мав коня і хлів,&lt;br /&gt;</w:t>
        <w:br/>
        <w:t>Тоді його зачислили до куркулів.&lt;br /&gt;</w:t>
        <w:br/>
        <w:t>Карпо з Калиною святково одяглися,&lt;br /&gt;</w:t>
        <w:br/>
        <w:t>Неділя все-таки була свята,&lt;br /&gt;</w:t>
        <w:br/>
        <w:t>Гостинців взяли і вина,&lt;br /&gt;</w:t>
        <w:br/>
        <w:t>Та й до сватів пішли,&lt;br /&gt;</w:t>
        <w:br/>
        <w:t>Що на сусідній вулиці жили.&lt;br /&gt;</w:t>
        <w:br/>
        <w:t>Ішов Карпо й ніяк не міг збагнути,&lt;br /&gt;</w:t>
        <w:br/>
        <w:t>Чому повинні бути&lt;br /&gt;</w:t>
        <w:br/>
        <w:t>Якісь там куркулі,&lt;br /&gt;</w:t>
        <w:br/>
        <w:t>Що мали шмат ріллі, коня, корову,&lt;br /&gt;</w:t>
        <w:br/>
        <w:t>Стодолу і комору,&lt;br /&gt;</w:t>
        <w:br/>
        <w:t>Вони ж за вік багатими не стали,&lt;br /&gt;</w:t>
        <w:br/>
        <w:t>Хоч чесно й важко працювали,&lt;br /&gt;</w:t>
        <w:br/>
        <w:t>А зараз всі їх прозивали&lt;br /&gt;</w:t>
        <w:br/>
        <w:t>Якимись куркулями,&lt;br /&gt;</w:t>
        <w:br/>
        <w:t>Та класовими ворогами.&lt;br /&gt;</w:t>
        <w:br/>
        <w:t>І треба ж видумать таке,&lt;br /&gt;</w:t>
        <w:br/>
        <w:t>Щоб всіх людей на класи поділити,&lt;br /&gt;</w:t>
        <w:br/>
        <w:t>Лише, щоб їм не дати жити&lt;br /&gt;</w:t>
        <w:br/>
        <w:t>У власній праці на Землі!&lt;br /&gt;</w:t>
        <w:br/>
        <w:t>А хто в цей клас попав,&lt;br /&gt;</w:t>
        <w:br/>
        <w:t>Дорослі і малі,&lt;br /&gt;</w:t>
        <w:br/>
        <w:t>— Русак усіх погнав&lt;br /&gt;</w:t>
        <w:br/>
        <w:t>На каторгу в Сибір.&lt;br /&gt;</w:t>
        <w:br/>
        <w:t>З Москви на низ спускали директиви,&lt;br /&gt;</w:t>
        <w:br/>
        <w:t>Щоб їх прислужники ловили&lt;br /&gt;</w:t>
        <w:br/>
        <w:t>Усяких куркулів&lt;br /&gt;</w:t>
        <w:br/>
        <w:t>І хоч би як хто не хотів,&lt;br /&gt;</w:t>
        <w:br/>
        <w:t>То вже "Трохими" зроблять все,&lt;br /&gt;</w:t>
        <w:br/>
        <w:t>Щоб їх лице&lt;br /&gt;</w:t>
        <w:br/>
        <w:t>Для партії було чистішим,&lt;br /&gt;</w:t>
        <w:br/>
        <w:t>З завзяттям із палким&lt;br /&gt;</w:t>
        <w:br/>
        <w:t>Знайдуть тих куркулів&lt;br /&gt;</w:t>
        <w:br/>
        <w:t>І всіх класують доти,&lt;br /&gt;</w:t>
        <w:br/>
        <w:t>Аж вже до-поки&lt;br /&gt;</w:t>
        <w:br/>
        <w:t>Не наберуть на кількість ту,&lt;br /&gt;</w:t>
        <w:br/>
        <w:t>В залежності яку,&lt;br /&gt;</w:t>
        <w:br/>
        <w:t>Пришлють з Москви у директиві.&lt;br /&gt;</w:t>
        <w:br/>
        <w:t>Коли взяли усіх&lt;br /&gt;</w:t>
        <w:br/>
        <w:t>Хто мав коня,&lt;br /&gt;</w:t>
        <w:br/>
        <w:t>Тоді вже брали тих,&lt;br /&gt;</w:t>
        <w:br/>
        <w:t>Хто мав корову.&lt;br /&gt;</w:t>
        <w:br/>
        <w:t>Коли і тих повивозили,&lt;br /&gt;</w:t>
        <w:br/>
        <w:t>Тоді на класи вже ділили&lt;br /&gt;</w:t>
        <w:br/>
        <w:t>Хто мав нові штани,&lt;br /&gt;</w:t>
        <w:br/>
        <w:t>А потім, якщо мав&lt;br /&gt;</w:t>
        <w:br/>
        <w:t>Аж дві сорочки,&lt;br /&gt;</w:t>
        <w:br/>
        <w:t>Хоч вік свій чорно працювали&lt;br /&gt;</w:t>
        <w:br/>
        <w:t>І хліб Росії постачали,&lt;br /&gt;</w:t>
        <w:br/>
        <w:t>Від голоду їм руки напухали,&lt;br /&gt;</w:t>
        <w:br/>
        <w:t>Батьки і діти в злиднях помирали&lt;br /&gt;</w:t>
        <w:br/>
        <w:t>У непосильному ярмі.&lt;br /&gt;</w:t>
        <w:br/>
        <w:t>Карпо в собі із болем кмітував,&lt;br /&gt;</w:t>
        <w:br/>
        <w:t>Що влада робить злочин дикий,&lt;br /&gt;</w:t>
        <w:br/>
        <w:t>Жорстокий і великий&lt;br /&gt;</w:t>
        <w:br/>
        <w:t>Проводячи процес&lt;br /&gt;</w:t>
        <w:br/>
        <w:t>Заради тих ідей,&lt;br /&gt;</w:t>
        <w:br/>
        <w:t>Що знищує людей,&lt;br /&gt;</w:t>
        <w:br/>
        <w:t>Які до праці схильні,&lt;br /&gt;</w:t>
        <w:br/>
        <w:t>Розумні і вродливі,&lt;br /&gt;</w:t>
        <w:br/>
        <w:t>А владу вже ввіряє тим,&lt;br /&gt;</w:t>
        <w:br/>
        <w:t>Яким і є його Трохим,&lt;br /&gt;</w:t>
        <w:br/>
        <w:t>Що бруд серед людей розводять.&lt;br /&gt;</w:t>
        <w:br/>
        <w:t>І більшовицький цей режим&lt;br /&gt;</w:t>
        <w:br/>
        <w:t>Не зупиняється ні перед чим,&lt;br /&gt;</w:t>
        <w:br/>
        <w:t>Що би у людях людяність убити&lt;br /&gt;</w:t>
        <w:br/>
        <w:t>І ними замінити&lt;br /&gt;</w:t>
        <w:br/>
        <w:t>На виродків людських.&lt;br /&gt;</w:t>
        <w:br/>
        <w:t>Карпо з полегшенням подумав&lt;br /&gt;</w:t>
        <w:br/>
        <w:t>— Імперію тим не спасеш,&lt;br /&gt;</w:t>
        <w:br/>
        <w:t>А неминуче принесеш&lt;br /&gt;</w:t>
        <w:br/>
        <w:t>Її законну смерть.</w:t>
      </w:r>
    </w:p>
    <w:p>
      <w:r>
        <w:br/>
        <w:t>Зайшли у хату, привітались,&lt;br /&gt;</w:t>
        <w:br/>
        <w:t>Перехрестились до святих&lt;br /&gt;</w:t>
        <w:br/>
        <w:t>І сваха, тиха жінка,&lt;br /&gt;</w:t>
        <w:br/>
        <w:t>Чекаючи на них&lt;br /&gt;</w:t>
        <w:br/>
        <w:t>Накрила стіл уже в світлиці,&lt;br /&gt;</w:t>
        <w:br/>
        <w:t>Їх запросила сісти&lt;br /&gt;</w:t>
        <w:br/>
        <w:t>І вибачаючись, що змушена побігти&lt;br /&gt;</w:t>
        <w:br/>
        <w:t>На пасіку покликати старого,&lt;br /&gt;</w:t>
        <w:br/>
        <w:t>За стіл, до свата дорогого.&lt;br /&gt;</w:t>
        <w:br/>
        <w:t>І ось зайшов сам Яків з медом&lt;br /&gt;</w:t>
        <w:br/>
        <w:t>З яким Карпо&lt;br /&gt;</w:t>
        <w:br/>
        <w:t>Коли не були ще сватами,&lt;br /&gt;</w:t>
        <w:br/>
        <w:t>Місили Білорусії багно&lt;br /&gt;</w:t>
        <w:br/>
        <w:t>В осінні зливи,&lt;br /&gt;</w:t>
        <w:br/>
        <w:t>У рукопашний бій разом ходили.&lt;br /&gt;</w:t>
        <w:br/>
        <w:t>Смерть їм сміялася у вічі,&lt;br /&gt;</w:t>
        <w:br/>
        <w:t>Але вони усе ділили,&lt;br /&gt;</w:t>
        <w:br/>
        <w:t>Тоді ставало легше в двічі&lt;br /&gt;</w:t>
        <w:br/>
        <w:t>І віра вберегла життя&lt;br /&gt;</w:t>
        <w:br/>
        <w:t>Наперекір усім смертям.&lt;br /&gt;</w:t>
        <w:br/>
        <w:t>За роки ці важкі,&lt;br /&gt;</w:t>
        <w:br/>
        <w:t>Коли Карпо його не бачив,&lt;br /&gt;</w:t>
        <w:br/>
        <w:t>Він значно постарів,&lt;br /&gt;</w:t>
        <w:br/>
        <w:t>З лиця змарнів,&lt;br /&gt;</w:t>
        <w:br/>
        <w:t>Запались очі десь в чоло,&lt;br /&gt;</w:t>
        <w:br/>
        <w:t>Волосся біле все було,&lt;br /&gt;</w:t>
        <w:br/>
        <w:t>А постать до землі хилилась.&lt;br /&gt;</w:t>
        <w:br/>
        <w:t>По братськи обнялися&lt;br /&gt;</w:t>
        <w:br/>
        <w:t>І Яків тут пустив сльозу,&lt;br /&gt;</w:t>
        <w:br/>
        <w:t>І душі знову їх сплелися,&lt;br /&gt;</w:t>
        <w:br/>
        <w:t>Як в білоруську ту сльоту,&lt;br /&gt;</w:t>
        <w:br/>
        <w:t>Яку в боях на крові замісили,&lt;br /&gt;</w:t>
        <w:br/>
        <w:t>І вижили, хоч їх косило&lt;br /&gt;</w:t>
        <w:br/>
        <w:t>Свинцем і голодом, і тифом.&lt;br /&gt;</w:t>
        <w:br/>
        <w:t>— Російської імперії чума&lt;br /&gt;</w:t>
        <w:br/>
        <w:t>Здоров'я випила до дна!</w:t>
      </w:r>
    </w:p>
    <w:p>
      <w:r>
        <w:br/>
        <w:t>Свати обоє посадили&lt;br /&gt;</w:t>
        <w:br/>
        <w:t>Калину і Карпа за стіл&lt;br /&gt;</w:t>
        <w:br/>
        <w:t>І чарку кожному налили,&lt;br /&gt;</w:t>
        <w:br/>
        <w:t>А потім довго говорили,&lt;br /&gt;</w:t>
        <w:br/>
        <w:t>Чи будуть мати урожай картоплі&lt;br /&gt;</w:t>
        <w:br/>
        <w:t>І як збиратимуть коноплі,&lt;br /&gt;</w:t>
        <w:br/>
        <w:t>Згадали про своїх дітей,&lt;br /&gt;</w:t>
        <w:br/>
        <w:t>Та говорили про людей,&lt;br /&gt;</w:t>
        <w:br/>
        <w:t>Що гинули на каторгах безвинно.&lt;br /&gt;</w:t>
        <w:br/>
        <w:t>Пригасла жвава їх розмова&lt;br /&gt;</w:t>
        <w:br/>
        <w:t>І знову туга чорна&lt;br /&gt;</w:t>
        <w:br/>
        <w:t>Покрила їм серця.&lt;br /&gt;</w:t>
        <w:br/>
        <w:t>Усі замовкли на хвилину,&lt;br /&gt;</w:t>
        <w:br/>
        <w:t>Поглянув Яків на Карпа,&lt;br /&gt;</w:t>
        <w:br/>
        <w:t>А потім на Калину&lt;br /&gt;</w:t>
        <w:br/>
        <w:t>І з важкістю душі зітхнув,&lt;br /&gt;</w:t>
        <w:br/>
        <w:t>Рукою чарку огорнув&lt;br /&gt;</w:t>
        <w:br/>
        <w:t>І з сумом вже повів свою розмову:&lt;br /&gt;</w:t>
        <w:br/>
        <w:t>"Мене забрали серед ночі&lt;br /&gt;</w:t>
        <w:br/>
        <w:t>І повезли в район,&lt;br /&gt;</w:t>
        <w:br/>
        <w:t>А там побачив все на власні очі,&lt;br /&gt;</w:t>
        <w:br/>
        <w:t>Не вірилось, що то не сон,&lt;br /&gt;</w:t>
        <w:br/>
        <w:t>— Людей усіх сортують,&lt;br /&gt;</w:t>
        <w:br/>
        <w:t>У камери розводять і катують,&lt;br /&gt;</w:t>
        <w:br/>
        <w:t>Це називається, вони будують&lt;br /&gt;</w:t>
        <w:br/>
        <w:t>Соціалізму рай.&lt;br /&gt;</w:t>
        <w:br/>
        <w:t>Мене у першу чергу запитали,&lt;br /&gt;</w:t>
        <w:br/>
        <w:t>Чи мав коня, а чи кобилу&lt;br /&gt;</w:t>
        <w:br/>
        <w:t>І хто розчісував їй гриву,&lt;br /&gt;</w:t>
        <w:br/>
        <w:t>А потім записали&lt;br /&gt;</w:t>
        <w:br/>
        <w:t>Що я куркуль і ще сказали,&lt;br /&gt;</w:t>
        <w:br/>
        <w:t>Коли б у мене ще була корова,&lt;br /&gt;</w:t>
        <w:br/>
        <w:t>Чи свиня,&lt;br /&gt;</w:t>
        <w:br/>
        <w:t>Тоді б уся сім'я&lt;br /&gt;</w:t>
        <w:br/>
        <w:t>В катівнях їх згнила,&lt;br /&gt;</w:t>
        <w:br/>
        <w:t>А так один я маю кару відбувати,&lt;br /&gt;</w:t>
        <w:br/>
        <w:t>За що, до нині я не знаю, свате!&lt;br /&gt;</w:t>
        <w:br/>
        <w:t>Від самої Москви аж до Уралу&lt;br /&gt;</w:t>
        <w:br/>
        <w:t>Ми землю міряли ногами,&lt;br /&gt;</w:t>
        <w:br/>
        <w:t>Нас підганяли батогами,&lt;br /&gt;</w:t>
        <w:br/>
        <w:t>Багнетами у боки нам штрихали&lt;br /&gt;</w:t>
        <w:br/>
        <w:t>І з люттю промовляли,&lt;br /&gt;</w:t>
        <w:br/>
        <w:t>Що контра ми і куркулі.&lt;br /&gt;</w:t>
        <w:br/>
        <w:t>Там рік були ми під землею,&lt;br /&gt;</w:t>
        <w:br/>
        <w:t>Руду копали і возили&lt;br /&gt;</w:t>
        <w:br/>
        <w:t>І так, під нею&lt;br /&gt;</w:t>
        <w:br/>
        <w:t>Знаходили свої могили,&lt;br /&gt;</w:t>
        <w:br/>
        <w:t>Безвинні, стомлені брати,&lt;br /&gt;</w:t>
        <w:br/>
        <w:t>Росії дикої раби.&lt;br /&gt;</w:t>
        <w:br/>
        <w:t>А я хоч кров'ю харкати почав,&lt;br /&gt;</w:t>
        <w:br/>
        <w:t>Але мовчав,&lt;br /&gt;</w:t>
        <w:br/>
        <w:t>Що би думок моїх не знали,&lt;br /&gt;</w:t>
        <w:br/>
        <w:t>Бо там таких вбивали&lt;br /&gt;</w:t>
        <w:br/>
        <w:t>За те, що саботують,&lt;br /&gt;</w:t>
        <w:br/>
        <w:t>Зумисно не будують&lt;br /&gt;</w:t>
        <w:br/>
        <w:t>Соціалізму рай.&lt;br /&gt;</w:t>
        <w:br/>
        <w:t>По цілих ночах я стогнав,&lt;br /&gt;</w:t>
        <w:br/>
        <w:t>А ранком вже мені сказав&lt;br /&gt;</w:t>
        <w:br/>
        <w:t>Їх наглядач&lt;br /&gt;</w:t>
        <w:br/>
        <w:t>Піти у новий гурт "ледач",&lt;br /&gt;</w:t>
        <w:br/>
        <w:t>Який повезли до Сибіру,&lt;br /&gt;</w:t>
        <w:br/>
        <w:t>Де мили золото, з піском породу сіру.&lt;br /&gt;</w:t>
        <w:br/>
        <w:t>Там каторгу поніс два роки,&lt;br /&gt;</w:t>
        <w:br/>
        <w:t>А потім занедужав трохи,&lt;br /&gt;</w:t>
        <w:br/>
        <w:t>Тоді зовсім упав.&lt;br /&gt;</w:t>
        <w:br/>
        <w:t>Коли тягли мене вже у могилу,&lt;br /&gt;</w:t>
        <w:br/>
        <w:t>Орисі брат мене впізнав&lt;br /&gt;</w:t>
        <w:br/>
        <w:t>І попросив віднести тіло в бік, в долину.&lt;br /&gt;</w:t>
        <w:br/>
        <w:t>Він каторгу там відбував,&lt;br /&gt;</w:t>
        <w:br/>
        <w:t>За те, що мав&lt;br /&gt;</w:t>
        <w:br/>
        <w:t>Корову і кобилу.&lt;br /&gt;</w:t>
        <w:br/>
        <w:t>Коли засипали могилу,&lt;br /&gt;</w:t>
        <w:br/>
        <w:t>То він мене забрав,&lt;br /&gt;</w:t>
        <w:br/>
        <w:t>Заніс, а потім вже поклав&lt;br /&gt;</w:t>
        <w:br/>
        <w:t>На свої нари.&lt;br /&gt;</w:t>
        <w:br/>
        <w:t>Пізніше я все взнав,&lt;br /&gt;</w:t>
        <w:br/>
        <w:t>Що він за мене догори&lt;br /&gt;</w:t>
        <w:br/>
        <w:t>Кудись папір писав,&lt;br /&gt;</w:t>
        <w:br/>
        <w:t>Був грамотний і дуже вже розумний,&lt;br /&gt;</w:t>
        <w:br/>
        <w:t>— Я ж розписатися не вмів.&lt;br /&gt;</w:t>
        <w:br/>
        <w:t>Коли на допиті мені папір давали,&lt;br /&gt;</w:t>
        <w:br/>
        <w:t>То замість слів&lt;br /&gt;</w:t>
        <w:br/>
        <w:t>Хрести одні стояли.&lt;br /&gt;</w:t>
        <w:br/>
        <w:t>Так брат Орисі мене спас,&lt;br /&gt;</w:t>
        <w:br/>
        <w:t>Хоча здоров'ям я весь згас,&lt;br /&gt;</w:t>
        <w:br/>
        <w:t>Та радий, що помру удома&lt;br /&gt;</w:t>
        <w:br/>
        <w:t>На своїй землі.&lt;br /&gt;</w:t>
        <w:br/>
        <w:t>І не шкода тепер мені,&lt;br /&gt;</w:t>
        <w:br/>
        <w:t>Що смерть швидку зустріну,&lt;br /&gt;</w:t>
        <w:br/>
        <w:t>А шкода, так мені,&lt;br /&gt;</w:t>
        <w:br/>
        <w:t>Що сина нашого Степана&lt;br /&gt;</w:t>
        <w:br/>
        <w:t>Юнцем погнали із села&lt;br /&gt;</w:t>
        <w:br/>
        <w:t>Лише за те,&lt;br /&gt;</w:t>
        <w:br/>
        <w:t>Що моя доля каторжна була.&lt;br /&gt;</w:t>
        <w:br/>
        <w:t>І він як песеня&lt;br /&gt;</w:t>
        <w:br/>
        <w:t>По світу бродить,&lt;br /&gt;</w:t>
        <w:br/>
        <w:t>Недавно написав що робить&lt;br /&gt;</w:t>
        <w:br/>
        <w:t>Якусь роботу на заводі&lt;br /&gt;</w:t>
        <w:br/>
        <w:t>У Златоусті на Уралі.&lt;br /&gt;</w:t>
        <w:br/>
        <w:t>Зате великі далі&lt;br /&gt;</w:t>
        <w:br/>
        <w:t>По службі відкриває наш Захар,&lt;br /&gt;</w:t>
        <w:br/>
        <w:t>Уся душа його лежить до них,&lt;br /&gt;</w:t>
        <w:br/>
        <w:t>Вже в партію вступити встиг&lt;br /&gt;</w:t>
        <w:br/>
        <w:t>І сам вивозить куркулів,&lt;br /&gt;</w:t>
        <w:br/>
        <w:t>Бо так хотів,&lt;br /&gt;</w:t>
        <w:br/>
        <w:t>Щоб кожний хлів&lt;br /&gt;</w:t>
        <w:br/>
        <w:t>В селі вже був колгоспним.&lt;br /&gt;</w:t>
        <w:br/>
        <w:t>Він вірний бригадир&lt;br /&gt;</w:t>
        <w:br/>
        <w:t>І ваш Трохим&lt;br /&gt;</w:t>
        <w:br/>
        <w:t>Для нього друг великий!"&lt;br /&gt;</w:t>
        <w:br/>
        <w:t>І Яків змовк&lt;br /&gt;</w:t>
        <w:br/>
        <w:t>І всі мовчали тихо,&lt;br /&gt;</w:t>
        <w:br/>
        <w:t>Зворушене їх лихо&lt;br /&gt;</w:t>
        <w:br/>
        <w:t>Гадюкою в душі повзло,&lt;br /&gt;</w:t>
        <w:br/>
        <w:t>Згасивши зустрічі їх радість.</w:t>
      </w:r>
    </w:p>
    <w:p>
      <w:r>
        <w:br/>
        <w:t>Ішов Карпо додому&lt;br /&gt;</w:t>
        <w:br/>
        <w:t>З великим смутком на душі,&lt;br /&gt;</w:t>
        <w:br/>
        <w:t>Перед очима знову й знову&lt;br /&gt;</w:t>
        <w:br/>
        <w:t>Росли страхіття всі,&lt;br /&gt;</w:t>
        <w:br/>
        <w:t>Що змушений терпіти їхній рід.</w:t>
      </w:r>
    </w:p>
    <w:p>
      <w:r>
        <w:br/>
        <w:t>У той же тридцять сьомий рік&lt;br /&gt;</w:t>
        <w:br/>
        <w:t>У листопаді, восени&lt;br /&gt;</w:t>
        <w:br/>
        <w:t>Закінчив Яків свій короткий вік,&lt;br /&gt;</w:t>
        <w:br/>
        <w:t>Який в житті не бачив втіх,&lt;br /&gt;</w:t>
        <w:br/>
        <w:t>А горбився на всіх&lt;br /&gt;</w:t>
        <w:br/>
        <w:t>Тих імператорів Росії,&lt;br /&gt;</w:t>
        <w:br/>
        <w:t>Що Україну їх душили&lt;br /&gt;</w:t>
        <w:br/>
        <w:t>І множили могили&lt;br /&gt;</w:t>
        <w:br/>
        <w:t>Її синам.&lt;br /&gt;</w:t>
        <w:br/>
        <w:t>Коли труна стояла серед хати&lt;br /&gt;</w:t>
        <w:br/>
        <w:t>І мертвий Яків в ній лежав,&lt;br /&gt;</w:t>
        <w:br/>
        <w:t>Карпо похнюпившись, стояв&lt;br /&gt;</w:t>
        <w:br/>
        <w:t>Серед великої родини.&lt;br /&gt;</w:t>
        <w:br/>
        <w:t>Рука маленької дитини&lt;br /&gt;</w:t>
        <w:br/>
        <w:t>Ласкала дідові холодні руки,&lt;br /&gt;</w:t>
        <w:br/>
        <w:t>Що працю в каторзі перенесли&lt;br /&gt;</w:t>
        <w:br/>
        <w:t>І щоб оці ось внуки&lt;br /&gt;</w:t>
        <w:br/>
        <w:t>В майбутньому щасливими були.&lt;br /&gt;</w:t>
        <w:br/>
        <w:t>— Це їх із Яковом Тарас,&lt;br /&gt;</w:t>
        <w:br/>
        <w:t>Що мав шість років лиш від роду&lt;br /&gt;</w:t>
        <w:br/>
        <w:t>І вже стояв він серед роду&lt;br /&gt;</w:t>
        <w:br/>
        <w:t>Біля цієї ось труни,&lt;br /&gt;</w:t>
        <w:br/>
        <w:t>Що забирала діда навіки.</w:t>
      </w:r>
    </w:p>
    <w:p>
      <w:r>
        <w:br/>
        <w:t>Якось, на другий рік, весною,&lt;br /&gt;</w:t>
        <w:br/>
        <w:t>Коли ще сонце не зійшло,&lt;br /&gt;</w:t>
        <w:br/>
        <w:t>Великі відра взявши із собою&lt;br /&gt;</w:t>
        <w:br/>
        <w:t>Карпо по воду йшов,&lt;br /&gt;</w:t>
        <w:br/>
        <w:t>Навкруг все дихало весною,&lt;br /&gt;</w:t>
        <w:br/>
        <w:t>Та під ногами слизько&lt;br /&gt;</w:t>
        <w:br/>
        <w:t>Й мокро ще було.&lt;br /&gt;</w:t>
        <w:br/>
        <w:t>Туман криницю огорнув&lt;br /&gt;</w:t>
        <w:br/>
        <w:t>І застелив усю дорогу,&lt;br /&gt;</w:t>
        <w:br/>
        <w:t>Та в сутінках Карпо почув&lt;br /&gt;</w:t>
        <w:br/>
        <w:t>Якусь придушену і кволу&lt;br /&gt;</w:t>
        <w:br/>
        <w:t>У плачі молодицю.&lt;br /&gt;</w:t>
        <w:br/>
        <w:t>Поставив відра на криницю&lt;br /&gt;</w:t>
        <w:br/>
        <w:t>І тут відразу він впізнав,&lt;br /&gt;</w:t>
        <w:br/>
        <w:t>Була дружина це Трохима.&lt;br /&gt;</w:t>
        <w:br/>
        <w:t>Вона, побачивши Карпа&lt;br /&gt;</w:t>
        <w:br/>
        <w:t>У розпачі заголосила,&lt;br /&gt;</w:t>
        <w:br/>
        <w:t>Припала свекрові на груди&lt;br /&gt;</w:t>
        <w:br/>
        <w:t>І волю дала вже сльозам,&lt;br /&gt;</w:t>
        <w:br/>
        <w:t>А потім вже крізь зуби&lt;br /&gt;</w:t>
        <w:br/>
        <w:t>Родила звук страшним словам:&lt;br /&gt;</w:t>
        <w:br/>
        <w:t>"В ночі арештували нашого Трохима!&lt;br /&gt;</w:t>
        <w:br/>
        <w:t>Йому кайдани нап'яли і повели&lt;br /&gt;</w:t>
        <w:br/>
        <w:t>У загратовану машину,&lt;br /&gt;</w:t>
        <w:br/>
        <w:t>Та по селу взяли&lt;br /&gt;</w:t>
        <w:br/>
        <w:t>Ще не одну людину,&lt;br /&gt;</w:t>
        <w:br/>
        <w:t>Які їм вірними були.&lt;br /&gt;</w:t>
        <w:br/>
        <w:t>Я бачила як Якова, Захарка теж забрали ,&lt;br /&gt;</w:t>
        <w:br/>
        <w:t>Їх били і тручали,&lt;br /&gt;</w:t>
        <w:br/>
        <w:t>Страшні казали в слід слова,&lt;br /&gt;</w:t>
        <w:br/>
        <w:t>Коли за ними гратні двері зачиняли&lt;br /&gt;</w:t>
        <w:br/>
        <w:t>І повезли всіх до району&lt;br /&gt;</w:t>
        <w:br/>
        <w:t>З клеймом вже "ворога народу".</w:t>
      </w:r>
    </w:p>
    <w:p>
      <w:r>
        <w:br/>
        <w:t>Карпові ноги підкосило,&lt;br /&gt;</w:t>
        <w:br/>
        <w:t>Поворухнутися не міг,&lt;br /&gt;</w:t>
        <w:br/>
        <w:t>У душу чорний смуток ліг,&lt;br /&gt;</w:t>
        <w:br/>
        <w:t>У голові, як молотами било.&lt;br /&gt;</w:t>
        <w:br/>
        <w:t>Останні дні з тривогою лягав,&lt;br /&gt;</w:t>
        <w:br/>
        <w:t>Бо ось вже рік,&lt;br /&gt;</w:t>
        <w:br/>
        <w:t>Як кожний місяць в ніч&lt;br /&gt;</w:t>
        <w:br/>
        <w:t>З села їх забирав&lt;br /&gt;</w:t>
        <w:br/>
        <w:t>Кривавий цей хижак&lt;br /&gt;</w:t>
        <w:br/>
        <w:t>По дві, або по три людини&lt;br /&gt;</w:t>
        <w:br/>
        <w:t>І без ніякої причини,&lt;br /&gt;</w:t>
        <w:br/>
        <w:t>А цього разу взяв аж п'ять&lt;br /&gt;</w:t>
        <w:br/>
        <w:t>Під цим же приводом страшним&lt;br /&gt;</w:t>
        <w:br/>
        <w:t>Якогось "ворога народу".&lt;br /&gt;</w:t>
        <w:br/>
        <w:t>І став вже зараз ним,&lt;br /&gt;</w:t>
        <w:br/>
        <w:t>Їм вірний до кінця, його Трохим.</w:t>
      </w:r>
    </w:p>
    <w:p>
      <w:r>
        <w:br/>
        <w:t>А через день&lt;br /&gt;</w:t>
        <w:br/>
        <w:t>Карпо з Калиною між натовпом людей&lt;br /&gt;</w:t>
        <w:br/>
        <w:t>Протислись до дверей,&lt;br /&gt;</w:t>
        <w:br/>
        <w:t>Які катівню закривали,&lt;br /&gt;</w:t>
        <w:br/>
        <w:t>"Державною безпекою" її тут називали,&lt;br /&gt;</w:t>
        <w:br/>
        <w:t>Вони ж охороняли&lt;br /&gt;</w:t>
        <w:br/>
        <w:t>Імперії страшну і чорну силу.&lt;br /&gt;</w:t>
        <w:br/>
        <w:t>Ніхто не слухав їх і не пустили&lt;br /&gt;</w:t>
        <w:br/>
        <w:t>Вже навіть близько до дверей,&lt;br /&gt;</w:t>
        <w:br/>
        <w:t>І з вузликом харчів й речей&lt;br /&gt;</w:t>
        <w:br/>
        <w:t>Поміж будинками розгублені ходили,&lt;br /&gt;</w:t>
        <w:br/>
        <w:t>Де люди перелякані бродили&lt;br /&gt;</w:t>
        <w:br/>
        <w:t>По вулицях сумних.&lt;br /&gt;</w:t>
        <w:br/>
        <w:t>Здалека лиш дивилися у двір,&lt;br /&gt;</w:t>
        <w:br/>
        <w:t>Де хижий звір&lt;br /&gt;</w:t>
        <w:br/>
        <w:t>Ховав і катував&lt;br /&gt;</w:t>
        <w:br/>
        <w:t>Безвинних їх синів.&lt;br /&gt;</w:t>
        <w:br/>
        <w:t>Там дротом все обплетене було,&lt;br /&gt;</w:t>
        <w:br/>
        <w:t>В кутках стояло кулеметника гніздо,&lt;br /&gt;</w:t>
        <w:br/>
        <w:t>З якого дуло смерті виглядало,&lt;br /&gt;</w:t>
        <w:br/>
        <w:t>На вулицю лиш долітало&lt;br /&gt;</w:t>
        <w:br/>
        <w:t>Потужне гавкання служивого їх пса.&lt;br /&gt;</w:t>
        <w:br/>
        <w:t>Коли вже сонце взялося згасати&lt;br /&gt;</w:t>
        <w:br/>
        <w:t>І тіні довгі вулицю покрили,&lt;br /&gt;</w:t>
        <w:br/>
        <w:t>По гучномовцю наказали,&lt;br /&gt;</w:t>
        <w:br/>
        <w:t>Щоб люди всіх дітей забрали&lt;br /&gt;</w:t>
        <w:br/>
        <w:t>І вулиці щоб вільними були.</w:t>
      </w:r>
    </w:p>
    <w:p>
      <w:r>
        <w:br/>
        <w:t>Дорогами, стежками і ланами,&lt;br /&gt;</w:t>
        <w:br/>
        <w:t>Схилившись в сумі люди йшли,&lt;br /&gt;</w:t>
        <w:br/>
        <w:t>То на руках несли, а то вели&lt;br /&gt;</w:t>
        <w:br/>
        <w:t>Малих дітей,&lt;br /&gt;</w:t>
        <w:br/>
        <w:t>Що житимуть поміж людей&lt;br /&gt;</w:t>
        <w:br/>
        <w:t>З клеймом синів і дочок&lt;br /&gt;</w:t>
        <w:br/>
        <w:t>Убитих "ворогів народу",&lt;br /&gt;</w:t>
        <w:br/>
        <w:t>Яким ніде не буде ходу,&lt;br /&gt;</w:t>
        <w:br/>
        <w:t>Аж поки Сталін не помре.&lt;br /&gt;</w:t>
        <w:br/>
        <w:t>А зараз люди кару цю терпіли,&lt;br /&gt;</w:t>
        <w:br/>
        <w:t>Ніхто не знав за що,&lt;br /&gt;</w:t>
        <w:br/>
        <w:t>У муках й крові всі кипіли,&lt;br /&gt;</w:t>
        <w:br/>
        <w:t>Життя і смерть ділили за одно.</w:t>
      </w:r>
    </w:p>
    <w:p>
      <w:r>
        <w:br/>
        <w:t>Карпо з Калиною весну і літо проходили,&lt;br /&gt;</w:t>
        <w:br/>
        <w:t>По під в'язниці вже стежки зробили,&lt;br /&gt;</w:t>
        <w:br/>
        <w:t>Але їх плач ніхто і чути не хотів,&lt;br /&gt;</w:t>
        <w:br/>
        <w:t>Бо кожний у душі таїв&lt;br /&gt;</w:t>
        <w:br/>
        <w:t>Страшний той жах&lt;br /&gt;</w:t>
        <w:br/>
        <w:t>— Ніхто не знав, чи його прах&lt;br /&gt;</w:t>
        <w:br/>
        <w:t>У жертву теж не ляже,&lt;br /&gt;</w:t>
        <w:br/>
        <w:t>Якщо покаже&lt;br /&gt;</w:t>
        <w:br/>
        <w:t>Своє їм співчуття.</w:t>
      </w:r>
    </w:p>
    <w:p>
      <w:r>
        <w:br/>
        <w:t>В цей же час Трохим&lt;br /&gt;</w:t>
        <w:br/>
        <w:t>Між смертю і життям&lt;br /&gt;</w:t>
        <w:br/>
        <w:t>В Проскурові лишався у катівні,&lt;br /&gt;</w:t>
        <w:br/>
        <w:t>А серед літа в липні&lt;br /&gt;</w:t>
        <w:br/>
        <w:t>Забравши з ліжка із самого ранку,&lt;br /&gt;</w:t>
        <w:br/>
        <w:t>— Таємно вивезли Захарка&lt;br /&gt;</w:t>
        <w:br/>
        <w:t>У Кам'янець в старі фортеці.&lt;br /&gt;</w:t>
        <w:br/>
        <w:t>Людей вже стільки навезли,&lt;br /&gt;</w:t>
        <w:br/>
        <w:t>Що всі вони&lt;br /&gt;</w:t>
        <w:br/>
        <w:t>Далеко не вміщались у в'язниці,&lt;br /&gt;</w:t>
        <w:br/>
        <w:t>Під них забрали там дзвіниці,&lt;br /&gt;</w:t>
        <w:br/>
        <w:t>І всі церкви,&lt;br /&gt;</w:t>
        <w:br/>
        <w:t>Всі піонерські табори,&lt;br /&gt;</w:t>
        <w:br/>
        <w:t>А "ворогів" тих все везли й везли.</w:t>
      </w:r>
    </w:p>
    <w:p>
      <w:r>
        <w:br/>
        <w:t>Уже осінній день стояв,&lt;br /&gt;</w:t>
        <w:br/>
        <w:t>Трохим скалічений лежав,&lt;br /&gt;</w:t>
        <w:br/>
        <w:t>Увесь скривавлений,&lt;br /&gt;</w:t>
        <w:br/>
        <w:t>Не відчуваючи вже болю&lt;br /&gt;</w:t>
        <w:br/>
        <w:t>У камері нелюдського розбою.&lt;br /&gt;</w:t>
        <w:br/>
        <w:t>Він ледь стогнав&lt;br /&gt;</w:t>
        <w:br/>
        <w:t>Й дивився над собою,&lt;br /&gt;</w:t>
        <w:br/>
        <w:t>На це віконечко мале,&lt;br /&gt;</w:t>
        <w:br/>
        <w:t>Яке усе було обковане дугою,&lt;br /&gt;</w:t>
        <w:br/>
        <w:t>Немов гадюкою стальною&lt;br /&gt;</w:t>
        <w:br/>
        <w:t>Закуте в грати.&lt;br /&gt;</w:t>
        <w:br/>
        <w:t>За ними там на волі&lt;br /&gt;</w:t>
        <w:br/>
        <w:t>Росли як сестри, дві тополі.&lt;br /&gt;</w:t>
        <w:br/>
        <w:t>Проміння сонця кволі&lt;br /&gt;</w:t>
        <w:br/>
        <w:t>На вітрі їх листки полощуть,&lt;br /&gt;</w:t>
        <w:br/>
        <w:t>Що жовтими були,&lt;br /&gt;</w:t>
        <w:br/>
        <w:t>Здалось Трохиму, вони хочуть&lt;br /&gt;</w:t>
        <w:br/>
        <w:t>Забрати їх туди,&lt;br /&gt;</w:t>
        <w:br/>
        <w:t>Де простір і життя.&lt;br /&gt;</w:t>
        <w:br/>
        <w:t>Журливо всі гілки&lt;br /&gt;</w:t>
        <w:br/>
        <w:t>То нахилялися у грати,&lt;br /&gt;</w:t>
        <w:br/>
        <w:t>То відбігали геть,&lt;br /&gt;</w:t>
        <w:br/>
        <w:t>Не зупиняючись кивати,&lt;br /&gt;</w:t>
        <w:br/>
        <w:t>А він з напруженням дивився ледь&lt;br /&gt;</w:t>
        <w:br/>
        <w:t>І морщився від болю.&lt;br /&gt;</w:t>
        <w:br/>
        <w:t>В скаліченім до краю тілі&lt;br /&gt;</w:t>
        <w:br/>
        <w:t>Жевріло ще життя,&lt;br /&gt;</w:t>
        <w:br/>
        <w:t>Але не було сили вже терпіти ту сваволю,&lt;br /&gt;</w:t>
        <w:br/>
        <w:t>Його лишали вже останні відчуття.&lt;br /&gt;</w:t>
        <w:br/>
        <w:t>Із допиту його недавно знову привели&lt;br /&gt;</w:t>
        <w:br/>
        <w:t>І кинули сюди,&lt;br /&gt;</w:t>
        <w:br/>
        <w:t>Але на цей раз пам'яті не втратив,&lt;br /&gt;</w:t>
        <w:br/>
        <w:t>Його чомусь не катували&lt;br /&gt;</w:t>
        <w:br/>
        <w:t>І рук вже не ламали,&lt;br /&gt;</w:t>
        <w:br/>
        <w:t>Під нігті голок вже не пхали.&lt;br /&gt;</w:t>
        <w:br/>
        <w:t>А за столом сидів лиш комісар&lt;br /&gt;</w:t>
        <w:br/>
        <w:t>Із зіркою на рукаві,&lt;br /&gt;</w:t>
        <w:br/>
        <w:t>Трохимові кивнув він на стільці,&lt;br /&gt;</w:t>
        <w:br/>
        <w:t>Що перед ним стояли,&lt;br /&gt;</w:t>
        <w:br/>
        <w:t>Але побитий весь сидіти він не міг,&lt;br /&gt;</w:t>
        <w:br/>
        <w:t>А міг лише лежати,&lt;br /&gt;</w:t>
        <w:br/>
        <w:t>Тому він залишився так стояти,&lt;br /&gt;</w:t>
        <w:br/>
        <w:t>Біля стола.&lt;br /&gt;</w:t>
        <w:br/>
        <w:t>Свідомість в нього думка пройняла,&lt;br /&gt;</w:t>
        <w:br/>
        <w:t>Не може в муках він страждати,&lt;br /&gt;</w:t>
        <w:br/>
        <w:t>Їх краще смертю обірвати&lt;br /&gt;</w:t>
        <w:br/>
        <w:t>І зараз комісару розповість,&lt;br /&gt;</w:t>
        <w:br/>
        <w:t>Що у душі весь вік він носить злість&lt;br /&gt;</w:t>
        <w:br/>
        <w:t>Й ненавидить Росію,&lt;br /&gt;</w:t>
        <w:br/>
        <w:t>Що здійснював він свою мрію&lt;br /&gt;</w:t>
        <w:br/>
        <w:t>Її могутність підірвати,&lt;br /&gt;</w:t>
        <w:br/>
        <w:t>Що він їй ворог є,&lt;br /&gt;</w:t>
        <w:br/>
        <w:t>Тоді негайно обірве&lt;br /&gt;</w:t>
        <w:br/>
        <w:t>Свої нестерпні муки.&lt;br /&gt;</w:t>
        <w:br/>
        <w:t>Але про все оце,&lt;br /&gt;</w:t>
        <w:br/>
        <w:t>Хто факти дасть їм в руки?&lt;br /&gt;</w:t>
        <w:br/>
        <w:t>Ніхто так вірно не служив цій владі,&lt;br /&gt;</w:t>
        <w:br/>
        <w:t>Хоч все Поділля обійди,&lt;br /&gt;</w:t>
        <w:br/>
        <w:t>Тому ніхто не заздрить його "зраді",&lt;br /&gt;</w:t>
        <w:br/>
        <w:t>Хоч ти умри!&lt;br /&gt;</w:t>
        <w:br/>
        <w:t>І не знаходив він шляхів умерти,&lt;br /&gt;</w:t>
        <w:br/>
        <w:t>І катування він терпіти вже не міг!&lt;br /&gt;</w:t>
        <w:br/>
        <w:t>Коли ж собі на сміх&lt;br /&gt;</w:t>
        <w:br/>
        <w:t>Попав сюди за грати,&lt;br /&gt;</w:t>
        <w:br/>
        <w:t>Тоді себе він став картати,&lt;br /&gt;</w:t>
        <w:br/>
        <w:t>Що сам давав він згоду&lt;br /&gt;</w:t>
        <w:br/>
        <w:t>Хапати "ворогів народу",&lt;br /&gt;</w:t>
        <w:br/>
        <w:t>Які, як думав він, сиділи всюди,&lt;br /&gt;</w:t>
        <w:br/>
        <w:t>І вже були не люди,&lt;br /&gt;</w:t>
        <w:br/>
        <w:t>А лиш радянські вороги.&lt;br /&gt;</w:t>
        <w:br/>
        <w:t>Коли і він попав сюди,&lt;br /&gt;</w:t>
        <w:br/>
        <w:t>Тоді лиш істину він зрозумів,&lt;br /&gt;</w:t>
        <w:br/>
        <w:t>Якої більше вже нікому не розкаже,&lt;br /&gt;</w:t>
        <w:br/>
        <w:t>Що через нелюдів-катів,&lt;br /&gt;</w:t>
        <w:br/>
        <w:t>Мільйони тут людей поляже,&lt;br /&gt;</w:t>
        <w:br/>
        <w:t>Які вини найменшої не мали.</w:t>
      </w:r>
    </w:p>
    <w:p>
      <w:r>
        <w:br/>
        <w:t>Але той комісар-гнобитель&lt;br /&gt;</w:t>
        <w:br/>
        <w:t>Не думав допиту робити,&lt;br /&gt;</w:t>
        <w:br/>
        <w:t>Він пальцем на папір вказав&lt;br /&gt;</w:t>
        <w:br/>
        <w:t>І сухо зачитав,&lt;br /&gt;</w:t>
        <w:br/>
        <w:t>Що ворог він народу,&lt;br /&gt;</w:t>
        <w:br/>
        <w:t>Тому йому немає більше ходу&lt;br /&gt;</w:t>
        <w:br/>
        <w:t>Туди, назад у світ.&lt;br /&gt;</w:t>
        <w:br/>
        <w:t>З-за столу кат той різко встав,&lt;br /&gt;</w:t>
        <w:br/>
        <w:t>Трохиму олівця подав і наказав,&lt;br /&gt;</w:t>
        <w:br/>
        <w:t>Щоб він на аркуші вказав&lt;br /&gt;</w:t>
        <w:br/>
        <w:t>Кого він знає з ворогів,&lt;br /&gt;</w:t>
        <w:br/>
        <w:t>Що ходять ще на волі.&lt;br /&gt;</w:t>
        <w:br/>
        <w:t>Трохим від люті весь вскипів&lt;br /&gt;</w:t>
        <w:br/>
        <w:t>І в бік йому зробив плювок.</w:t>
      </w:r>
    </w:p>
    <w:p>
      <w:r>
        <w:br/>
        <w:t>Лежачи весь в крові на камерній землі,&lt;br /&gt;</w:t>
        <w:br/>
        <w:t>В останнє він кресав іскру своїх думок,&lt;br /&gt;</w:t>
        <w:br/>
        <w:t>Відкинув згадки всі сумні,&lt;br /&gt;</w:t>
        <w:br/>
        <w:t>Згадав, коли дитиною ходив в садок&lt;br /&gt;</w:t>
        <w:br/>
        <w:t>Весняної пори,&lt;br /&gt;</w:t>
        <w:br/>
        <w:t>Хрущі тоді в садку гули&lt;br /&gt;</w:t>
        <w:br/>
        <w:t>І вишні сипали на нього цвіту пелюстки,&lt;br /&gt;</w:t>
        <w:br/>
        <w:t>А потім мати підійшла,&lt;br /&gt;</w:t>
        <w:br/>
        <w:t>В лице його поцілувала, обійняла,&lt;br /&gt;</w:t>
        <w:br/>
        <w:t>Та в хату повела.&lt;br /&gt;</w:t>
        <w:br/>
        <w:t>Ці поцілунки на щоці вогнем пекли,&lt;br /&gt;</w:t>
        <w:br/>
        <w:t>Він руку протягнув туди,&lt;br /&gt;</w:t>
        <w:br/>
        <w:t>Лице він пальцями погладив,&lt;br /&gt;</w:t>
        <w:br/>
        <w:t>Які погрузли в липкість зла.&lt;br /&gt;</w:t>
        <w:br/>
        <w:t>Із жахом руку він відвів,&lt;br /&gt;</w:t>
        <w:br/>
        <w:t>Між пальцями повзла&lt;br /&gt;</w:t>
        <w:br/>
        <w:t>Густа і чорна кров,&lt;br /&gt;</w:t>
        <w:br/>
        <w:t>Яка вернула знов&lt;br /&gt;</w:t>
        <w:br/>
        <w:t>Його думки в реальний світ.&lt;br /&gt;</w:t>
        <w:br/>
        <w:t>По коридору кроки він почув,&lt;br /&gt;</w:t>
        <w:br/>
        <w:t>А потім захрипів засув&lt;br /&gt;</w:t>
        <w:br/>
        <w:t>В залізі кованих дверей.&lt;br /&gt;</w:t>
        <w:br/>
        <w:t>Йому слова наказу довели&lt;br /&gt;</w:t>
        <w:br/>
        <w:t>Й військових двоє повели&lt;br /&gt;</w:t>
        <w:br/>
        <w:t>Штовхаючи у спину,&lt;br /&gt;</w:t>
        <w:br/>
        <w:t>Спочатку двором,&lt;br /&gt;</w:t>
        <w:br/>
        <w:t>Потім в підземелля.&lt;br /&gt;</w:t>
        <w:br/>
        <w:t>Ішов Трохим широким коридором,&lt;br /&gt;</w:t>
        <w:br/>
        <w:t>А камери були ліворуч і праворуч.&lt;br /&gt;</w:t>
        <w:br/>
        <w:t>Ті, що праворуч&lt;br /&gt;</w:t>
        <w:br/>
        <w:t>— Великими й високими були,&lt;br /&gt;</w:t>
        <w:br/>
        <w:t>А ті, ліворуч&lt;br /&gt;</w:t>
        <w:br/>
        <w:t>— У ріст людей,&lt;br /&gt;</w:t>
        <w:br/>
        <w:t>Але не було в них дверей.&lt;br /&gt;</w:t>
        <w:br/>
        <w:t>Зрівнявшись з кліткою такою,&lt;br /&gt;</w:t>
        <w:br/>
        <w:t>Побачив він, як тут стіною,&lt;br /&gt;</w:t>
        <w:br/>
        <w:t>Де місце було дверям,&lt;br /&gt;</w:t>
        <w:br/>
        <w:t>— Прохід цей швидко мурували,&lt;br /&gt;</w:t>
        <w:br/>
        <w:t>А в камері стояли&lt;br /&gt;</w:t>
        <w:br/>
        <w:t>Впритул набиті люди.&lt;br /&gt;</w:t>
        <w:br/>
        <w:t>Трохим відразу зрозумів,&lt;br /&gt;</w:t>
        <w:br/>
        <w:t>Коли ці двері замурують,&lt;br /&gt;</w:t>
        <w:br/>
        <w:t>Тоді цим людям будуть&lt;br /&gt;</w:t>
        <w:br/>
        <w:t>Отруйний газ пускати&lt;br /&gt;</w:t>
        <w:br/>
        <w:t>І вічним сном всі будуть спати.&lt;br /&gt;</w:t>
        <w:br/>
        <w:t>Ще трохи він пройшов&lt;br /&gt;</w:t>
        <w:br/>
        <w:t>І там побачив,&lt;br /&gt;</w:t>
        <w:br/>
        <w:t>Що в камері у цій&lt;br /&gt;</w:t>
        <w:br/>
        <w:t>Лежали людські трупи&lt;br /&gt;</w:t>
        <w:br/>
        <w:t>Поскладані у штабелі до купи,&lt;br /&gt;</w:t>
        <w:br/>
        <w:t>Від низу і до стелі, здуті,&lt;br /&gt;</w:t>
        <w:br/>
        <w:t>Що місця вільного там не було.&lt;br /&gt;</w:t>
        <w:br/>
        <w:t>Трохиму наказали ті кати&lt;br /&gt;</w:t>
        <w:br/>
        <w:t>В таку сусідню камеру ввійти.&lt;br /&gt;</w:t>
        <w:br/>
        <w:t>Лиш кілька кроків він ступив&lt;br /&gt;</w:t>
        <w:br/>
        <w:t>І перед ним,&lt;br /&gt;</w:t>
        <w:br/>
        <w:t>У камері великій,&lt;br /&gt;</w:t>
        <w:br/>
        <w:t>Вже кілька трупів на землі лежало,&lt;br /&gt;</w:t>
        <w:br/>
        <w:t>А серед них чиєсь лице&lt;br /&gt;</w:t>
        <w:br/>
        <w:t>Скривавлене зівало,&lt;br /&gt;</w:t>
        <w:br/>
        <w:t>У крові рот то відкривало,&lt;br /&gt;</w:t>
        <w:br/>
        <w:t>Потім закривало,&lt;br /&gt;</w:t>
        <w:br/>
        <w:t>Свинець гарячий всю потилицю пропік.&lt;br /&gt;</w:t>
        <w:br/>
        <w:t>Трохим здригнувся, похитнувся в бік,&lt;br /&gt;</w:t>
        <w:br/>
        <w:t>А потім вже покірно впав&lt;br /&gt;</w:t>
        <w:br/>
        <w:t>На того, що зівав&lt;br /&gt;</w:t>
        <w:br/>
        <w:t>Скривавленим обличчям!</w:t>
      </w:r>
    </w:p>
    <w:p>
      <w:r>
        <w:br/>
        <w:t>У середині шістдесятих років,&lt;br /&gt;</w:t>
        <w:br/>
        <w:t>Коли від кров'яних потоків&lt;br /&gt;</w:t>
        <w:br/>
        <w:t>Цей кат вже руки омивав,&lt;br /&gt;</w:t>
        <w:br/>
        <w:t>На своїх з'їздах рішення приймав,&lt;br /&gt;</w:t>
        <w:br/>
        <w:t>Що це були розстріляні невинні люди,&lt;br /&gt;</w:t>
        <w:br/>
        <w:t>Тоді в Проскурові&lt;br /&gt;</w:t>
        <w:br/>
        <w:t>Був спалах гніву всюди,&lt;br /&gt;</w:t>
        <w:br/>
        <w:t>З Поділля всього з'їхалися люди,&lt;br /&gt;</w:t>
        <w:br/>
        <w:t>Бо камери із трупами знайшли,&lt;br /&gt;</w:t>
        <w:br/>
        <w:t>Людей, які безвинно полягли&lt;br /&gt;</w:t>
        <w:br/>
        <w:t>Від рук червоного тирана&lt;br /&gt;</w:t>
        <w:br/>
        <w:t>І людська рана&lt;br /&gt;</w:t>
        <w:br/>
        <w:t>В душі великим гнівом запекла!&lt;br /&gt;</w:t>
        <w:br/>
        <w:t>Будуючи новий універмаг,&lt;br /&gt;</w:t>
        <w:br/>
        <w:t>Глибокий рів розривши на фундамент&lt;br /&gt;</w:t>
        <w:br/>
        <w:t>Великим тракторним ковшем&lt;br /&gt;</w:t>
        <w:br/>
        <w:t>В один момент&lt;br /&gt;</w:t>
        <w:br/>
        <w:t>Розкрилась камера одна,&lt;br /&gt;</w:t>
        <w:br/>
        <w:t>Яка уся була&lt;br /&gt;</w:t>
        <w:br/>
        <w:t>Заповнена тим мертвим людом&lt;br /&gt;</w:t>
        <w:br/>
        <w:t>— Їх було повно всюди.&lt;br /&gt;</w:t>
        <w:br/>
        <w:t>Людей тих потім розкопали,&lt;br /&gt;</w:t>
        <w:br/>
        <w:t>Але чомусь не дали&lt;br /&gt;</w:t>
        <w:br/>
        <w:t>Як і годиться поховати їх синам.&lt;br /&gt;</w:t>
        <w:br/>
        <w:t>Все міліцейством оточили&lt;br /&gt;</w:t>
        <w:br/>
        <w:t>І територію оббили&lt;br /&gt;</w:t>
        <w:br/>
        <w:t>Високим з дощок парканом,&lt;br /&gt;</w:t>
        <w:br/>
        <w:t>А потім ночами возили&lt;br /&gt;</w:t>
        <w:br/>
        <w:t>У Вінницю на фосфорний завод,&lt;br /&gt;</w:t>
        <w:br/>
        <w:t>Щоб ні єдиної могили&lt;br /&gt;</w:t>
        <w:br/>
        <w:t>Не міг возвести їм народ,&lt;br /&gt;</w:t>
        <w:br/>
        <w:t>Бо стане пам'яттю страшною&lt;br /&gt;</w:t>
        <w:br/>
        <w:t>І ката видасть з головою,&lt;br /&gt;</w:t>
        <w:br/>
        <w:t>Покаже всім його хижацький дух,&lt;br /&gt;</w:t>
        <w:br/>
        <w:t>Йому ж потрібний рух&lt;br /&gt;</w:t>
        <w:br/>
        <w:t>У напрямку покори,&lt;br /&gt;</w:t>
        <w:br/>
        <w:t>До гидкої потвори.</w:t>
      </w:r>
    </w:p>
    <w:p>
      <w:r>
        <w:br/>
        <w:t>ЧАСТИНА СЬОМА</w:t>
      </w:r>
    </w:p>
    <w:p>
      <w:r>
        <w:br/>
        <w:t>Гайвороння падало на сніг,&lt;br /&gt;</w:t>
        <w:br/>
        <w:t>Що до землі щільніше вже приліг&lt;br /&gt;</w:t>
        <w:br/>
        <w:t>І якось різко потемнів.&lt;br /&gt;</w:t>
        <w:br/>
        <w:t>За кілька днів&lt;br /&gt;</w:t>
        <w:br/>
        <w:t>— Віщулася відлига.&lt;br /&gt;</w:t>
        <w:br/>
        <w:t>Хурделиці усі вже відмели,&lt;br /&gt;</w:t>
        <w:br/>
        <w:t>Лютневі дні останні йшли,&lt;br /&gt;</w:t>
        <w:br/>
        <w:t>Який збирав потуги всі зими,&lt;br /&gt;</w:t>
        <w:br/>
        <w:t>Щоб мали силу ріки і струмки&lt;br /&gt;</w:t>
        <w:br/>
        <w:t>Весняного потоку.&lt;br /&gt;</w:t>
        <w:br/>
        <w:t>Кінчалася зима тривожного&lt;br /&gt;</w:t>
        <w:br/>
        <w:t>Вже сорок першого важкого року.&lt;br /&gt;</w:t>
        <w:br/>
        <w:t>Карпо у ці дні трохи занедужав,&lt;br /&gt;</w:t>
        <w:br/>
        <w:t>Бо кілька днів тому&lt;br /&gt;</w:t>
        <w:br/>
        <w:t>Носив він на гору&lt;br /&gt;</w:t>
        <w:br/>
        <w:t>З зерном мішки керівнику колгоспу&lt;br /&gt;</w:t>
        <w:br/>
        <w:t>І переніс тон п'ять мішків,&lt;br /&gt;</w:t>
        <w:br/>
        <w:t>І добре впрів&lt;br /&gt;</w:t>
        <w:br/>
        <w:t>Де протяги гуляли,&lt;br /&gt;</w:t>
        <w:br/>
        <w:t>Бо у корівнику завжди&lt;br /&gt;</w:t>
        <w:br/>
        <w:t>Там двері вибивали&lt;br /&gt;</w:t>
        <w:br/>
        <w:t>І не вставляли,&lt;br /&gt;</w:t>
        <w:br/>
        <w:t>Щоб добре було красти пашу,&lt;br /&gt;</w:t>
        <w:br/>
        <w:t>Хоча за цим дивились ястрибки.&lt;br /&gt;</w:t>
        <w:br/>
        <w:t>Давним давно повибиті шибки&lt;br /&gt;</w:t>
        <w:br/>
        <w:t>— Колгосп колгоспом завжди залишався.&lt;br /&gt;</w:t>
        <w:br/>
        <w:t>Горіла голова,&lt;br /&gt;</w:t>
        <w:br/>
        <w:t>Як дзвін вона гула&lt;br /&gt;</w:t>
        <w:br/>
        <w:t>І наче жару хто насипав в груди,&lt;br /&gt;</w:t>
        <w:br/>
        <w:t>Він біль терпів зціпивши зуби,&lt;br /&gt;</w:t>
        <w:br/>
        <w:t>Перед очима мерехтів весь світ.&lt;br /&gt;</w:t>
        <w:br/>
        <w:t>Карпо поволі вийшов з хати,&lt;br /&gt;</w:t>
        <w:br/>
        <w:t>Окраєць хліба не забув із столу взяти&lt;br /&gt;</w:t>
        <w:br/>
        <w:t>І в хлів пішов, щоб коровині дати,&lt;br /&gt;</w:t>
        <w:br/>
        <w:t>Бо ласку так його любила&lt;br /&gt;</w:t>
        <w:br/>
        <w:t>І відчуваючи що зляже з болем цим,&lt;br /&gt;</w:t>
        <w:br/>
        <w:t>Хотів, щоб ця худоба мила&lt;br /&gt;</w:t>
        <w:br/>
        <w:t>В останнє попрощалася із ним.&lt;br /&gt;</w:t>
        <w:br/>
        <w:t>Про стан свій не казав Калині,&lt;br /&gt;</w:t>
        <w:br/>
        <w:t>Щоб не журити очі милі,&lt;br /&gt;</w:t>
        <w:br/>
        <w:t>Але вона давно все знала&lt;br /&gt;</w:t>
        <w:br/>
        <w:t>Що діялось із ним, але в собі тримала.&lt;br /&gt;</w:t>
        <w:br/>
        <w:t>Сніг не скрипів у нього під ногами,&lt;br /&gt;</w:t>
        <w:br/>
        <w:t>Можливо він не чув,&lt;br /&gt;</w:t>
        <w:br/>
        <w:t>Бо цьвйогкало у вухах батогами,&lt;br /&gt;</w:t>
        <w:br/>
        <w:t>А в голові все дзвін той був.&lt;br /&gt;</w:t>
        <w:br/>
        <w:t>Ніяк не слухалися ноги&lt;br /&gt;</w:t>
        <w:br/>
        <w:t>Він ледь їх волочив,&lt;br /&gt;</w:t>
        <w:br/>
        <w:t>Здались високими пороги,&lt;br /&gt;</w:t>
        <w:br/>
        <w:t>Які вже не переступив,&lt;br /&gt;</w:t>
        <w:br/>
        <w:t>А нахилився до ноги,&lt;br /&gt;</w:t>
        <w:br/>
        <w:t>Її руками обхопив&lt;br /&gt;</w:t>
        <w:br/>
        <w:t>— Хотів піднести догори,&lt;br /&gt;</w:t>
        <w:br/>
        <w:t>Але перед очима все покрив&lt;br /&gt;</w:t>
        <w:br/>
        <w:t>Той біль, як чорна билина,&lt;br /&gt;</w:t>
        <w:br/>
        <w:t>Яким дзвеніла голова.&lt;br /&gt;</w:t>
        <w:br/>
        <w:t>Через поріг&lt;br /&gt;</w:t>
        <w:br/>
        <w:t>Карпо не впав,&lt;br /&gt;</w:t>
        <w:br/>
        <w:t>А вповз і ліг&lt;br /&gt;</w:t>
        <w:br/>
        <w:t>Глибоко непритомний.</w:t>
      </w:r>
    </w:p>
    <w:p>
      <w:r>
        <w:br/>
        <w:t>Йшли перші березневі дні,&lt;br /&gt;</w:t>
        <w:br/>
        <w:t>Шибки маленькі всі&lt;br /&gt;</w:t>
        <w:br/>
        <w:t>Старої і низької хати&lt;br /&gt;</w:t>
        <w:br/>
        <w:t>Переставало покривати&lt;br /&gt;</w:t>
        <w:br/>
        <w:t>Морозяним сніжком.&lt;br /&gt;</w:t>
        <w:br/>
        <w:t>Весняне сонце стало прогрівати&lt;br /&gt;</w:t>
        <w:br/>
        <w:t>Стару хатину вже своїм теплом.&lt;br /&gt;</w:t>
        <w:br/>
        <w:t>Втиснувшись в хату через вікна&lt;br /&gt;</w:t>
        <w:br/>
        <w:t>Проміння сипалось в пітьмі,&lt;br /&gt;</w:t>
        <w:br/>
        <w:t>А то повзло вже по стіні&lt;br /&gt;</w:t>
        <w:br/>
        <w:t>Стираючи думки сумні,&lt;br /&gt;</w:t>
        <w:br/>
        <w:t>Малюючи весняні зорі&lt;br /&gt;</w:t>
        <w:br/>
        <w:t>І паростки життя ще кволі&lt;br /&gt;</w:t>
        <w:br/>
        <w:t>Вселяли дух весни,&lt;br /&gt;</w:t>
        <w:br/>
        <w:t>Яким повинно все рости.&lt;br /&gt;</w:t>
        <w:br/>
        <w:t>Карпо із стелі не спускав очей&lt;br /&gt;</w:t>
        <w:br/>
        <w:t>Не мовив вже речей,&lt;br /&gt;</w:t>
        <w:br/>
        <w:t>Лежав навзнак він мовчки в ліжку,&lt;br /&gt;</w:t>
        <w:br/>
        <w:t>Обличчя жовте наче свічка,&lt;br /&gt;</w:t>
        <w:br/>
        <w:t>Лише в очах іскрилося життя.&lt;br /&gt;</w:t>
        <w:br/>
        <w:t>А дочки поралися з матір'ю в хатині,&lt;br /&gt;</w:t>
        <w:br/>
        <w:t>Сини сиділи тут на скрині,&lt;br /&gt;</w:t>
        <w:br/>
        <w:t>Із батька не спускаючи очей.&lt;br /&gt;</w:t>
        <w:br/>
        <w:t>Клим тільки що з району&lt;br /&gt;</w:t>
        <w:br/>
        <w:t>Відправив лікаря до дому,&lt;br /&gt;</w:t>
        <w:br/>
        <w:t>Якого так просив,&lt;br /&gt;</w:t>
        <w:br/>
        <w:t>Щоб батька оживив&lt;br /&gt;</w:t>
        <w:br/>
        <w:t>І повернув слабого до життя,&lt;br /&gt;</w:t>
        <w:br/>
        <w:t>Але прощаючись, він Климові сказав,&lt;br /&gt;</w:t>
        <w:br/>
        <w:t>З такого стану вже немає вороття.&lt;br /&gt;</w:t>
        <w:br/>
        <w:t>Максим закінчив інститут&lt;br /&gt;</w:t>
        <w:br/>
        <w:t>І не далеко тут&lt;br /&gt;</w:t>
        <w:br/>
        <w:t>В сусідньому районі&lt;br /&gt;</w:t>
        <w:br/>
        <w:t>Він лікар головний.</w:t>
      </w:r>
    </w:p>
    <w:p>
      <w:r>
        <w:br/>
        <w:t>Терплячи біль важкий&lt;br /&gt;</w:t>
        <w:br/>
        <w:t>Карпо не мав від цього більшої вже втіхи,&lt;br /&gt;</w:t>
        <w:br/>
        <w:t>Не міг він не радіти,&lt;br /&gt;</w:t>
        <w:br/>
        <w:t>Що лікарем його був син,&lt;br /&gt;</w:t>
        <w:br/>
        <w:t>А його Клим&lt;br /&gt;</w:t>
        <w:br/>
        <w:t>Вже разом з тим&lt;br /&gt;</w:t>
        <w:br/>
        <w:t>Був агроном в районі&lt;br /&gt;</w:t>
        <w:br/>
        <w:t>Знаний і відомий,&lt;br /&gt;</w:t>
        <w:br/>
        <w:t>Тому усі хліби, поля і коні&lt;br /&gt;</w:t>
        <w:br/>
        <w:t>Були в його руках.&lt;br /&gt;</w:t>
        <w:br/>
        <w:t>Приїзд їх звеселив Карпа.&lt;br /&gt;</w:t>
        <w:br/>
        <w:t>Вони оба&lt;br /&gt;</w:t>
        <w:br/>
        <w:t>Весь день сиділи біля батька.&lt;br /&gt;</w:t>
        <w:br/>
        <w:t>Коли вже сонце впало за жита&lt;br /&gt;</w:t>
        <w:br/>
        <w:t>Й настала та пора,&lt;br /&gt;</w:t>
        <w:br/>
        <w:t>Як сутінки повзуть у свою&lt;br /&gt;</w:t>
        <w:br/>
        <w:t>Нічну і тиху темноту,&lt;br /&gt;</w:t>
        <w:br/>
        <w:t>В хвилину ту&lt;br /&gt;</w:t>
        <w:br/>
        <w:t>Карпо дивився на Калину,&lt;br /&gt;</w:t>
        <w:br/>
        <w:t>Її очима кликав мило.&lt;br /&gt;</w:t>
        <w:br/>
        <w:t>Вона до нього підійшла,&lt;br /&gt;</w:t>
        <w:br/>
        <w:t>Сльозу утерла крадькома,&lt;br /&gt;</w:t>
        <w:br/>
        <w:t>Щоб смутку тим не принесла&lt;br /&gt;</w:t>
        <w:br/>
        <w:t>І з ласкою в очах за руку взяла,&lt;br /&gt;</w:t>
        <w:br/>
        <w:t>Губами притулилась,&lt;br /&gt;</w:t>
        <w:br/>
        <w:t>До нього ніжно нахилилась&lt;br /&gt;</w:t>
        <w:br/>
        <w:t>До жовтої холодної щоки&lt;br /&gt;</w:t>
        <w:br/>
        <w:t>І всім чуттям своїм відчула,&lt;br /&gt;</w:t>
        <w:br/>
        <w:t>Що це вже була&lt;br /&gt;</w:t>
        <w:br/>
        <w:t>Остання мить його життя!&lt;br /&gt;</w:t>
        <w:br/>
        <w:t>Ховаючись у забуття,&lt;br /&gt;</w:t>
        <w:br/>
        <w:t>Карпо здихнув: "Калино!"&lt;br /&gt;</w:t>
        <w:br/>
        <w:t>Таким його останній подих був&lt;br /&gt;</w:t>
        <w:br/>
        <w:t>І він уже не чув,&lt;br /&gt;</w:t>
        <w:br/>
        <w:t>Коли Калина билася йому на грудях,&lt;br /&gt;</w:t>
        <w:br/>
        <w:t>Вмиваючи його сльозами,&lt;br /&gt;</w:t>
        <w:br/>
        <w:t>Коли вона жіночими і милими руками&lt;br /&gt;</w:t>
        <w:br/>
        <w:t>Хотіла смерть від нього заступити,&lt;br /&gt;</w:t>
        <w:br/>
        <w:t>Коли у мертве тіло вже Карпа&lt;br /&gt;</w:t>
        <w:br/>
        <w:t>Хотіла те життя&lt;br /&gt;</w:t>
        <w:br/>
        <w:t>Своє йому вселити!</w:t>
      </w:r>
    </w:p>
    <w:p>
      <w:r>
        <w:br/>
        <w:t>Роз'їхались зажурені сини&lt;br /&gt;</w:t>
        <w:br/>
        <w:t>І дочки розійшлися по домах,&lt;br /&gt;</w:t>
        <w:br/>
        <w:t>Сидить Калина вже сама&lt;br /&gt;</w:t>
        <w:br/>
        <w:t>І згадує усе життя,&lt;br /&gt;</w:t>
        <w:br/>
        <w:t>Яке у двох з Карпом прожили.&lt;br /&gt;</w:t>
        <w:br/>
        <w:t>Своїм коханням завжди дорожили,&lt;br /&gt;</w:t>
        <w:br/>
        <w:t>Як і самим життям,&lt;br /&gt;</w:t>
        <w:br/>
        <w:t>Вони його єдиним подихом прожили&lt;br /&gt;</w:t>
        <w:br/>
        <w:t>І пронесли аж до могили,&lt;br /&gt;</w:t>
        <w:br/>
        <w:t>В коханні цім дітей ростили&lt;br /&gt;</w:t>
        <w:br/>
        <w:t>І в праці муки пережили.&lt;br /&gt;</w:t>
        <w:br/>
        <w:t>Щаслива це була сім'я,&lt;br /&gt;</w:t>
        <w:br/>
        <w:t>Тому її ім'я&lt;br /&gt;</w:t>
        <w:br/>
        <w:t>В селі вже замінили&lt;br /&gt;</w:t>
        <w:br/>
        <w:t>І в "Карпусиху" охрестили,&lt;br /&gt;</w:t>
        <w:br/>
        <w:t>На стільки рідною була&lt;br /&gt;</w:t>
        <w:br/>
        <w:t>Для свого милого Карпа.</w:t>
      </w:r>
    </w:p>
    <w:p>
      <w:r>
        <w:br/>
        <w:t>Вже двадцять другий день&lt;br /&gt;</w:t>
        <w:br/>
        <w:t>Червневий йшов,&lt;br /&gt;</w:t>
        <w:br/>
        <w:t>Максим сьогодні не пішов&lt;br /&gt;</w:t>
        <w:br/>
        <w:t>В лікарню на роботу,&lt;br /&gt;</w:t>
        <w:br/>
        <w:t>Бо у неділю без турботи&lt;br /&gt;</w:t>
        <w:br/>
        <w:t>Не поспішав вставати,&lt;br /&gt;</w:t>
        <w:br/>
        <w:t>А лежачи чекав,&lt;br /&gt;</w:t>
        <w:br/>
        <w:t>Поки буде ще спати&lt;br /&gt;</w:t>
        <w:br/>
        <w:t>Його дочка Дарина,&lt;br /&gt;</w:t>
        <w:br/>
        <w:t>Яка молодшою була від сина&lt;br /&gt;</w:t>
        <w:br/>
        <w:t>На років шість.&lt;br /&gt;</w:t>
        <w:br/>
        <w:t>Максим у вихідні&lt;br /&gt;</w:t>
        <w:br/>
        <w:t>Любив дочку трохрічну брати&lt;br /&gt;</w:t>
        <w:br/>
        <w:t>І Теплі ноженята цілувати,&lt;br /&gt;</w:t>
        <w:br/>
        <w:t>Та ставити собі на груди&lt;br /&gt;</w:t>
        <w:br/>
        <w:t>І підкидати догори,&lt;br /&gt;</w:t>
        <w:br/>
        <w:t>І щоб завжди&lt;br /&gt;</w:t>
        <w:br/>
        <w:t>Вона щасливою була&lt;br /&gt;</w:t>
        <w:br/>
        <w:t>Й здійснилася його мета,&lt;br /&gt;</w:t>
        <w:br/>
        <w:t>Бо дочку бачив він пілотом.&lt;br /&gt;</w:t>
        <w:br/>
        <w:t>Максим хотів щоби його сім'я&lt;br /&gt;</w:t>
        <w:br/>
        <w:t>І українське їх ім'я&lt;br /&gt;</w:t>
        <w:br/>
        <w:t>У похвальбах було не нижче,&lt;br /&gt;</w:t>
        <w:br/>
        <w:t>Тому дочка літатиме&lt;br /&gt;</w:t>
        <w:br/>
        <w:t>За всіх ще вище.&lt;br /&gt;</w:t>
        <w:br/>
        <w:t>А син Тарас мав особливу вдачу,&lt;br /&gt;</w:t>
        <w:br/>
        <w:t>Він так Максима дивував&lt;br /&gt;</w:t>
        <w:br/>
        <w:t>І той не знав,&lt;br /&gt;</w:t>
        <w:br/>
        <w:t>Чим все це пояснити&lt;br /&gt;</w:t>
        <w:br/>
        <w:t>І що казати, і робити,&lt;br /&gt;</w:t>
        <w:br/>
        <w:t>Коли настільки незвичайним він ставав,&lt;br /&gt;</w:t>
        <w:br/>
        <w:t>Талант у нього проростав.</w:t>
      </w:r>
    </w:p>
    <w:p>
      <w:r>
        <w:br/>
        <w:t>Недільний ранок зіпсував&lt;br /&gt;</w:t>
        <w:br/>
        <w:t>Дзвінок по телефону,&lt;br /&gt;</w:t>
        <w:br/>
        <w:t>Який його зобов'язав&lt;br /&gt;</w:t>
        <w:br/>
        <w:t>З'явитись до району.&lt;br /&gt;</w:t>
        <w:br/>
        <w:t>Зібрався і пішов,&lt;br /&gt;</w:t>
        <w:br/>
        <w:t>Але він не дійшов, вернувся.&lt;br /&gt;</w:t>
        <w:br/>
        <w:t>Коли у хату він ввійшов,&lt;br /&gt;</w:t>
        <w:br/>
        <w:t>Дружині не всміхнувся,&lt;br /&gt;</w:t>
        <w:br/>
        <w:t>А був як хмара чорна&lt;br /&gt;</w:t>
        <w:br/>
        <w:t>У клопоті важкім.&lt;br /&gt;</w:t>
        <w:br/>
        <w:t>Дружина зрозуміла,&lt;br /&gt;</w:t>
        <w:br/>
        <w:t>Відбулася якась велика зміна&lt;br /&gt;</w:t>
        <w:br/>
        <w:t>У їхньому житті.&lt;br /&gt;</w:t>
        <w:br/>
        <w:t>Вона стояла як німа,&lt;br /&gt;</w:t>
        <w:br/>
        <w:t>Від страху зникли всі слова.&lt;br /&gt;</w:t>
        <w:br/>
        <w:t>Максим ступив посеред хати&lt;br /&gt;</w:t>
        <w:br/>
        <w:t>І мовив: "Почалась війна!"&lt;br /&gt;</w:t>
        <w:br/>
        <w:t>І ті слова&lt;br /&gt;</w:t>
        <w:br/>
        <w:t>Здалися пострілом гармати.&lt;br /&gt;</w:t>
        <w:br/>
        <w:t>В цей день&lt;br /&gt;</w:t>
        <w:br/>
        <w:t>Німеччина напала на Росію,&lt;br /&gt;</w:t>
        <w:br/>
        <w:t>Два хижаки плекали ту надію,&lt;br /&gt;</w:t>
        <w:br/>
        <w:t>Як би для себе підкорити світ.&lt;br /&gt;</w:t>
        <w:br/>
        <w:t>Коли була для них обох пожива,&lt;br /&gt;</w:t>
        <w:br/>
        <w:t>То ще її ділили,&lt;br /&gt;</w:t>
        <w:br/>
        <w:t>Коли вже між собою&lt;br /&gt;</w:t>
        <w:br/>
        <w:t>Польщу розтягли і розорили,&lt;br /&gt;</w:t>
        <w:br/>
        <w:t>І щирими сусідами були,&lt;br /&gt;</w:t>
        <w:br/>
        <w:t>Вони оба ішли вже по одній дорозі&lt;br /&gt;</w:t>
        <w:br/>
        <w:t>І не були у змозі&lt;br /&gt;</w:t>
        <w:br/>
        <w:t>У мирі жити,&lt;br /&gt;</w:t>
        <w:br/>
        <w:t>Або одне одному&lt;br /&gt;</w:t>
        <w:br/>
        <w:t>Ту дорогу уступити&lt;br /&gt;</w:t>
        <w:br/>
        <w:t>— Хижак один повинен жити!&lt;br /&gt;</w:t>
        <w:br/>
        <w:t>Така хижацька є природа,&lt;br /&gt;</w:t>
        <w:br/>
        <w:t>Де є розбій — не має згоди!</w:t>
      </w:r>
    </w:p>
    <w:p>
      <w:r>
        <w:br/>
        <w:t>Максимові з райкому передали,&lt;br /&gt;</w:t>
        <w:br/>
        <w:t>Щоб він сьогодні йшов у військкомат,&lt;br /&gt;</w:t>
        <w:br/>
        <w:t>Його негайно відправляли&lt;br /&gt;</w:t>
        <w:br/>
        <w:t>Лікарем в військовий штат&lt;br /&gt;</w:t>
        <w:br/>
        <w:t>Спецокругу у Київ.</w:t>
      </w:r>
    </w:p>
    <w:p>
      <w:r>
        <w:br/>
        <w:t>З полудня сонце вже спускалось,&lt;br /&gt;</w:t>
        <w:br/>
        <w:t>З шибок проміння відбивалось&lt;br /&gt;</w:t>
        <w:br/>
        <w:t>І гасло в зелені садка.&lt;br /&gt;</w:t>
        <w:br/>
        <w:t>Біля дверей стояла тінь густа&lt;br /&gt;</w:t>
        <w:br/>
        <w:t>Від величезного горіха.&lt;br /&gt;</w:t>
        <w:br/>
        <w:t>Під ним Максим сидів на лаві&lt;br /&gt;</w:t>
        <w:br/>
        <w:t>В оточенні сім'ї&lt;br /&gt;</w:t>
        <w:br/>
        <w:t>І пестив кучери доньки смагляві,&lt;br /&gt;</w:t>
        <w:br/>
        <w:t>І очі вже його сумні&lt;br /&gt;</w:t>
        <w:br/>
        <w:t>Дивилися на сина,&lt;br /&gt;</w:t>
        <w:br/>
        <w:t>Що поряд з ним сидів,&lt;br /&gt;</w:t>
        <w:br/>
        <w:t>А потім вже провів&lt;br /&gt;</w:t>
        <w:br/>
        <w:t>Йому по голові&lt;br /&gt;</w:t>
        <w:br/>
        <w:t>Тремтячою рукою;&lt;br /&gt;</w:t>
        <w:br/>
        <w:t>Вкриваючи лице сльозою,&lt;br /&gt;</w:t>
        <w:br/>
        <w:t>Дружина плакала за тим,&lt;br /&gt;</w:t>
        <w:br/>
        <w:t>Що більше не зустрінеться із ним.&lt;br /&gt;</w:t>
        <w:br/>
        <w:t>Максим підвівся з лави,&lt;br /&gt;</w:t>
        <w:br/>
        <w:t>Немов би то йому хто серце обірвав,&lt;br /&gt;</w:t>
        <w:br/>
        <w:t>Передчуття в душі казали,&lt;br /&gt;</w:t>
        <w:br/>
        <w:t>Що він в останнє тут стояв.&lt;br /&gt;</w:t>
        <w:br/>
        <w:t>Дружину і дітей поцілував,&lt;br /&gt;</w:t>
        <w:br/>
        <w:t>Від себе з болем відривав&lt;br /&gt;</w:t>
        <w:br/>
        <w:t>І швидко вийшов у подвір'я,&lt;br /&gt;</w:t>
        <w:br/>
        <w:t>Там хутко в бричку сів&lt;br /&gt;</w:t>
        <w:br/>
        <w:t>І коні рушили в перед,&lt;br /&gt;</w:t>
        <w:br/>
        <w:t>На повороті обернувся,&lt;br /&gt;</w:t>
        <w:br/>
        <w:t>Дружина й малюки дивилися у слід,&lt;br /&gt;</w:t>
        <w:br/>
        <w:t>В душі до себе усміхнувся,&lt;br /&gt;</w:t>
        <w:br/>
        <w:t>А потім зблід&lt;br /&gt;</w:t>
        <w:br/>
        <w:t>І зник за горбом його слід.</w:t>
      </w:r>
    </w:p>
    <w:p>
      <w:r>
        <w:br/>
        <w:t>На третій день&lt;br /&gt;</w:t>
        <w:br/>
        <w:t>Максим до Києва прибув&lt;br /&gt;</w:t>
        <w:br/>
        <w:t>І тут відчув&lt;br /&gt;</w:t>
        <w:br/>
        <w:t>Військовий рух великий&lt;br /&gt;</w:t>
        <w:br/>
        <w:t>У паніці і безпорядку&lt;br /&gt;</w:t>
        <w:br/>
        <w:t>У день побачив авіаатаку&lt;br /&gt;</w:t>
        <w:br/>
        <w:t>Німецьких літаків&lt;br /&gt;</w:t>
        <w:br/>
        <w:t>І бомбові удари,&lt;br /&gt;</w:t>
        <w:br/>
        <w:t>І перші в цій війні пожари.&lt;br /&gt;</w:t>
        <w:br/>
        <w:t>Обов'язки свої службові&lt;br /&gt;</w:t>
        <w:br/>
        <w:t>Прийняв він у цьому розбої,&lt;br /&gt;</w:t>
        <w:br/>
        <w:t>Та у душі не міг він примиритись&lt;br /&gt;</w:t>
        <w:br/>
        <w:t>Із суєтою тих великих військ,&lt;br /&gt;</w:t>
        <w:br/>
        <w:t>Які у паніці усі перебували&lt;br /&gt;</w:t>
        <w:br/>
        <w:t>І хто чого хотів не знали&lt;br /&gt;</w:t>
        <w:br/>
        <w:t>— Навіть генерали.&lt;br /&gt;</w:t>
        <w:br/>
        <w:t>Машина рушила від штабу,&lt;br /&gt;</w:t>
        <w:br/>
        <w:t>Петляючи по вулицях сумних,&lt;br /&gt;</w:t>
        <w:br/>
        <w:t>А потім автомобіль летів&lt;br /&gt;</w:t>
        <w:br/>
        <w:t>По кручах Дніпрових.&lt;br /&gt;</w:t>
        <w:br/>
        <w:t>Максим свій погляд перевів&lt;br /&gt;</w:t>
        <w:br/>
        <w:t>На свого командира полку,&lt;br /&gt;</w:t>
        <w:br/>
        <w:t>Що перед ним сидів&lt;br /&gt;</w:t>
        <w:br/>
        <w:t>І в забутті куняв.&lt;br /&gt;</w:t>
        <w:br/>
        <w:t>Комдив обом їм наказав&lt;br /&gt;</w:t>
        <w:br/>
        <w:t>Прибути на військову раду&lt;br /&gt;</w:t>
        <w:br/>
        <w:t>Їх округу цілого,&lt;br /&gt;</w:t>
        <w:br/>
        <w:t>Можливо там знайдуть якусь пораду&lt;br /&gt;</w:t>
        <w:br/>
        <w:t>Від розладу страшного.</w:t>
      </w:r>
    </w:p>
    <w:p>
      <w:r>
        <w:br/>
        <w:t>Там генерал рубав слова,&lt;br /&gt;</w:t>
        <w:br/>
        <w:t>Військова сухість в них була,&lt;br /&gt;</w:t>
        <w:br/>
        <w:t>Але в тім голосі Максим відчув,&lt;br /&gt;</w:t>
        <w:br/>
        <w:t>Що в Кирпоноса у словах&lt;br /&gt;</w:t>
        <w:br/>
        <w:t>Немов би сумнів був&lt;br /&gt;</w:t>
        <w:br/>
        <w:t>І на останок той сказав:&lt;br /&gt;</w:t>
        <w:br/>
        <w:t>"Північний фланг стоїть як і стояв,&lt;br /&gt;</w:t>
        <w:br/>
        <w:t>Його війська німецькі обійшли&lt;br /&gt;</w:t>
        <w:br/>
        <w:t>І на Москву всі сили повели.&lt;br /&gt;</w:t>
        <w:br/>
        <w:t>На південь, вниз&lt;br /&gt;</w:t>
        <w:br/>
        <w:t>По течії Дніпра,&lt;br /&gt;</w:t>
        <w:br/>
        <w:t>На лівий берег перейшла&lt;br /&gt;</w:t>
        <w:br/>
        <w:t>Велика група вражих військ.&lt;br /&gt;</w:t>
        <w:br/>
        <w:t>Німецька авіація кругом панує,&lt;br /&gt;</w:t>
        <w:br/>
        <w:t>Їх армія нам западню готує&lt;br /&gt;</w:t>
        <w:br/>
        <w:t>— Позаду нас мішок цей&lt;br /&gt;</w:t>
        <w:br/>
        <w:t>Скоро зашнурує.&lt;br /&gt;</w:t>
        <w:br/>
        <w:t>Даю наказ:&lt;br /&gt;</w:t>
        <w:br/>
        <w:t>Дивізіям всіх армій&lt;br /&gt;</w:t>
        <w:br/>
        <w:t>Негайно відступати всім на схід,&lt;br /&gt;</w:t>
        <w:br/>
        <w:t>Покинути місця їх дислокацій,&lt;br /&gt;</w:t>
        <w:br/>
        <w:t>Щоб максимальний був відхід!"</w:t>
      </w:r>
    </w:p>
    <w:p>
      <w:r>
        <w:br/>
        <w:t>Вже з ранку мовчки&lt;br /&gt;</w:t>
        <w:br/>
        <w:t>Максим сидів із водієм&lt;br /&gt;</w:t>
        <w:br/>
        <w:t>Малопотужної півтонки,&lt;br /&gt;</w:t>
        <w:br/>
        <w:t>Повісив голову на груди&lt;br /&gt;</w:t>
        <w:br/>
        <w:t>Не засипаючи дрімав,&lt;br /&gt;</w:t>
        <w:br/>
        <w:t>А то в перед повсюди&lt;br /&gt;</w:t>
        <w:br/>
        <w:t>На довгу без кінця колону поглядав.&lt;br /&gt;</w:t>
        <w:br/>
        <w:t>Від довгого безсоння&lt;br /&gt;</w:t>
        <w:br/>
        <w:t>Всі очі кров'ю налилися,&lt;br /&gt;</w:t>
        <w:br/>
        <w:t>Зіниці втомою сплелися,&lt;br /&gt;</w:t>
        <w:br/>
        <w:t>Дорогою повзли війська.&lt;br /&gt;</w:t>
        <w:br/>
        <w:t>Ліворуч них ішла піхота,&lt;br /&gt;</w:t>
        <w:br/>
        <w:t>За ротою ступала рота&lt;br /&gt;</w:t>
        <w:br/>
        <w:t>Худих пригнічених людей,&lt;br /&gt;</w:t>
        <w:br/>
        <w:t>Не закриваючи очей&lt;br /&gt;</w:t>
        <w:br/>
        <w:t>Найбільш утомлені вже спали&lt;br /&gt;</w:t>
        <w:br/>
        <w:t>Йдучи в колоні.&lt;br /&gt;</w:t>
        <w:br/>
        <w:t>Від сильних навантажень&lt;br /&gt;</w:t>
        <w:br/>
        <w:t>Заіржали коні.&lt;br /&gt;</w:t>
        <w:br/>
        <w:t>Всі разом відступали,&lt;br /&gt;</w:t>
        <w:br/>
        <w:t>Щоб не лишитись в німців у полоні.&lt;br /&gt;</w:t>
        <w:br/>
        <w:t>Обабіч вщент забитої людьми дороги&lt;br /&gt;</w:t>
        <w:br/>
        <w:t>Великі танки поповзли&lt;br /&gt;</w:t>
        <w:br/>
        <w:t>І під свої залізні ноги&lt;br /&gt;</w:t>
        <w:br/>
        <w:t>Вони давили колоски&lt;br /&gt;</w:t>
        <w:br/>
        <w:t>Вминаючи зернини ці з землею.&lt;br /&gt;</w:t>
        <w:br/>
        <w:t>Ці мирні колоски&lt;br /&gt;</w:t>
        <w:br/>
        <w:t>Не дочекалися збирання у жнива,&lt;br /&gt;</w:t>
        <w:br/>
        <w:t>Лиш восени&lt;br /&gt;</w:t>
        <w:br/>
        <w:t>Не змах благаного серпа,&lt;br /&gt;</w:t>
        <w:br/>
        <w:t>А їх зім'яла сталь&lt;br /&gt;</w:t>
        <w:br/>
        <w:t>Що людям смерть несла.&lt;br /&gt;</w:t>
        <w:br/>
        <w:t>Колона другий день ішла&lt;br /&gt;</w:t>
        <w:br/>
        <w:t>Міняючи свій напрям руху,&lt;br /&gt;</w:t>
        <w:br/>
        <w:t>І таки не знайшла&lt;br /&gt;</w:t>
        <w:br/>
        <w:t>В оточенні ворожому проходу&lt;br /&gt;</w:t>
        <w:br/>
        <w:t>— Це був уже безвихідний котел,&lt;br /&gt;</w:t>
        <w:br/>
        <w:t>З якого степовий орел&lt;br /&gt;</w:t>
        <w:br/>
        <w:t>Не зміг би вже спастися.&lt;br /&gt;</w:t>
        <w:br/>
        <w:t>Тут, на оцих полтавських землях&lt;br /&gt;</w:t>
        <w:br/>
        <w:t>Що-дня стискалося кільце&lt;br /&gt;</w:t>
        <w:br/>
        <w:t>І в ньому військо все&lt;br /&gt;</w:t>
        <w:br/>
        <w:t>Густішало людським потоком,&lt;br /&gt;</w:t>
        <w:br/>
        <w:t>Чекаючи смертельного кінця.&lt;br /&gt;</w:t>
        <w:br/>
        <w:t>У другій половині дня&lt;br /&gt;</w:t>
        <w:br/>
        <w:t>Наказано було зайняти оборону&lt;br /&gt;</w:t>
        <w:br/>
        <w:t>У напрямку полтавських цих ланів,&lt;br /&gt;</w:t>
        <w:br/>
        <w:t>А з боку їм розкинулось болото,&lt;br /&gt;</w:t>
        <w:br/>
        <w:t>Якого край таїв&lt;br /&gt;</w:t>
        <w:br/>
        <w:t>Для війська явну смерть.&lt;br /&gt;</w:t>
        <w:br/>
        <w:t>Лиш спереду була надія,&lt;br /&gt;</w:t>
        <w:br/>
        <w:t>Де ворог сили всі зібрав,&lt;br /&gt;</w:t>
        <w:br/>
        <w:t>Та звідти долітав&lt;br /&gt;</w:t>
        <w:br/>
        <w:t>Смертельний звук страшної кананади,&lt;br /&gt;</w:t>
        <w:br/>
        <w:t>В повітрі чулись перегари&lt;br /&gt;</w:t>
        <w:br/>
        <w:t>Від бомб, снарядів.&lt;br /&gt;</w:t>
        <w:br/>
        <w:t>З боків дороги&lt;br /&gt;</w:t>
        <w:br/>
        <w:t>Були підвищення якісь розлогі,&lt;br /&gt;</w:t>
        <w:br/>
        <w:t>Які війська всі обліпили&lt;br /&gt;</w:t>
        <w:br/>
        <w:t>Ховаючись за них,&lt;br /&gt;</w:t>
        <w:br/>
        <w:t>Вони створили&lt;br /&gt;</w:t>
        <w:br/>
        <w:t>Для себе оборону.&lt;br /&gt;</w:t>
        <w:br/>
        <w:t>До болю притискаючись щокою&lt;br /&gt;</w:t>
        <w:br/>
        <w:t>До ручки кулемета,&lt;br /&gt;</w:t>
        <w:br/>
        <w:t>Максим дививсь перед собою,&lt;br /&gt;</w:t>
        <w:br/>
        <w:t>Де ворог мав прийти,&lt;br /&gt;</w:t>
        <w:br/>
        <w:t>Та бачив він одні степи&lt;br /&gt;</w:t>
        <w:br/>
        <w:t>Безхмарні і порожні.&lt;br /&gt;</w:t>
        <w:br/>
        <w:t>І раптом обрій,&lt;br /&gt;</w:t>
        <w:br/>
        <w:t>В який Максим вдивлявся&lt;br /&gt;</w:t>
        <w:br/>
        <w:t>На фоні половіючих хлібів,&lt;br /&gt;</w:t>
        <w:br/>
        <w:t>Чимсь чорним застелявся.&lt;br /&gt;</w:t>
        <w:br/>
        <w:t>І тут він зрозумів&lt;br /&gt;</w:t>
        <w:br/>
        <w:t>— На них лавина війська йшла,&lt;br /&gt;</w:t>
        <w:br/>
        <w:t>Яка їм смерть несла.&lt;br /&gt;</w:t>
        <w:br/>
        <w:t>Він чув, як скреготів&lt;br /&gt;</w:t>
        <w:br/>
        <w:t>Метал німецької броні,&lt;br /&gt;</w:t>
        <w:br/>
        <w:t>З хрестами сунули потвори ці&lt;br /&gt;</w:t>
        <w:br/>
        <w:t>На цих замучених людей.&lt;br /&gt;</w:t>
        <w:br/>
        <w:t>За танками ішла піхота,&lt;br /&gt;</w:t>
        <w:br/>
        <w:t>Як та голота,&lt;br /&gt;</w:t>
        <w:br/>
        <w:t>Собою землю вкрила,&lt;br /&gt;</w:t>
        <w:br/>
        <w:t>Яка ховалась за броню,&lt;br /&gt;</w:t>
        <w:br/>
        <w:t>А дальше землю всю&lt;br /&gt;</w:t>
        <w:br/>
        <w:t>Заповнили машини,&lt;br /&gt;</w:t>
        <w:br/>
        <w:t>Що дихали вогнем.&lt;br /&gt;</w:t>
        <w:br/>
        <w:t>Максим відчув у ті хвилини,&lt;br /&gt;</w:t>
        <w:br/>
        <w:t>Що вся земля хиталася під ним&lt;br /&gt;</w:t>
        <w:br/>
        <w:t>Від руху цілої армади,&lt;br /&gt;</w:t>
        <w:br/>
        <w:t>Й страшної кананади.&lt;br /&gt;</w:t>
        <w:br/>
        <w:t>Максим в одну секунду оглянувся,&lt;br /&gt;</w:t>
        <w:br/>
        <w:t>Бо бою вже кінець відчувся,&lt;br /&gt;</w:t>
        <w:br/>
        <w:t>Усе було в вогні.&lt;br /&gt;</w:t>
        <w:br/>
        <w:t>Солдати наші&lt;br /&gt;</w:t>
        <w:br/>
        <w:t>Повідривались від землі&lt;br /&gt;</w:t>
        <w:br/>
        <w:t>І пригинаючись до низу&lt;br /&gt;</w:t>
        <w:br/>
        <w:t>У тил собі побігли всі&lt;br /&gt;</w:t>
        <w:br/>
        <w:t>У напрямку болота.&lt;br /&gt;</w:t>
        <w:br/>
        <w:t>Максим давно вже зрозумів,&lt;br /&gt;</w:t>
        <w:br/>
        <w:t>Хоч як би хто хотів&lt;br /&gt;</w:t>
        <w:br/>
        <w:t>— Спасіння тут нема ніде&lt;br /&gt;</w:t>
        <w:br/>
        <w:t>Уберегти себе.&lt;br /&gt;</w:t>
        <w:br/>
        <w:t>Він знав, що тут було&lt;br /&gt;</w:t>
        <w:br/>
        <w:t>Велике скупчення їх військ&lt;br /&gt;</w:t>
        <w:br/>
        <w:t>Для різкого пробою,&lt;br /&gt;</w:t>
        <w:br/>
        <w:t>Яке могло прорізати своєю густиною&lt;br /&gt;</w:t>
        <w:br/>
        <w:t>Німецькі бойові ряди,&lt;br /&gt;</w:t>
        <w:br/>
        <w:t>Щоб вийти вже туди&lt;br /&gt;</w:t>
        <w:br/>
        <w:t>В ворожі ті тили&lt;br /&gt;</w:t>
        <w:br/>
        <w:t>І далі рухатись до фронту.&lt;br /&gt;</w:t>
        <w:br/>
        <w:t>Єдиним нервом почувався він,&lt;br /&gt;</w:t>
        <w:br/>
        <w:t>Вже чітко чувся дзвін&lt;br /&gt;</w:t>
        <w:br/>
        <w:t>Німецьких голосів&lt;br /&gt;</w:t>
        <w:br/>
        <w:t>І рвучко по боках наводив він приціл&lt;br /&gt;</w:t>
        <w:br/>
        <w:t>У цю страшну армаду,&lt;br /&gt;</w:t>
        <w:br/>
        <w:t>І все ніяк не міг добрати вже до ладу&lt;br /&gt;</w:t>
        <w:br/>
        <w:t>Якусь одну конкретну ціль.&lt;br /&gt;</w:t>
        <w:br/>
        <w:t>Від взриву в вуха вдарив біль&lt;br /&gt;</w:t>
        <w:br/>
        <w:t>І від напруження і жаху&lt;br /&gt;</w:t>
        <w:br/>
        <w:t>Безладно всі стріляли.&lt;br /&gt;</w:t>
        <w:br/>
        <w:t>Німецькі танки на секунду стали&lt;br /&gt;</w:t>
        <w:br/>
        <w:t>І навели сюди стволи,&lt;br /&gt;</w:t>
        <w:br/>
        <w:t>Які вогнем вже викидали&lt;br /&gt;</w:t>
        <w:br/>
        <w:t>Снаряди, що в повітрі свист підняли&lt;br /&gt;</w:t>
        <w:br/>
        <w:t>І тими взривами врізалися в ряди,&lt;br /&gt;</w:t>
        <w:br/>
        <w:t>Де в обороні всі лежали&lt;br /&gt;</w:t>
        <w:br/>
        <w:t>В такому згущені великім,&lt;br /&gt;</w:t>
        <w:br/>
        <w:t>Що ці снаряди попадали&lt;br /&gt;</w:t>
        <w:br/>
        <w:t>В живі людські тіла.&lt;br /&gt;</w:t>
        <w:br/>
        <w:t>Повітря кулі прошивали навкруги&lt;br /&gt;</w:t>
        <w:br/>
        <w:t>І підвестися догори&lt;br /&gt;</w:t>
        <w:br/>
        <w:t>Ніхто тут вже не міг.&lt;br /&gt;</w:t>
        <w:br/>
        <w:t>Зціпивши зуби в рів Максим заліг,&lt;br /&gt;</w:t>
        <w:br/>
        <w:t>Що сили на курок тиснув,&lt;br /&gt;</w:t>
        <w:br/>
        <w:t>Аж кулемет червоним був&lt;br /&gt;</w:t>
        <w:br/>
        <w:t>І руки вже самі&lt;br /&gt;</w:t>
        <w:br/>
        <w:t>Водили бризками вогню.&lt;br /&gt;</w:t>
        <w:br/>
        <w:t>Але в хвилину цю&lt;br /&gt;</w:t>
        <w:br/>
        <w:t>Максим відчув&lt;br /&gt;</w:t>
        <w:br/>
        <w:t>Удар стального взриву,&lt;br /&gt;</w:t>
        <w:br/>
        <w:t>І тіло полоснув&lt;br /&gt;</w:t>
        <w:br/>
        <w:t>Мільйонами голок,&lt;br /&gt;</w:t>
        <w:br/>
        <w:t>Снаряд взірвався близько так,&lt;br /&gt;</w:t>
        <w:br/>
        <w:t>Що приглушив його всі відчуття.&lt;br /&gt;</w:t>
        <w:br/>
        <w:t>Коли ж на мить&lt;br /&gt;</w:t>
        <w:br/>
        <w:t>Вернулось тіло до життя,&lt;br /&gt;</w:t>
        <w:br/>
        <w:t>Хотілося від болю вити,&lt;br /&gt;</w:t>
        <w:br/>
        <w:t>Навкруг валялися скривавлені тіла&lt;br /&gt;</w:t>
        <w:br/>
        <w:t>І вся земля червоною була,&lt;br /&gt;</w:t>
        <w:br/>
        <w:t>А він лежав чомусь вже боком,&lt;br /&gt;</w:t>
        <w:br/>
        <w:t>З під нього по землі потоком&lt;br /&gt;</w:t>
        <w:br/>
        <w:t>Текла червона і гаряча кров.&lt;br /&gt;</w:t>
        <w:br/>
        <w:t>Живіт був розшматований на двоє,&lt;br /&gt;</w:t>
        <w:br/>
        <w:t>Через скривавлене все тіло своє&lt;br /&gt;</w:t>
        <w:br/>
        <w:t>Максим побачив біля себе&lt;br /&gt;</w:t>
        <w:br/>
        <w:t>Свої кишки,&lt;br /&gt;</w:t>
        <w:br/>
        <w:t>Які на землю позвисали,&lt;br /&gt;</w:t>
        <w:br/>
        <w:t>Вони всі білими були&lt;br /&gt;</w:t>
        <w:br/>
        <w:t>І на повітрі парували.&lt;br /&gt;</w:t>
        <w:br/>
        <w:t>Кругом піхота німців йшла,&lt;br /&gt;</w:t>
        <w:br/>
        <w:t>Переступаючи через тіла,&lt;br /&gt;</w:t>
        <w:br/>
        <w:t>І тут перед собою&lt;br /&gt;</w:t>
        <w:br/>
        <w:t>Побачив він два чоботи чужих,&lt;br /&gt;</w:t>
        <w:br/>
        <w:t>Кишки він заступив рукою,&lt;br /&gt;</w:t>
        <w:br/>
        <w:t>Щоб німець не ступив на них ногою,&lt;br /&gt;</w:t>
        <w:br/>
        <w:t>Та перед ним&lt;br /&gt;</w:t>
        <w:br/>
        <w:t>Звисало дуло автомата.&lt;br /&gt;</w:t>
        <w:br/>
        <w:t>Не встиг це усвідомити Максим,&lt;br /&gt;</w:t>
        <w:br/>
        <w:t>Як з дула полоснуло вже вогнем,&lt;br /&gt;</w:t>
        <w:br/>
        <w:t>Гарячим і важким свинцем&lt;br /&gt;</w:t>
        <w:br/>
        <w:t>Прошило наскрізь груди,&lt;br /&gt;</w:t>
        <w:br/>
        <w:t>Обличчя, очі, зуби.&lt;br /&gt;</w:t>
        <w:br/>
        <w:t>Смертельний цей вогонь&lt;br /&gt;</w:t>
        <w:br/>
        <w:t>Навік згасив його свідомість&lt;br /&gt;</w:t>
        <w:br/>
        <w:t>І батьківське тепло долонь.</w:t>
      </w:r>
    </w:p>
    <w:p>
      <w:r>
        <w:br/>
        <w:t>ЧАСТИНА ВОСЬМА</w:t>
      </w:r>
    </w:p>
    <w:p>
      <w:r>
        <w:br/>
        <w:t>Серпневе сонце стало у зеніт&lt;br /&gt;</w:t>
        <w:br/>
        <w:t>І спека цього дня була нестерпна,&lt;br /&gt;</w:t>
        <w:br/>
        <w:t>Вирівнюючи спину в повний зріст&lt;br /&gt;</w:t>
        <w:br/>
        <w:t>Клим витирав з лиця сольоний піт,&lt;br /&gt;</w:t>
        <w:br/>
        <w:t>Втираючи його у свої скроні&lt;br /&gt;</w:t>
        <w:br/>
        <w:t>І знову запускав серпа,&lt;br /&gt;</w:t>
        <w:br/>
        <w:t>Згортав стебельце до стебла&lt;br /&gt;</w:t>
        <w:br/>
        <w:t>І затискав усі у жменю,&lt;br /&gt;</w:t>
        <w:br/>
        <w:t>А потім до землі їх нагинав&lt;br /&gt;</w:t>
        <w:br/>
        <w:t>І помахом единим жав,&lt;br /&gt;</w:t>
        <w:br/>
        <w:t>Тоді на сніп складав.&lt;br /&gt;</w:t>
        <w:br/>
        <w:t>— За ним вони у ряд лежали,&lt;br /&gt;</w:t>
        <w:br/>
        <w:t>По золотій стерні блищали.&lt;br /&gt;</w:t>
        <w:br/>
        <w:t>Клим кинув погляд на дружину,&lt;br /&gt;</w:t>
        <w:br/>
        <w:t>Яка далеко врізалась у жито,&lt;br /&gt;</w:t>
        <w:br/>
        <w:t>Вона ішла вперед, не розгинала спину,&lt;br /&gt;</w:t>
        <w:br/>
        <w:t>За все життя ніким не було бито&lt;br /&gt;</w:t>
        <w:br/>
        <w:t>Її рекорди у жнива.&lt;br /&gt;</w:t>
        <w:br/>
        <w:t>Внизу від озера війнула прохолода,&lt;br /&gt;</w:t>
        <w:br/>
        <w:t>Вона приємною була,&lt;br /&gt;</w:t>
        <w:br/>
        <w:t>А по під берег стали верби в ряді,&lt;br /&gt;</w:t>
        <w:br/>
        <w:t>Якісь спокійні і сумні,&lt;br /&gt;</w:t>
        <w:br/>
        <w:t>Вони все думали в журбі,&lt;br /&gt;</w:t>
        <w:br/>
        <w:t>Коли той вечір вже настане,&lt;br /&gt;</w:t>
        <w:br/>
        <w:t>Й пекти їх перестане&lt;br /&gt;</w:t>
        <w:br/>
        <w:t>Гаряче сонце із небес,&lt;br /&gt;</w:t>
        <w:br/>
        <w:t>Коли впаде воно і згасне.&lt;br /&gt;</w:t>
        <w:br/>
        <w:t>І верби ці стояли у терпцю,&lt;br /&gt;</w:t>
        <w:br/>
        <w:t>Не було ані вітерцю,&lt;br /&gt;</w:t>
        <w:br/>
        <w:t>Ніхто з них і листочком не порухав,&lt;br /&gt;</w:t>
        <w:br/>
        <w:t>Немов би кожний лист цю спеку слухав,&lt;br /&gt;</w:t>
        <w:br/>
        <w:t>Лише здригнулися листки&lt;br /&gt;</w:t>
        <w:br/>
        <w:t>Від скреготу металу,&lt;br /&gt;</w:t>
        <w:br/>
        <w:t>Де німці по дорозі&lt;br /&gt;</w:t>
        <w:br/>
        <w:t>У бік Соломни й Ріпни йшли&lt;br /&gt;</w:t>
        <w:br/>
        <w:t>На фронт, на схід, туди,&lt;br /&gt;</w:t>
        <w:br/>
        <w:t>Де здійснюється доля&lt;br /&gt;</w:t>
        <w:br/>
        <w:t>Великої жорстокої війни.&lt;br /&gt;</w:t>
        <w:br/>
        <w:t>Проходила дорога враз біля його садиби&lt;br /&gt;</w:t>
        <w:br/>
        <w:t>І навіть тих чужих пісень мотиви&lt;br /&gt;</w:t>
        <w:br/>
        <w:t>Скрізь шум і гул він чітко чув.</w:t>
      </w:r>
    </w:p>
    <w:p>
      <w:r>
        <w:br/>
        <w:t>І в спеку цю&lt;br /&gt;</w:t>
        <w:br/>
        <w:t>Встромивши голову у спіле жито,&lt;br /&gt;</w:t>
        <w:br/>
        <w:t>Клим думав вже про волю ту,&lt;br /&gt;</w:t>
        <w:br/>
        <w:t>Коли Москву буде розбито,&lt;br /&gt;</w:t>
        <w:br/>
        <w:t>Чи зможе воля із руїн війни сюди прийти?&lt;br /&gt;</w:t>
        <w:br/>
        <w:t>І в дні вже не далекі ті,&lt;br /&gt;</w:t>
        <w:br/>
        <w:t>Чи зможе Україна внесок свій зробити&lt;br /&gt;</w:t>
        <w:br/>
        <w:t>Народів світу в прагнення святі&lt;br /&gt;</w:t>
        <w:br/>
        <w:t>— Хоч на своїй землі&lt;br /&gt;</w:t>
        <w:br/>
        <w:t>Мир для усіх здобути&lt;br /&gt;</w:t>
        <w:br/>
        <w:t>І вже на віки всіх розкути&lt;br /&gt;</w:t>
        <w:br/>
        <w:t>Від гноблення імперій тих чужих?&lt;br /&gt;</w:t>
        <w:br/>
        <w:t>Клим глибоко замислився над тим,&lt;br /&gt;</w:t>
        <w:br/>
        <w:t>Як шлях знайти,&lt;br /&gt;</w:t>
        <w:br/>
        <w:t>Щоб Україні принести&lt;br /&gt;</w:t>
        <w:br/>
        <w:t>Омріяну її синами волю,&lt;br /&gt;</w:t>
        <w:br/>
        <w:t>З кайдан щоб розкувати долю&lt;br /&gt;</w:t>
        <w:br/>
        <w:t>Знедолених батьків і матерів,&lt;br /&gt;</w:t>
        <w:br/>
        <w:t>Щоб їх синів&lt;br /&gt;</w:t>
        <w:br/>
        <w:t>Чужинець вже не гнав на страту&lt;br /&gt;</w:t>
        <w:br/>
        <w:t>І щастя щоб прийшло у хату&lt;br /&gt;</w:t>
        <w:br/>
        <w:t>До кожного із нас.&lt;br /&gt;</w:t>
        <w:br/>
        <w:t>У цей кривавий час&lt;br /&gt;</w:t>
        <w:br/>
        <w:t>Потрібна всім основа політична,&lt;br /&gt;</w:t>
        <w:br/>
        <w:t>Реальна і практична,&lt;br /&gt;</w:t>
        <w:br/>
        <w:t>Щоб привела народ до дії&lt;br /&gt;</w:t>
        <w:br/>
        <w:t>І принесла державність Україні.&lt;br /&gt;</w:t>
        <w:br/>
        <w:t>Він розумів,&lt;br /&gt;</w:t>
        <w:br/>
        <w:t>Одним бажанням цього не зробити,&lt;br /&gt;</w:t>
        <w:br/>
        <w:t>Хоч як би він хотів&lt;br /&gt;</w:t>
        <w:br/>
        <w:t>Хід цих подій змінити,&lt;br /&gt;</w:t>
        <w:br/>
        <w:t>Але рушійна сила в цьому — рух великих мас,&lt;br /&gt;</w:t>
        <w:br/>
        <w:t>Що визначає політичний час&lt;br /&gt;</w:t>
        <w:br/>
        <w:t>Морального і соціального їх стану.&lt;br /&gt;</w:t>
        <w:br/>
        <w:t>Натомість, ця війна зробила рану&lt;br /&gt;</w:t>
        <w:br/>
        <w:t>На душах у людей.&lt;br /&gt;</w:t>
        <w:br/>
        <w:t>Мільйони тих смертей&lt;br /&gt;</w:t>
        <w:br/>
        <w:t>Керують світом їх страстей&lt;br /&gt;</w:t>
        <w:br/>
        <w:t>У помсті за батьків, дітей,&lt;br /&gt;</w:t>
        <w:br/>
        <w:t>Між вибором жорстоким&lt;br /&gt;</w:t>
        <w:br/>
        <w:t>— Життям і смертю.&lt;br /&gt;</w:t>
        <w:br/>
        <w:t>Коли державності нема,&lt;br /&gt;</w:t>
        <w:br/>
        <w:t>То й війська свого теж не може бути,&lt;br /&gt;</w:t>
        <w:br/>
        <w:t>Тому сама війна&lt;br /&gt;</w:t>
        <w:br/>
        <w:t>Повинна дати в руки&lt;br /&gt;</w:t>
        <w:br/>
        <w:t>Для цього нам чужі війська,&lt;br /&gt;</w:t>
        <w:br/>
        <w:t>Що би російської імперії чума&lt;br /&gt;</w:t>
        <w:br/>
        <w:t>Знайшла собі могилу.&lt;br /&gt;</w:t>
        <w:br/>
        <w:t>Зламавши цій імперії хребет,&lt;br /&gt;</w:t>
        <w:br/>
        <w:t>Німеччини затупиться багнет&lt;br /&gt;</w:t>
        <w:br/>
        <w:t>І її сили занепадуть,&lt;br /&gt;</w:t>
        <w:br/>
        <w:t>Тоді усі підкорені народи стануть&lt;br /&gt;</w:t>
        <w:br/>
        <w:t>Фашистські стіни руйнувати,&lt;br /&gt;</w:t>
        <w:br/>
        <w:t>І людство стане волю здобувати&lt;br /&gt;</w:t>
        <w:br/>
        <w:t>Виходячи з того,&lt;br /&gt;</w:t>
        <w:br/>
        <w:t>Що США і Англія велику силу мали.&lt;br /&gt;</w:t>
        <w:br/>
        <w:t>Такі думки його не покидали.&lt;br /&gt;</w:t>
        <w:br/>
        <w:t>І цю основу він поклав в своїй програмі&lt;br /&gt;</w:t>
        <w:br/>
        <w:t>Стратегії військових й політичних дій.&lt;br /&gt;</w:t>
        <w:br/>
        <w:t>Клим чітко бачив в ній&lt;br /&gt;</w:t>
        <w:br/>
        <w:t>Єдиний вірний шлях,&lt;br /&gt;</w:t>
        <w:br/>
        <w:t>Який до перемоги приведе.&lt;br /&gt;</w:t>
        <w:br/>
        <w:t>І всім розказував про те&lt;br /&gt;</w:t>
        <w:br/>
        <w:t>На їх останнім зборі&lt;br /&gt;</w:t>
        <w:br/>
        <w:t>Організації за незалежність України,&lt;br /&gt;</w:t>
        <w:br/>
        <w:t>Яка районною була&lt;br /&gt;</w:t>
        <w:br/>
        <w:t>В глибокому підпіллі.&lt;br /&gt;</w:t>
        <w:br/>
        <w:t>Як доповів — пройшла дискусія широка,&lt;br /&gt;</w:t>
        <w:br/>
        <w:t>Коли ж настала ніч глибока,&lt;br /&gt;</w:t>
        <w:br/>
        <w:t>Його програму всі прийняли,&lt;br /&gt;</w:t>
        <w:br/>
        <w:t>Тоді і Клима вже обрали&lt;br /&gt;</w:t>
        <w:br/>
        <w:t>Підпілля того головою,&lt;br /&gt;</w:t>
        <w:br/>
        <w:t>Що ставило найбільшою метою&lt;br /&gt;</w:t>
        <w:br/>
        <w:t>Свою країну вільною зробити.&lt;br /&gt;</w:t>
        <w:br/>
        <w:t>На цій же раді вирішено було,&lt;br /&gt;</w:t>
        <w:br/>
        <w:t>Щоб Клим ввійшов в німецьке керівництво,&lt;br /&gt;</w:t>
        <w:br/>
        <w:t>Бо це дозволить&lt;br /&gt;</w:t>
        <w:br/>
        <w:t>Своє зробити видавництво&lt;br /&gt;</w:t>
        <w:br/>
        <w:t>В глибокому підпіллі&lt;br /&gt;</w:t>
        <w:br/>
        <w:t>Спочатку на Поділлі&lt;br /&gt;</w:t>
        <w:br/>
        <w:t>Фронт боротьби широко розгорнути,&lt;br /&gt;</w:t>
        <w:br/>
        <w:t>Який основою повинен бути&lt;br /&gt;</w:t>
        <w:br/>
        <w:t>Звільнення всієї України.</w:t>
      </w:r>
    </w:p>
    <w:p>
      <w:r>
        <w:br/>
        <w:t>Вже кілька днів&lt;br /&gt;</w:t>
        <w:br/>
        <w:t>Підпілля це шукає&lt;br /&gt;</w:t>
        <w:br/>
        <w:t>Таких шляхів&lt;br /&gt;</w:t>
        <w:br/>
        <w:t>До влади німців на місцях,&lt;br /&gt;</w:t>
        <w:br/>
        <w:t>І якось не помітно, без підозри&lt;br /&gt;</w:t>
        <w:br/>
        <w:t>Просунути туди людину свою,&lt;br /&gt;</w:t>
        <w:br/>
        <w:t>Щоб цілого району&lt;br /&gt;</w:t>
        <w:br/>
        <w:t>Клим був вже головою,&lt;br /&gt;</w:t>
        <w:br/>
        <w:t>Що "старостою" німець називав.&lt;br /&gt;</w:t>
        <w:br/>
        <w:t>Раптовий оклик&lt;br /&gt;</w:t>
        <w:br/>
        <w:t>Думки у Клима обірвав.&lt;br /&gt;</w:t>
        <w:br/>
        <w:t>Він спину розігнув і обернувся.&lt;br /&gt;</w:t>
        <w:br/>
        <w:t>В його садку під гіллям яблуні стояв&lt;br /&gt;</w:t>
        <w:br/>
        <w:t>Маленький гурт людей&lt;br /&gt;</w:t>
        <w:br/>
        <w:t>І більшість з них були військові.&lt;br /&gt;</w:t>
        <w:br/>
        <w:t>У ремінцях на перехрест грудей&lt;br /&gt;</w:t>
        <w:br/>
        <w:t>В німецькій формі чорній&lt;br /&gt;</w:t>
        <w:br/>
        <w:t>З хрестом на грудях&lt;br /&gt;</w:t>
        <w:br/>
        <w:t>Стояв кремезний і високий&lt;br /&gt;</w:t>
        <w:br/>
        <w:t>Німецький комендант.&lt;br /&gt;</w:t>
        <w:br/>
        <w:t>Клим у думках зробив приціл глибокий&lt;br /&gt;</w:t>
        <w:br/>
        <w:t>І все відразу зрозумів.&lt;br /&gt;</w:t>
        <w:br/>
        <w:t>Він жита сніп підвів,&lt;br /&gt;</w:t>
        <w:br/>
        <w:t>Ударом в землю порівняв,&lt;br /&gt;</w:t>
        <w:br/>
        <w:t>Тоді його на бік поклав&lt;br /&gt;</w:t>
        <w:br/>
        <w:t>І серп свій застромив в солому,&lt;br /&gt;</w:t>
        <w:br/>
        <w:t>Дружині лагідно сказав,&lt;br /&gt;</w:t>
        <w:br/>
        <w:t>Що нині пізно він прийде додому,&lt;br /&gt;</w:t>
        <w:br/>
        <w:t>То хай вона спокійною буде.&lt;br /&gt;</w:t>
        <w:br/>
        <w:t>І Клим пішов стернею&lt;br /&gt;</w:t>
        <w:br/>
        <w:t>У напрямку людей,&lt;br /&gt;</w:t>
        <w:br/>
        <w:t>А йдучи вже межею,&lt;br /&gt;</w:t>
        <w:br/>
        <w:t>Він пса загнав у буду,&lt;br /&gt;</w:t>
        <w:br/>
        <w:t>Який гарчав як кат&lt;br /&gt;</w:t>
        <w:br/>
        <w:t>На незнайому жменьку люду,&lt;br /&gt;</w:t>
        <w:br/>
        <w:t>— Тепер його Пірат&lt;br /&gt;</w:t>
        <w:br/>
        <w:t>Дививсь покірно в Климів слід.</w:t>
      </w:r>
    </w:p>
    <w:p>
      <w:r>
        <w:br/>
        <w:t>Вже другий місяць Клим&lt;br /&gt;</w:t>
        <w:br/>
        <w:t>Сидить в просторім кабінеті,&lt;br /&gt;</w:t>
        <w:br/>
        <w:t>А на стіні над ним&lt;br /&gt;</w:t>
        <w:br/>
        <w:t>В задертім з черепом кашкеті&lt;br /&gt;</w:t>
        <w:br/>
        <w:t>Із махом догори руки&lt;br /&gt;</w:t>
        <w:br/>
        <w:t>Висів німецький фюрер клятий,&lt;br /&gt;</w:t>
        <w:br/>
        <w:t>Який показував туди,&lt;br /&gt;</w:t>
        <w:br/>
        <w:t>Росія де була&lt;br /&gt;</w:t>
        <w:br/>
        <w:t>Й неволю всім несла.&lt;br /&gt;</w:t>
        <w:br/>
        <w:t>У погляді його світилася мета&lt;br /&gt;</w:t>
        <w:br/>
        <w:t>Неволю цю в Росії відібрати.&lt;br /&gt;</w:t>
        <w:br/>
        <w:t>Посада старости району&lt;br /&gt;</w:t>
        <w:br/>
        <w:t>Сприяла їхньому підпільному загону,&lt;br /&gt;</w:t>
        <w:br/>
        <w:t>Щоб добре входити в контакт&lt;br /&gt;</w:t>
        <w:br/>
        <w:t>З німецьким керівництвом,&lt;br /&gt;</w:t>
        <w:br/>
        <w:t>Передбачати крах Росії,&lt;br /&gt;</w:t>
        <w:br/>
        <w:t>Контролювати всі фашистські дії&lt;br /&gt;</w:t>
        <w:br/>
        <w:t>До їхньої мети,&lt;br /&gt;</w:t>
        <w:br/>
        <w:t>Коли і де повинні йти,&lt;br /&gt;</w:t>
        <w:br/>
        <w:t>Якої кількості війська&lt;br /&gt;</w:t>
        <w:br/>
        <w:t>І знати всю політику&lt;br /&gt;</w:t>
        <w:br/>
        <w:t>До українського народу.&lt;br /&gt;</w:t>
        <w:br/>
        <w:t>Достатньо вже освоївся наш Клим&lt;br /&gt;</w:t>
        <w:br/>
        <w:t>В своїй новій для себе ролі&lt;br /&gt;</w:t>
        <w:br/>
        <w:t>І разом з тим&lt;br /&gt;</w:t>
        <w:br/>
        <w:t>Він виріс, осмілів,&lt;br /&gt;</w:t>
        <w:br/>
        <w:t>Став рятувати людські долі,&lt;br /&gt;</w:t>
        <w:br/>
        <w:t>Дівчат і юнаків,&lt;br /&gt;</w:t>
        <w:br/>
        <w:t>Які хотів німецький комендант&lt;br /&gt;</w:t>
        <w:br/>
        <w:t>В Німеччину загнати,&lt;br /&gt;</w:t>
        <w:br/>
        <w:t>Щоб там робочі руки мати,&lt;br /&gt;</w:t>
        <w:br/>
        <w:t>Хоч Клим не мав на це вже права,&lt;br /&gt;</w:t>
        <w:br/>
        <w:t>Бо це була їх спільна справа,&lt;br /&gt;</w:t>
        <w:br/>
        <w:t>Яку не можна ставити під риск.&lt;br /&gt;</w:t>
        <w:br/>
        <w:t>На нього ж свої спричинили тиск&lt;br /&gt;</w:t>
        <w:br/>
        <w:t>В підпіллі на нараді,&lt;br /&gt;</w:t>
        <w:br/>
        <w:t>Рівняючи такі поступки зраді&lt;br /&gt;</w:t>
        <w:br/>
        <w:t>І Клим тоді принишк.&lt;br /&gt;</w:t>
        <w:br/>
        <w:t>Разів чотири в місяць&lt;br /&gt;</w:t>
        <w:br/>
        <w:t>Вони збирались у ночі&lt;br /&gt;</w:t>
        <w:br/>
        <w:t>І розбирали всі події ці,&lt;br /&gt;</w:t>
        <w:br/>
        <w:t>За тиждень, що на фронті відбувались,&lt;br /&gt;</w:t>
        <w:br/>
        <w:t>А потім нагинались&lt;br /&gt;</w:t>
        <w:br/>
        <w:t>Над мапою своєї України&lt;br /&gt;</w:t>
        <w:br/>
        <w:t>І вже шукали зміни,&lt;br /&gt;</w:t>
        <w:br/>
        <w:t>Які повинні привести&lt;br /&gt;</w:t>
        <w:br/>
        <w:t>До створення єдиного їх руху,&lt;br /&gt;</w:t>
        <w:br/>
        <w:t>Шукаючи дорогу до мети&lt;br /&gt;</w:t>
        <w:br/>
        <w:t>Об'єднання усього духу&lt;br /&gt;</w:t>
        <w:br/>
        <w:t>Святої боротьби.</w:t>
      </w:r>
    </w:p>
    <w:p>
      <w:r>
        <w:br/>
        <w:t>Вже сорок третій рік ішов,&lt;br /&gt;</w:t>
        <w:br/>
        <w:t>В якому їх загін пройшов&lt;br /&gt;</w:t>
        <w:br/>
        <w:t>Тактичних змін.&lt;br /&gt;</w:t>
        <w:br/>
        <w:t>Потрібно також щось рішити,&lt;br /&gt;</w:t>
        <w:br/>
        <w:t>Наприклад, що робити,&lt;br /&gt;</w:t>
        <w:br/>
        <w:t>Коли ще в сорок першому&lt;br /&gt;</w:t>
        <w:br/>
        <w:t>Москва не впала,&lt;br /&gt;</w:t>
        <w:br/>
        <w:t>А в сорок третьому&lt;br /&gt;</w:t>
        <w:br/>
        <w:t>Вже точно не впаде&lt;br /&gt;</w:t>
        <w:br/>
        <w:t>І вся німецька справа&lt;br /&gt;</w:t>
        <w:br/>
        <w:t>Десь в сорок п'ятому умре,&lt;br /&gt;</w:t>
        <w:br/>
        <w:t>Коли буде&lt;br /&gt;</w:t>
        <w:br/>
        <w:t>Відкритий другий фронт,&lt;br /&gt;</w:t>
        <w:br/>
        <w:t>Щоб більшовизм спинити враз&lt;br /&gt;</w:t>
        <w:br/>
        <w:t>В складний для націй час.</w:t>
      </w:r>
    </w:p>
    <w:p>
      <w:r>
        <w:br/>
        <w:t>Майже що-дня, як голова&lt;br /&gt;</w:t>
        <w:br/>
        <w:t>Приймав людей Клим з іншого підпілля,&lt;br /&gt;</w:t>
        <w:br/>
        <w:t>Що рухом своїм вкрило все Поділля.&lt;br /&gt;</w:t>
        <w:br/>
        <w:t>Найбільші він зв'язки тримав&lt;br /&gt;</w:t>
        <w:br/>
        <w:t>З Тернополем — сусідом.&lt;br /&gt;</w:t>
        <w:br/>
        <w:t>Розмови ці їм показали,&lt;br /&gt;</w:t>
        <w:br/>
        <w:t>Що організації їх мали&lt;br /&gt;</w:t>
        <w:br/>
        <w:t>Розколи політичних дій&lt;br /&gt;</w:t>
        <w:br/>
        <w:t>І не було вже місця мрій&lt;br /&gt;</w:t>
        <w:br/>
        <w:t>Всіх воєдино об'єднати.&lt;br /&gt;</w:t>
        <w:br/>
        <w:t>Не було в них єдиного керівника,&lt;br /&gt;</w:t>
        <w:br/>
        <w:t>Хто міг би ними управляти&lt;br /&gt;</w:t>
        <w:br/>
        <w:t>І міцно в руки взяти&lt;br /&gt;</w:t>
        <w:br/>
        <w:t>Ідею вірного меча,&lt;br /&gt;</w:t>
        <w:br/>
        <w:t>І повести до перемоги.&lt;br /&gt;</w:t>
        <w:br/>
        <w:t>А тут на жаль лише&lt;br /&gt;</w:t>
        <w:br/>
        <w:t>Доводиться шукати згоди&lt;br /&gt;</w:t>
        <w:br/>
        <w:t>Між тих розрізнених маленьких груп,&lt;br /&gt;</w:t>
        <w:br/>
        <w:t>Які зачахли у борні тій міжусобній&lt;br /&gt;</w:t>
        <w:br/>
        <w:t>І згас в них політичний дух,&lt;br /&gt;</w:t>
        <w:br/>
        <w:t>А їх дрібний військовий рух&lt;br /&gt;</w:t>
        <w:br/>
        <w:t>На авантюру був лиш схожий.&lt;br /&gt;</w:t>
        <w:br/>
        <w:t>Ці не керовані загони&lt;br /&gt;</w:t>
        <w:br/>
        <w:t>Поміж собою мітили кордони&lt;br /&gt;</w:t>
        <w:br/>
        <w:t>Своїх амбітних ватажків:&lt;br /&gt;</w:t>
        <w:br/>
        <w:t>Бандери, Мельника і Бульби,&lt;br /&gt;</w:t>
        <w:br/>
        <w:t>Де кожний з них хотів&lt;br /&gt;</w:t>
        <w:br/>
        <w:t>Здобути лиш для себе славу,&lt;br /&gt;</w:t>
        <w:br/>
        <w:t>Збираючи свою ораву&lt;br /&gt;</w:t>
        <w:br/>
        <w:t>Озброєних людей,&lt;br /&gt;</w:t>
        <w:br/>
        <w:t>Які не раз стрілялись між собою.&lt;br /&gt;</w:t>
        <w:br/>
        <w:t>Щоб укріпити право за собою&lt;br /&gt;</w:t>
        <w:br/>
        <w:t>Звільняти Україну.&lt;br /&gt;</w:t>
        <w:br/>
        <w:t>Фашизм цьому сприяв як міг&lt;br /&gt;</w:t>
        <w:br/>
        <w:t>І вміло підкидав&lt;br /&gt;</w:t>
        <w:br/>
        <w:t>Одному медовик, а іншому батіг.&lt;br /&gt;</w:t>
        <w:br/>
        <w:t>Клим вже тоді все зрозумів,&lt;br /&gt;</w:t>
        <w:br/>
        <w:t>Що це вело до нового ярма на довгі роки&lt;br /&gt;</w:t>
        <w:br/>
        <w:t>І він хотів,&lt;br /&gt;</w:t>
        <w:br/>
        <w:t>Коли іде війна ще поки&lt;br /&gt;</w:t>
        <w:br/>
        <w:t>Єдину розробити для усіх платформу,&lt;br /&gt;</w:t>
        <w:br/>
        <w:t>В стратегії і тактиці&lt;br /&gt;</w:t>
        <w:br/>
        <w:t>Створити для об'єднань цих єдину форму,&lt;br /&gt;</w:t>
        <w:br/>
        <w:t>Єдиний центр політичних і військових дій,&lt;br /&gt;</w:t>
        <w:br/>
        <w:t>Виходячи з реалій тих й подій.&lt;br /&gt;</w:t>
        <w:br/>
        <w:t>Але ті ватажки, що боротьбу вели за славу,&lt;br /&gt;</w:t>
        <w:br/>
        <w:t>На жаль, не спромоглись ні разу&lt;br /&gt;</w:t>
        <w:br/>
        <w:t>Второпати всіх політичних ситуацій,&lt;br /&gt;</w:t>
        <w:br/>
        <w:t>А гасла їхніх прокламацій&lt;br /&gt;</w:t>
        <w:br/>
        <w:t>Були дрібні,&lt;br /&gt;</w:t>
        <w:br/>
        <w:t>Не те, щоб керувати тим,&lt;br /&gt;</w:t>
        <w:br/>
        <w:t>Що сам вже розумів наш Клим.&lt;br /&gt;</w:t>
        <w:br/>
        <w:t>Котились всі ті ватажки&lt;br /&gt;</w:t>
        <w:br/>
        <w:t>До повного авантюризму,&lt;br /&gt;</w:t>
        <w:br/>
        <w:t>Військові метушливі дії їх&lt;br /&gt;</w:t>
        <w:br/>
        <w:t>Вели до самознищення і навіть бандитизму,&lt;br /&gt;</w:t>
        <w:br/>
        <w:t>На довгі роки ганьблячи ту суть&lt;br /&gt;</w:t>
        <w:br/>
        <w:t>Ідей, які несуть&lt;br /&gt;</w:t>
        <w:br/>
        <w:t>Велике прагнення до волі,&lt;br /&gt;</w:t>
        <w:br/>
        <w:t>Народу свого скривдженої долі.&lt;br /&gt;</w:t>
        <w:br/>
        <w:t>Клим твердо заявив&lt;br /&gt;</w:t>
        <w:br/>
        <w:t>Гінцям Бандери,&lt;br /&gt;</w:t>
        <w:br/>
        <w:t>Що він не розділив&lt;br /&gt;</w:t>
        <w:br/>
        <w:t>Їх ватажка манери&lt;br /&gt;</w:t>
        <w:br/>
        <w:t>Військову вести боротьбу&lt;br /&gt;</w:t>
        <w:br/>
        <w:t>Проти поляків, німців й росіян&lt;br /&gt;</w:t>
        <w:br/>
        <w:t>І всіх, хто лише тут стояв&lt;br /&gt;</w:t>
        <w:br/>
        <w:t>На землях України.&lt;br /&gt;</w:t>
        <w:br/>
        <w:t>А потім ще додав:&lt;br /&gt;</w:t>
        <w:br/>
        <w:t>"Німеччини поразка&lt;br /&gt;</w:t>
        <w:br/>
        <w:t>Без знищення імперії Росії&lt;br /&gt;</w:t>
        <w:br/>
        <w:t>— Це означає вже прихід її сюди,&lt;br /&gt;</w:t>
        <w:br/>
        <w:t>На землі України,&lt;br /&gt;</w:t>
        <w:br/>
        <w:t>Яка морально в перемозі цій зміцніє&lt;br /&gt;</w:t>
        <w:br/>
        <w:t>І вже на довго запряже&lt;br /&gt;</w:t>
        <w:br/>
        <w:t>Знедолений народ в ярмо,&lt;br /&gt;</w:t>
        <w:br/>
        <w:t>І поведе&lt;br /&gt;</w:t>
        <w:br/>
        <w:t>На поневолення других народів світу,&lt;br /&gt;</w:t>
        <w:br/>
        <w:t>Багнет до горла прикладе,&lt;br /&gt;</w:t>
        <w:br/>
        <w:t>Військовий створить свій кулак&lt;br /&gt;</w:t>
        <w:br/>
        <w:t>Для тих ознак,&lt;br /&gt;</w:t>
        <w:br/>
        <w:t>Що схоче світ завоювати.&lt;br /&gt;</w:t>
        <w:br/>
        <w:t>Розрізнені військові групи&lt;br /&gt;</w:t>
        <w:br/>
        <w:t>В загрозі знищення свого&lt;br /&gt;</w:t>
        <w:br/>
        <w:t>Не можуть бачити того,&lt;br /&gt;</w:t>
        <w:br/>
        <w:t>Лиш з-за причілка десь стріляти,&lt;br /&gt;</w:t>
        <w:br/>
        <w:t>Людей невинних убивати,&lt;br /&gt;</w:t>
        <w:br/>
        <w:t>Що на роботу до совєтів перейшли.&lt;br /&gt;</w:t>
        <w:br/>
        <w:t>І навпаки, дрібненькі дії ці,&lt;br /&gt;</w:t>
        <w:br/>
        <w:t>Терор і розстріли усі&lt;br /&gt;</w:t>
        <w:br/>
        <w:t>Без будь яких ідей&lt;br /&gt;</w:t>
        <w:br/>
        <w:t>Будуть направленні проти простих людей&lt;br /&gt;</w:t>
        <w:br/>
        <w:t>І їх сімей,&lt;br /&gt;</w:t>
        <w:br/>
        <w:t>І в своїй безпорадності&lt;br /&gt;</w:t>
        <w:br/>
        <w:t>Не зможуть їх вже захистити&lt;br /&gt;</w:t>
        <w:br/>
        <w:t>І волю в край свій принести.&lt;br /&gt;</w:t>
        <w:br/>
        <w:t>А ворог вічний наш&lt;br /&gt;</w:t>
        <w:br/>
        <w:t>Ці ваші всі нікчемні і безглузді дії&lt;br /&gt;</w:t>
        <w:br/>
        <w:t>Направить проти нас,&lt;br /&gt;</w:t>
        <w:br/>
        <w:t>І тим поставить нам велику перешкоду&lt;br /&gt;</w:t>
        <w:br/>
        <w:t>На нашому шляху,&lt;br /&gt;</w:t>
        <w:br/>
        <w:t>Тому дурницю ту,&lt;br /&gt;</w:t>
        <w:br/>
        <w:t>Що заважає нашому народу&lt;br /&gt;</w:t>
        <w:br/>
        <w:t>Свободу досягти,&lt;br /&gt;</w:t>
        <w:br/>
        <w:t>Ніколи не прийму!"</w:t>
      </w:r>
    </w:p>
    <w:p>
      <w:r>
        <w:br/>
        <w:t>Весна настала за вікном&lt;br /&gt;</w:t>
        <w:br/>
        <w:t>Так несподівано, раптово,&lt;br /&gt;</w:t>
        <w:br/>
        <w:t>Паркан обсаджений бузком&lt;br /&gt;</w:t>
        <w:br/>
        <w:t>Незвично почорнів,&lt;br /&gt;</w:t>
        <w:br/>
        <w:t>Зимою ж наче ватою накритий він білів.&lt;br /&gt;</w:t>
        <w:br/>
        <w:t>З-під снігу вже земля видніла,&lt;br /&gt;</w:t>
        <w:br/>
        <w:t>А по ровах лежали в товщі ще сніги,&lt;br /&gt;</w:t>
        <w:br/>
        <w:t>Але й вони вже добре потемніли&lt;br /&gt;</w:t>
        <w:br/>
        <w:t>Від воронячої ноги.&lt;br /&gt;</w:t>
        <w:br/>
        <w:t>Повітря все просякнуте голубизною&lt;br /&gt;</w:t>
        <w:br/>
        <w:t>Весняної пори&lt;br /&gt;</w:t>
        <w:br/>
        <w:t>І до схочу земля напоєна водою.&lt;br /&gt;</w:t>
        <w:br/>
        <w:t>В бузку кричали горобці&lt;br /&gt;</w:t>
        <w:br/>
        <w:t>Зібравшися юрбою.&lt;br /&gt;</w:t>
        <w:br/>
        <w:t>— Такою ось порою&lt;br /&gt;</w:t>
        <w:br/>
        <w:t>Завжди любив з собою&lt;br /&gt;</w:t>
        <w:br/>
        <w:t>Клим міркувати в самоті.&lt;br /&gt;</w:t>
        <w:br/>
        <w:t>Але сьогодні&lt;br /&gt;</w:t>
        <w:br/>
        <w:t>Були часи не ті.&lt;br /&gt;</w:t>
        <w:br/>
        <w:t>Минав четвертий березневий день&lt;br /&gt;</w:t>
        <w:br/>
        <w:t>Сорок четвертого вже року&lt;br /&gt;</w:t>
        <w:br/>
        <w:t>І Клим дививсь на вулицю широку&lt;br /&gt;</w:t>
        <w:br/>
        <w:t>Через вікно із свого кабінету,&lt;br /&gt;</w:t>
        <w:br/>
        <w:t>Якою поспіхом тікали німці&lt;br /&gt;</w:t>
        <w:br/>
        <w:t>Вже кілька днів,&lt;br /&gt;</w:t>
        <w:br/>
        <w:t>Туди, в Тернопіль, що чекав боїв&lt;br /&gt;</w:t>
        <w:br/>
        <w:t>І повної розрухи.&lt;br /&gt;</w:t>
        <w:br/>
        <w:t>Клим знав,&lt;br /&gt;</w:t>
        <w:br/>
        <w:t>Що завтра мав&lt;br /&gt;</w:t>
        <w:br/>
        <w:t>Російський фронт прийти,&lt;br /&gt;</w:t>
        <w:br/>
        <w:t>Але не по шляху зі сходу,&lt;br /&gt;</w:t>
        <w:br/>
        <w:t>А по розливах броду&lt;br /&gt;</w:t>
        <w:br/>
        <w:t>Із півночі прийдуть.&lt;br /&gt;</w:t>
        <w:br/>
        <w:t>Стратегія так склалася війни,&lt;br /&gt;</w:t>
        <w:br/>
        <w:t>Тому то німці так тікають,&lt;br /&gt;</w:t>
        <w:br/>
        <w:t>А завтра ось сюди&lt;br /&gt;</w:t>
        <w:br/>
        <w:t>Прийде на зміну інший окупант.&lt;br /&gt;</w:t>
        <w:br/>
        <w:t>Лише зо заду зі стіни&lt;br /&gt;</w:t>
        <w:br/>
        <w:t>В фашистському кашкеті кат&lt;br /&gt;</w:t>
        <w:br/>
        <w:t>Манив ще помахом руки,&lt;br /&gt;</w:t>
        <w:br/>
        <w:t>Щоб йти на штурм Москви&lt;br /&gt;</w:t>
        <w:br/>
        <w:t>Німецький фюрер біснуватий.&lt;br /&gt;</w:t>
        <w:br/>
        <w:t>Клим добре розумів загрозу страти&lt;br /&gt;</w:t>
        <w:br/>
        <w:t>І що машини тої не здолати,&lt;br /&gt;</w:t>
        <w:br/>
        <w:t>Нічим вже він не зможе помогти&lt;br /&gt;</w:t>
        <w:br/>
        <w:t>У здійсненні мети&lt;br /&gt;</w:t>
        <w:br/>
        <w:t>Для їх святої боротьби&lt;br /&gt;</w:t>
        <w:br/>
        <w:t>У звільненні свого народу.&lt;br /&gt;</w:t>
        <w:br/>
        <w:t>А за вікном все йшли та йшли&lt;br /&gt;</w:t>
        <w:br/>
        <w:t>Густим дорогою походом&lt;br /&gt;</w:t>
        <w:br/>
        <w:t>Німецькі ці війська&lt;br /&gt;</w:t>
        <w:br/>
        <w:t>Знесилені війною,&lt;br /&gt;</w:t>
        <w:br/>
        <w:t>Міняючи собою&lt;br /&gt;</w:t>
        <w:br/>
        <w:t>Імперії вже інший лад.&lt;br /&gt;</w:t>
        <w:br/>
        <w:t>І Клим не мав куди іти.&lt;br /&gt;</w:t>
        <w:br/>
        <w:t>Пориви всі свої&lt;br /&gt;</w:t>
        <w:br/>
        <w:t>Для здійснення мети&lt;br /&gt;</w:t>
        <w:br/>
        <w:t>Її сини, як він,&lt;br /&gt;</w:t>
        <w:br/>
        <w:t>Життя гасили в боротьбі&lt;br /&gt;</w:t>
        <w:br/>
        <w:t>Багато вже віків.&lt;br /&gt;</w:t>
        <w:br/>
        <w:t>І тут, на рідній цій землі дідів&lt;br /&gt;</w:t>
        <w:br/>
        <w:t>Онуки і сини не мали місця!</w:t>
      </w:r>
    </w:p>
    <w:p>
      <w:r>
        <w:br/>
        <w:t>На другий день із-за стола піднісся,&lt;br /&gt;</w:t>
        <w:br/>
        <w:t>Продовжував біля вікна стояти Клим,&lt;br /&gt;</w:t>
        <w:br/>
        <w:t>А по шляху вже перед ним&lt;br /&gt;</w:t>
        <w:br/>
        <w:t>Ішли не німці при здоровім тілі,&lt;br /&gt;</w:t>
        <w:br/>
        <w:t>А в бруді вже шинелі сірі;&lt;br /&gt;</w:t>
        <w:br/>
        <w:t>Лунали не німецькі вже слова,&lt;br /&gt;</w:t>
        <w:br/>
        <w:t>А чутно було вже російську мову&lt;br /&gt;</w:t>
        <w:br/>
        <w:t>З лайкою брудною.&lt;br /&gt;</w:t>
        <w:br/>
        <w:t>І різко за спиною&lt;br /&gt;</w:t>
        <w:br/>
        <w:t>Хтось двері відчинив,&lt;br /&gt;</w:t>
        <w:br/>
        <w:t>Дивився Клим перед собою&lt;br /&gt;</w:t>
        <w:br/>
        <w:t>І погляд шлях манив.&lt;br /&gt;</w:t>
        <w:br/>
        <w:t>Давно чекав він тих "гостей",&lt;br /&gt;</w:t>
        <w:br/>
        <w:t>Ніким не прошених до себе,&lt;br /&gt;</w:t>
        <w:br/>
        <w:t>Що сіяли мільйони тих смертей&lt;br /&gt;</w:t>
        <w:br/>
        <w:t>І тим собі поживу здобували.&lt;br /&gt;</w:t>
        <w:br/>
        <w:t>Із лайкою гидкою запитали:&lt;br /&gt;</w:t>
        <w:br/>
        <w:t>"...Німецький староста це ти?!"&lt;br /&gt;</w:t>
        <w:br/>
        <w:t>Клим же спокійно повернувся,&lt;br /&gt;</w:t>
        <w:br/>
        <w:t>Помітно ледь у собі усміхнувся,&lt;br /&gt;</w:t>
        <w:br/>
        <w:t>Він поглядом встиг пропекти&lt;br /&gt;</w:t>
        <w:br/>
        <w:t>Спустошені, злобливі очі капітана&lt;br /&gt;</w:t>
        <w:br/>
        <w:t>І вже розстрілював словами він тирана:&lt;br /&gt;</w:t>
        <w:br/>
        <w:t>"Я Ради голова за незалежність України&lt;br /&gt;</w:t>
        <w:br/>
        <w:t>— Ви ж ті, які принесли зміни,&lt;br /&gt;</w:t>
        <w:br/>
        <w:t>Що би нове було ярмо&lt;br /&gt;</w:t>
        <w:br/>
        <w:t>Солодшим від фашизму,&lt;br /&gt;</w:t>
        <w:br/>
        <w:t>Але ж воно&lt;br /&gt;</w:t>
        <w:br/>
        <w:t>Лише на колір інше!!!"</w:t>
      </w:r>
    </w:p>
    <w:p>
      <w:r>
        <w:br/>
        <w:t>Старенька Карпусиха з вузликом в руках&lt;br /&gt;</w:t>
        <w:br/>
        <w:t>Сутулячись від болю у душі,&lt;br /&gt;</w:t>
        <w:br/>
        <w:t>По парканах,&lt;br /&gt;</w:t>
        <w:br/>
        <w:t>Сльозами вкритий погляд все водила,&lt;br /&gt;</w:t>
        <w:br/>
        <w:t>Де у будинку були ті,&lt;br /&gt;</w:t>
        <w:br/>
        <w:t>Які забрали її сина.&lt;br /&gt;</w:t>
        <w:br/>
        <w:t>Так кілька днів вона ходила&lt;br /&gt;</w:t>
        <w:br/>
        <w:t>З тим вузликом в руці,&lt;br /&gt;</w:t>
        <w:br/>
        <w:t>Військових всіх просила,&lt;br /&gt;</w:t>
        <w:br/>
        <w:t>Щоб передали ці млинці&lt;br /&gt;</w:t>
        <w:br/>
        <w:t>Для свого сина.&lt;br /&gt;</w:t>
        <w:br/>
        <w:t>Але у відповідь на те&lt;br /&gt;</w:t>
        <w:br/>
        <w:t>Її брутально обзивали&lt;br /&gt;</w:t>
        <w:br/>
        <w:t>І сина називали&lt;br /&gt;</w:t>
        <w:br/>
        <w:t>Посібником фашизму,&lt;br /&gt;</w:t>
        <w:br/>
        <w:t>Який Росії зраду спричинив.&lt;br /&gt;</w:t>
        <w:br/>
        <w:t>Але Калина добре знала&lt;br /&gt;</w:t>
        <w:br/>
        <w:t>— Клим справедливо жив,&lt;br /&gt;</w:t>
        <w:br/>
        <w:t>Його країна сином називала&lt;br /&gt;</w:t>
        <w:br/>
        <w:t>І він її як син любив.&lt;br /&gt;</w:t>
        <w:br/>
        <w:t>Таких Росія катувала,&lt;br /&gt;</w:t>
        <w:br/>
        <w:t>Що холуйом її він не служив,&lt;br /&gt;</w:t>
        <w:br/>
        <w:t>Що честь народу в ньому повставала.&lt;br /&gt;</w:t>
        <w:br/>
        <w:t>Кайданами затисли Климу руки,&lt;br /&gt;</w:t>
        <w:br/>
        <w:t>Та перетерпить він усі ці муки&lt;br /&gt;</w:t>
        <w:br/>
        <w:t>За незалежність рідного народу,&lt;br /&gt;</w:t>
        <w:br/>
        <w:t>Життя віддасть за перемогу,&lt;br /&gt;</w:t>
        <w:br/>
        <w:t>Щоб ворог вже не міг ніколи&lt;br /&gt;</w:t>
        <w:br/>
        <w:t>Неволити його народ.&lt;br /&gt;</w:t>
        <w:br/>
        <w:t>Чому тоді йому ці гади&lt;br /&gt;</w:t>
        <w:br/>
        <w:t>Клеймо чіпляють "зради"?&lt;br /&gt;</w:t>
        <w:br/>
        <w:t>— Народу й Батьківщині вірно він служив,&lt;br /&gt;</w:t>
        <w:br/>
        <w:t>Він ради цього і життя прожив,&lt;br /&gt;</w:t>
        <w:br/>
        <w:t>Щоб окупант по наших землях не ходив!</w:t>
      </w:r>
    </w:p>
    <w:p>
      <w:r>
        <w:br/>
        <w:t>Прийшовши з ранку знову під паркан,&lt;br /&gt;</w:t>
        <w:br/>
        <w:t>Калина від людей почула,&lt;br /&gt;</w:t>
        <w:br/>
        <w:t>Що кат червоний оприлюднив план,&lt;br /&gt;</w:t>
        <w:br/>
        <w:t>Мета в якому була&lt;br /&gt;</w:t>
        <w:br/>
        <w:t>Тих "зрадників" сьогодні покарати.&lt;br /&gt;</w:t>
        <w:br/>
        <w:t>І ось вона стоїть вже на майдані&lt;br /&gt;</w:t>
        <w:br/>
        <w:t>Серед не злічених людей,&lt;br /&gt;</w:t>
        <w:br/>
        <w:t>Яких сюди пригнали,&lt;br /&gt;</w:t>
        <w:br/>
        <w:t>Щоб бачили усі і знали,&lt;br /&gt;</w:t>
        <w:br/>
        <w:t>Що кара кожного чекає,&lt;br /&gt;</w:t>
        <w:br/>
        <w:t>Хто до Росії вірності немає.&lt;br /&gt;</w:t>
        <w:br/>
        <w:t>Вже кулеметники навкруг стоять&lt;br /&gt;</w:t>
        <w:br/>
        <w:t>І вітер мотузки гойдає&lt;br /&gt;</w:t>
        <w:br/>
        <w:t>— Їх було п'ять,&lt;br /&gt;</w:t>
        <w:br/>
        <w:t>Під ними кат чекає&lt;br /&gt;</w:t>
        <w:br/>
        <w:t>Коли їх жертви привезуть.&lt;br /&gt;</w:t>
        <w:br/>
        <w:t>Калина вже не бачила нікого&lt;br /&gt;</w:t>
        <w:br/>
        <w:t>І гомону людей вона не чула&lt;br /&gt;</w:t>
        <w:br/>
        <w:t>— Боліло серце і душило горло,&lt;br /&gt;</w:t>
        <w:br/>
        <w:t>Усім єством вона під мотузками була!&lt;br /&gt;</w:t>
        <w:br/>
        <w:t>Не відчуваючи нічого,&lt;br /&gt;</w:t>
        <w:br/>
        <w:t>Не знала, скільки часу того перейшло,&lt;br /&gt;</w:t>
        <w:br/>
        <w:t>Але побачила, коли з машини п'ятеро зійшло,&lt;br /&gt;</w:t>
        <w:br/>
        <w:t>Що смерть прийняти мали.&lt;br /&gt;</w:t>
        <w:br/>
        <w:t>Хоч сніг лежав і холодно було,&lt;br /&gt;</w:t>
        <w:br/>
        <w:t>Вони в снігу стояли босими ногами,&lt;br /&gt;</w:t>
        <w:br/>
        <w:t>І руки зв'язані, по всьому тілі рани,&lt;br /&gt;</w:t>
        <w:br/>
        <w:t>Скривавлені, катовані усі вони були.&lt;br /&gt;</w:t>
        <w:br/>
        <w:t>Калина тут впізнала свого сина&lt;br /&gt;</w:t>
        <w:br/>
        <w:t>І вийшла трохи уперед,&lt;br /&gt;</w:t>
        <w:br/>
        <w:t>Сиву голівку не схилила,&lt;br /&gt;</w:t>
        <w:br/>
        <w:t>Голубкою робила лет&lt;br /&gt;</w:t>
        <w:br/>
        <w:t>У височінь блакиті,&lt;br /&gt;</w:t>
        <w:br/>
        <w:t>Щоб серцем материнським вкрити&lt;br /&gt;</w:t>
        <w:br/>
        <w:t>І заступити смерть.&lt;br /&gt;</w:t>
        <w:br/>
        <w:t>Серед усіх він упізнав її&lt;br /&gt;</w:t>
        <w:br/>
        <w:t>І гордо глянувши по людях,&lt;br /&gt;</w:t>
        <w:br/>
        <w:t>Він болі погасив свої&lt;br /&gt;</w:t>
        <w:br/>
        <w:t>І в материнських грудях&lt;br /&gt;</w:t>
        <w:br/>
        <w:t>Навіки залишив себе.</w:t>
      </w:r>
    </w:p>
    <w:p>
      <w:r>
        <w:br/>
        <w:t>Під петлі лави кат поставив&lt;br /&gt;</w:t>
        <w:br/>
        <w:t>І силою заставив&lt;br /&gt;</w:t>
        <w:br/>
        <w:t>Тих смертників на них всіх стати,&lt;br /&gt;</w:t>
        <w:br/>
        <w:t>Уміло петлі став їм затягати,&lt;br /&gt;</w:t>
        <w:br/>
        <w:t>Лиш Клим всім тілом ката відштовхнув&lt;br /&gt;</w:t>
        <w:br/>
        <w:t>І сам на лаву став.&lt;br /&gt;</w:t>
        <w:br/>
        <w:t>Коли ж петлю йому той затягнув,&lt;br /&gt;</w:t>
        <w:br/>
        <w:t>Тоді вже Клим гукнув:&lt;br /&gt;</w:t>
        <w:br/>
        <w:t>"Мамо, бережіть себе!&lt;br /&gt;</w:t>
        <w:br/>
        <w:t>Вони мене...!"&lt;br /&gt;</w:t>
        <w:br/>
        <w:t>Та лаву кат під ним штовхнув&lt;br /&gt;</w:t>
        <w:br/>
        <w:t>І тіло його все&lt;br /&gt;</w:t>
        <w:br/>
        <w:t>Спочатку стрепенулося в петлі,&lt;br /&gt;</w:t>
        <w:br/>
        <w:t>А потім звисло у смертельній вже покорі.&lt;br /&gt;</w:t>
        <w:br/>
        <w:t>Калина на коліна впала,&lt;br /&gt;</w:t>
        <w:br/>
        <w:t>Нічого вже не відчувала,&lt;br /&gt;</w:t>
        <w:br/>
        <w:t>І тільки в Господа благала,&lt;br /&gt;</w:t>
        <w:br/>
        <w:t>Щоб смерть послав її.&lt;br /&gt;</w:t>
        <w:br/>
        <w:t>І зойк розбитої душі&lt;br /&gt;</w:t>
        <w:br/>
        <w:t>Зібрав у собі болі всі&lt;br /&gt;</w:t>
        <w:br/>
        <w:t>Тих материнських сліз,&lt;br /&gt;</w:t>
        <w:br/>
        <w:t>Що передчасну смерть своїх синів омили&lt;br /&gt;</w:t>
        <w:br/>
        <w:t>Й собою оповили&lt;br /&gt;</w:t>
        <w:br/>
        <w:t>Усе її життя наскрізь.</w:t>
      </w:r>
    </w:p>
    <w:p>
      <w:r>
        <w:br/>
        <w:t>Наказано було три дні&lt;br /&gt;</w:t>
        <w:br/>
        <w:t>Тих трупів не знімати,&lt;br /&gt;</w:t>
        <w:br/>
        <w:t>Щоб міг цей жах усіх переконати,&lt;br /&gt;</w:t>
        <w:br/>
        <w:t>Таку ось кару кожний буде мати,&lt;br /&gt;</w:t>
        <w:br/>
        <w:t>Хто нехтує до вірності Росії.&lt;br /&gt;</w:t>
        <w:br/>
        <w:t>Але не це тримало тут Калину&lt;br /&gt;</w:t>
        <w:br/>
        <w:t>Всю ніч стояти на колінах&lt;br /&gt;</w:t>
        <w:br/>
        <w:t>В смертельну ту годину,&lt;br /&gt;</w:t>
        <w:br/>
        <w:t>Дивитися, як тут на стінах&lt;br /&gt;</w:t>
        <w:br/>
        <w:t>Гойдаються підвішені тіла.&lt;br /&gt;</w:t>
        <w:br/>
        <w:t>І материнський гнів&lt;br /&gt;</w:t>
        <w:br/>
        <w:t>По світу розлетів&lt;br /&gt;</w:t>
        <w:br/>
        <w:t>Вже проти нових тих катів,&lt;br /&gt;</w:t>
        <w:br/>
        <w:t>Які забрали волю&lt;br /&gt;</w:t>
        <w:br/>
        <w:t>І убивають всіх її синів,&lt;br /&gt;</w:t>
        <w:br/>
        <w:t>За те, що прагнули для своїх матерів&lt;br /&gt;</w:t>
        <w:br/>
        <w:t>Здобути ту щасливу долю!</w:t>
      </w:r>
    </w:p>
    <w:p>
      <w:r>
        <w:br/>
        <w:t>Коли вже сонце встало&lt;br /&gt;</w:t>
        <w:br/>
        <w:t>Й промінням сльози освітило,&lt;br /&gt;</w:t>
        <w:br/>
        <w:t>Тоді Калини дочки підійшли,&lt;br /&gt;</w:t>
        <w:br/>
        <w:t>Взяли під руки й повели&lt;br /&gt;</w:t>
        <w:br/>
        <w:t>Безмовну матінку додому!</w:t>
      </w:r>
    </w:p>
    <w:p>
      <w:r>
        <w:br/>
        <w:t>ЧАСТИНА ДЕВ'ЯТА</w:t>
      </w:r>
    </w:p>
    <w:p>
      <w:r>
        <w:br/>
        <w:t>І знову дух імперії тут панував&lt;br /&gt;</w:t>
        <w:br/>
        <w:t>На землях України,&lt;br /&gt;</w:t>
        <w:br/>
        <w:t>Народ запряжений в новім ярмі стогнав,&lt;br /&gt;</w:t>
        <w:br/>
        <w:t>Та ще й терпів ці війни і руїни.&lt;br /&gt;</w:t>
        <w:br/>
        <w:t>У Тарноруді всі в колгосп ходили,&lt;br /&gt;</w:t>
        <w:br/>
        <w:t>Не маючи для себе а ні дня,&lt;br /&gt;</w:t>
        <w:br/>
        <w:t>А ні ночей,&lt;br /&gt;</w:t>
        <w:br/>
        <w:t>Не закриваючи очей&lt;br /&gt;</w:t>
        <w:br/>
        <w:t>В шлиї впрягалися самі,&lt;br /&gt;</w:t>
        <w:br/>
        <w:t>Або корову по ріллі водили,&lt;br /&gt;</w:t>
        <w:br/>
        <w:t>За ними босі діти їх ходили,&lt;br /&gt;</w:t>
        <w:br/>
        <w:t>На рідній їх землі&lt;br /&gt;</w:t>
        <w:br/>
        <w:t>У праці часто з голоду вмирали,&lt;br /&gt;</w:t>
        <w:br/>
        <w:t>І пухли з голоду їх діточки малі,&lt;br /&gt;</w:t>
        <w:br/>
        <w:t>В безсиллі засинали&lt;br /&gt;</w:t>
        <w:br/>
        <w:t>Під житніми снопами,&lt;br /&gt;</w:t>
        <w:br/>
        <w:t>Де бідні вдови жали,&lt;br /&gt;</w:t>
        <w:br/>
        <w:t>Удосвіта в'язали,&lt;br /&gt;</w:t>
        <w:br/>
        <w:t>Возили і носили&lt;br /&gt;</w:t>
        <w:br/>
        <w:t>Важкі пшеничні ці снопи,&lt;br /&gt;</w:t>
        <w:br/>
        <w:t>А по ночах їх молотили&lt;br /&gt;</w:t>
        <w:br/>
        <w:t>І Бога все молили,&lt;br /&gt;</w:t>
        <w:br/>
        <w:t>Щоб діти хоч жили,&lt;br /&gt;</w:t>
        <w:br/>
        <w:t>Які завжди голодними були.&lt;br /&gt;</w:t>
        <w:br/>
        <w:t>Також що-річно уряд заставляв&lt;br /&gt;</w:t>
        <w:br/>
        <w:t>Ще й позику державі підписати.&lt;br /&gt;</w:t>
        <w:br/>
        <w:t>— Не відробив, тоді належало до сплати&lt;br /&gt;</w:t>
        <w:br/>
        <w:t>Усе майно,&lt;br /&gt;</w:t>
        <w:br/>
        <w:t>Крім того, все воно&lt;br /&gt;</w:t>
        <w:br/>
        <w:t>Було обкладене податком,&lt;br /&gt;</w:t>
        <w:br/>
        <w:t>А хто садок свій посадив,&lt;br /&gt;</w:t>
        <w:br/>
        <w:t>То вже за кожне дерево платив,&lt;br /&gt;</w:t>
        <w:br/>
        <w:t>Тому сади рубали&lt;br /&gt;</w:t>
        <w:br/>
        <w:t>— Платити сили вже не мали.&lt;br /&gt;</w:t>
        <w:br/>
        <w:t>До того всього ще давали&lt;br /&gt;</w:t>
        <w:br/>
        <w:t>На рік встановлений всім план:&lt;br /&gt;</w:t>
        <w:br/>
        <w:t>Яєць державі здати, м'яса, молока.&lt;br /&gt;</w:t>
        <w:br/>
        <w:t>Коли б хто лиш посмів це з'їсти сам,&lt;br /&gt;</w:t>
        <w:br/>
        <w:t>То вже була б вся конфіскація майна,&lt;br /&gt;</w:t>
        <w:br/>
        <w:t>Або тягнули до так званого їх суду,&lt;br /&gt;</w:t>
        <w:br/>
        <w:t>Де на цю суму&lt;br /&gt;</w:t>
        <w:br/>
        <w:t>"Злочинець" мусить відробити.&lt;br /&gt;</w:t>
        <w:br/>
        <w:t>Як стало рук не вистачати,&lt;br /&gt;</w:t>
        <w:br/>
        <w:t>Тоді почали вже хапати&lt;br /&gt;</w:t>
        <w:br/>
        <w:t>По селах підлітків-дітей,&lt;br /&gt;</w:t>
        <w:br/>
        <w:t>Яких голодна смерть минула,&lt;br /&gt;</w:t>
        <w:br/>
        <w:t>Насильно забирали від сімей&lt;br /&gt;</w:t>
        <w:br/>
        <w:t>І в різні кінці направляли,&lt;br /&gt;</w:t>
        <w:br/>
        <w:t>І діти ці вже будували&lt;br /&gt;</w:t>
        <w:br/>
        <w:t>Великої Росії мрії&lt;br /&gt;</w:t>
        <w:br/>
        <w:t>— Індустрію на стільки піднести,&lt;br /&gt;</w:t>
        <w:br/>
        <w:t>Щоб можна було згодом повести&lt;br /&gt;</w:t>
        <w:br/>
        <w:t>Свої війська на інші вільні ще народи.&lt;br /&gt;</w:t>
        <w:br/>
        <w:t>А тих, кого по віку не забрали з дому,&lt;br /&gt;</w:t>
        <w:br/>
        <w:t>Хоч теж тут раю не було&lt;br /&gt;</w:t>
        <w:br/>
        <w:t>— Якщо малий ще був, то пас корову свою,&lt;br /&gt;</w:t>
        <w:br/>
        <w:t>А то снопи возив&lt;br /&gt;</w:t>
        <w:br/>
        <w:t>Як в день, так в ніч.&lt;br /&gt;</w:t>
        <w:br/>
        <w:t>А трохи старший — вже коней водив&lt;br /&gt;</w:t>
        <w:br/>
        <w:t>У кінній ще косарці,&lt;br /&gt;</w:t>
        <w:br/>
        <w:t>А хто стояв на молотарці&lt;br /&gt;</w:t>
        <w:br/>
        <w:t>І подавав снопи,&lt;br /&gt;</w:t>
        <w:br/>
        <w:t>Які він сам носив сюди.&lt;br /&gt;</w:t>
        <w:br/>
        <w:t>Були й такі,&lt;br /&gt;</w:t>
        <w:br/>
        <w:t>Що їздили із бочкою води,&lt;br /&gt;</w:t>
        <w:br/>
        <w:t>Щоб вивезти її на поле людям,&lt;br /&gt;</w:t>
        <w:br/>
        <w:t>Які в роботі були як воли&lt;br /&gt;</w:t>
        <w:br/>
        <w:t>Не маючи коли&lt;br /&gt;</w:t>
        <w:br/>
        <w:t>Напитися хоч раз на день&lt;br /&gt;</w:t>
        <w:br/>
        <w:t>Холодної криничної води.&lt;br /&gt;</w:t>
        <w:br/>
        <w:t>Сюди частенько приїжджав&lt;br /&gt;</w:t>
        <w:br/>
        <w:t>З району перший секретар,&lt;br /&gt;</w:t>
        <w:br/>
        <w:t>Який у владі жодного обмеження не мав.&lt;br /&gt;</w:t>
        <w:br/>
        <w:t>— Коли б кого впіймав,&lt;br /&gt;</w:t>
        <w:br/>
        <w:t>Що не працює хто,&lt;br /&gt;</w:t>
        <w:br/>
        <w:t>Або для себе колоски збирав&lt;br /&gt;</w:t>
        <w:br/>
        <w:t>Погублені в стерні,&lt;br /&gt;</w:t>
        <w:br/>
        <w:t>Щоб діти з голоду не вмерли,&lt;br /&gt;</w:t>
        <w:br/>
        <w:t>Тоді цей раб би рахував&lt;br /&gt;</w:t>
        <w:br/>
        <w:t>Сумні для себе дні,&lt;br /&gt;</w:t>
        <w:br/>
        <w:t>Бо у Сибір його б повезли.</w:t>
      </w:r>
    </w:p>
    <w:p>
      <w:r>
        <w:br/>
        <w:t>Ось так в післявоєнні роки&lt;br /&gt;</w:t>
        <w:br/>
        <w:t>Міцніла ця імперія Росії&lt;br /&gt;</w:t>
        <w:br/>
        <w:t>І людство поки&lt;br /&gt;</w:t>
        <w:br/>
        <w:t>Плекало свої мрії&lt;br /&gt;</w:t>
        <w:br/>
        <w:t>Про мир на всій планеті&lt;br /&gt;</w:t>
        <w:br/>
        <w:t>— Тут на крові й смерті&lt;br /&gt;</w:t>
        <w:br/>
        <w:t>Новий кували меч&lt;br /&gt;</w:t>
        <w:br/>
        <w:t>Російської безмежної сваволі,&lt;br /&gt;</w:t>
        <w:br/>
        <w:t>Щоб ним рубати людські долі,&lt;br /&gt;</w:t>
        <w:br/>
        <w:t>Захопленим народам не віддати волі&lt;br /&gt;</w:t>
        <w:br/>
        <w:t>На цій святій землі!</w:t>
      </w:r>
    </w:p>
    <w:p>
      <w:r>
        <w:br/>
        <w:t>ЧАСТИНА ДЕСЯТА</w:t>
      </w:r>
    </w:p>
    <w:p>
      <w:r>
        <w:br/>
        <w:t>Трава зелена потемніла,&lt;br /&gt;</w:t>
        <w:br/>
        <w:t>Бо перші сутінки пливуть,&lt;br /&gt;</w:t>
        <w:br/>
        <w:t>Хмарина в небі посивіла,&lt;br /&gt;</w:t>
        <w:br/>
        <w:t>І води Тарнорудки вже несуть&lt;br /&gt;</w:t>
        <w:br/>
        <w:t>Сумного місяця проміння.&lt;br /&gt;</w:t>
        <w:br/>
        <w:t>Над срібною цією течією&lt;br /&gt;</w:t>
        <w:br/>
        <w:t>В задумі верби ще не сплять,&lt;br /&gt;</w:t>
        <w:br/>
        <w:t>Схиливши гілля у журбі стоять,&lt;br /&gt;</w:t>
        <w:br/>
        <w:t>Щоб жодним порухом листка&lt;br /&gt;</w:t>
        <w:br/>
        <w:t>Цю тишу не збудити&lt;br /&gt;</w:t>
        <w:br/>
        <w:t>І у воді цій не втопити.&lt;br /&gt;</w:t>
        <w:br/>
        <w:t>Стежина берегом повзла,&lt;br /&gt;</w:t>
        <w:br/>
        <w:t>Не знаючи куди й до кого&lt;br /&gt;</w:t>
        <w:br/>
        <w:t>Вона людей вела.&lt;br /&gt;</w:t>
        <w:br/>
        <w:t>Калина нею йшла,&lt;br /&gt;</w:t>
        <w:br/>
        <w:t>Торкаючись ногами об траву,&lt;br /&gt;</w:t>
        <w:br/>
        <w:t>Яка приймала вже росу,&lt;br /&gt;</w:t>
        <w:br/>
        <w:t>А промінь місяця розчісував косу,&lt;br /&gt;</w:t>
        <w:br/>
        <w:t>Що прогиналася на її грудях.&lt;br /&gt;</w:t>
        <w:br/>
        <w:t>Вона не оглядалася і йшла,&lt;br /&gt;</w:t>
        <w:br/>
        <w:t>Всім своїм тілом відчувала,&lt;br /&gt;</w:t>
        <w:br/>
        <w:t>Що з заді йшов Карпо,&lt;br /&gt;</w:t>
        <w:br/>
        <w:t>Про це душа її шептала&lt;br /&gt;</w:t>
        <w:br/>
        <w:t>І серце рвалось з хвилювання!&lt;br /&gt;</w:t>
        <w:br/>
        <w:t>Вона сама сюди пішла,&lt;br /&gt;</w:t>
        <w:br/>
        <w:t>Чекаючи на зустріч із Карпом,&lt;br /&gt;</w:t>
        <w:br/>
        <w:t>— Кохання стало наче сном&lt;br /&gt;</w:t>
        <w:br/>
        <w:t>І робить вже її рабою&lt;br /&gt;</w:t>
        <w:br/>
        <w:t>Не володіючи собою!&lt;br /&gt;</w:t>
        <w:br/>
        <w:t>Калина чує за спиною кроки,&lt;br /&gt;</w:t>
        <w:br/>
        <w:t>Цей звук об землю наростав,&lt;br /&gt;</w:t>
        <w:br/>
        <w:t>Хвилини ці здались як роки&lt;br /&gt;</w:t>
        <w:br/>
        <w:t>І ось коханий перед нею став.&lt;br /&gt;</w:t>
        <w:br/>
        <w:t>Калину ніжно він за руки взяв&lt;br /&gt;</w:t>
        <w:br/>
        <w:t>І гаряче всю пригорнув до себе,&lt;br /&gt;</w:t>
        <w:br/>
        <w:t>А потім п'янко так поцілував,&lt;br /&gt;</w:t>
        <w:br/>
        <w:t>Немов би увібрав усю її у себе&lt;br /&gt;</w:t>
        <w:br/>
        <w:t>І в жарі свого серця утопив.&lt;br /&gt;</w:t>
        <w:br/>
        <w:t>Калина тілом стрепенулась&lt;br /&gt;</w:t>
        <w:br/>
        <w:t>І всім єством відчула,&lt;br /&gt;</w:t>
        <w:br/>
        <w:t>Що це була Карпова кров&lt;br /&gt;</w:t>
        <w:br/>
        <w:t>І запах смерті, чад,&lt;br /&gt;</w:t>
        <w:br/>
        <w:t>Вона сахнулася назад,&lt;br /&gt;</w:t>
        <w:br/>
        <w:t>Побачила в Карпа розтяті груди&lt;br /&gt;</w:t>
        <w:br/>
        <w:t>З яких вже серце випадало&lt;br /&gt;</w:t>
        <w:br/>
        <w:t>— Стискаючи від мук цих зуби,&lt;br /&gt;</w:t>
        <w:br/>
        <w:t>Долонями закрила йому груди&lt;br /&gt;</w:t>
        <w:br/>
        <w:t>І в них почула серця стук.&lt;br /&gt;</w:t>
        <w:br/>
        <w:t>Не відриваючи від рани своїх рук,&lt;br /&gt;</w:t>
        <w:br/>
        <w:t>Вона на жах оцей дивилась,&lt;br /&gt;</w:t>
        <w:br/>
        <w:t>Як через пальці кров струмилась.&lt;br /&gt;</w:t>
        <w:br/>
        <w:t>Калина в муках цих здригнулась.&lt;br /&gt;</w:t>
        <w:br/>
        <w:t>Прокинувшись розкрила очі,&lt;br /&gt;</w:t>
        <w:br/>
        <w:t>Дивилася на стелю довго,&lt;br /&gt;</w:t>
        <w:br/>
        <w:t>Відходячи від болю цього,&lt;br /&gt;</w:t>
        <w:br/>
        <w:t>А потім підвелася,&lt;br /&gt;</w:t>
        <w:br/>
        <w:t>Перехрестилась до святих,&lt;br /&gt;</w:t>
        <w:br/>
        <w:t>Шукаючи спасіння в них.&lt;br /&gt;</w:t>
        <w:br/>
        <w:t>Хитаючись, приникла до вікна&lt;br /&gt;</w:t>
        <w:br/>
        <w:t>Зовсім старенької хатини&lt;br /&gt;</w:t>
        <w:br/>
        <w:t>— Її вже покидали сили.&lt;br /&gt;</w:t>
        <w:br/>
        <w:t>А за вікном&lt;br /&gt;</w:t>
        <w:br/>
        <w:t>Вже літнє сонце встало,&lt;br /&gt;</w:t>
        <w:br/>
        <w:t>Яке Калині нагадало,&lt;br /&gt;</w:t>
        <w:br/>
        <w:t>Що це були зелені свята&lt;br /&gt;</w:t>
        <w:br/>
        <w:t>В цей шістдесят і п'ятий рік&lt;br /&gt;</w:t>
        <w:br/>
        <w:t>Устелена панами хата,&lt;br /&gt;</w:t>
        <w:br/>
        <w:t>Обтиканий зеленим гіллям тік.&lt;br /&gt;</w:t>
        <w:br/>
        <w:t>І тут вона&lt;br /&gt;</w:t>
        <w:br/>
        <w:t>В думках звернулась до Карпа:&lt;br /&gt;</w:t>
        <w:br/>
        <w:t>"Ти кличеш вже мене?&lt;br /&gt;</w:t>
        <w:br/>
        <w:t>Подумав певно, що забула я тебе&lt;br /&gt;</w:t>
        <w:br/>
        <w:t>І тут сама я забарилась?"&lt;br /&gt;</w:t>
        <w:br/>
        <w:t>Калина скриню відчинила,&lt;br /&gt;</w:t>
        <w:br/>
        <w:t>Собі намисто почепила,&lt;br /&gt;</w:t>
        <w:br/>
        <w:t>Взяла одежу всю святкову,&lt;br /&gt;</w:t>
        <w:br/>
        <w:t>І вишиванку ту шовкову&lt;br /&gt;</w:t>
        <w:br/>
        <w:t>На себе вправно одягла,&lt;br /&gt;</w:t>
        <w:br/>
        <w:t>Зірвала квіти у саду,&lt;br /&gt;</w:t>
        <w:br/>
        <w:t>Городом стежкою пішла&lt;br /&gt;</w:t>
        <w:br/>
        <w:t>На цвинтар до Карпа.&lt;br /&gt;</w:t>
        <w:br/>
        <w:t>У цей святковий день&lt;br /&gt;</w:t>
        <w:br/>
        <w:t>Усе навкруг було чудове,&lt;br /&gt;</w:t>
        <w:br/>
        <w:t>Все дихало життям,&lt;br /&gt;</w:t>
        <w:br/>
        <w:t>Здалося, на Землі ніяке горе&lt;br /&gt;</w:t>
        <w:br/>
        <w:t>Не мало місця ані тут, ні там.&lt;br /&gt;</w:t>
        <w:br/>
        <w:t>Котило сонце по блакиті,&lt;br /&gt;</w:t>
        <w:br/>
        <w:t>Розсипавши своє проміння в житі,&lt;br /&gt;</w:t>
        <w:br/>
        <w:t>Цвіркун його перебирав ногою&lt;br /&gt;</w:t>
        <w:br/>
        <w:t>І ним сюрчав, немов струною.</w:t>
      </w:r>
    </w:p>
    <w:p>
      <w:r>
        <w:br/>
        <w:t>Сидить Калина вже на лаві,&lt;br /&gt;</w:t>
        <w:br/>
        <w:t>Що тут на цвинтарі була&lt;br /&gt;</w:t>
        <w:br/>
        <w:t>Біля її Карпа&lt;br /&gt;</w:t>
        <w:br/>
        <w:t>І очі мружить від тепла,&lt;br /&gt;</w:t>
        <w:br/>
        <w:t>Від сонячного джерела.&lt;br /&gt;</w:t>
        <w:br/>
        <w:t>Калина встала, підійшла,&lt;br /&gt;</w:t>
        <w:br/>
        <w:t>Бур'ян з могили весь прибрала,&lt;br /&gt;</w:t>
        <w:br/>
        <w:t>А потім руку вже поклала&lt;br /&gt;</w:t>
        <w:br/>
        <w:t>На чистий грунт,&lt;br /&gt;</w:t>
        <w:br/>
        <w:t>Немов би тут&lt;br /&gt;</w:t>
        <w:br/>
        <w:t>Погладила свого Карпа&lt;br /&gt;</w:t>
        <w:br/>
        <w:t>І знов пішла,&lt;br /&gt;</w:t>
        <w:br/>
        <w:t>На лаву сіла&lt;br /&gt;</w:t>
        <w:br/>
        <w:t>І в мить у цю&lt;br /&gt;</w:t>
        <w:br/>
        <w:t>Душа в Калини заболіла&lt;br /&gt;</w:t>
        <w:br/>
        <w:t>І серце матері кричало, мліло&lt;br /&gt;</w:t>
        <w:br/>
        <w:t>Про смерть всіх трьох синів.&lt;br /&gt;</w:t>
        <w:br/>
        <w:t>Де їх хоча б одна могила?!&lt;br /&gt;</w:t>
        <w:br/>
        <w:t>Вона б її повила,&lt;br /&gt;</w:t>
        <w:br/>
        <w:t>Сльозами би обмила,&lt;br /&gt;</w:t>
        <w:br/>
        <w:t>І біль хоч трохи в землю цю втопила.</w:t>
      </w:r>
    </w:p>
    <w:p>
      <w:r>
        <w:br/>
        <w:t>Вже років три тому&lt;br /&gt;</w:t>
        <w:br/>
        <w:t>Її з Москви листа прислали,&lt;br /&gt;</w:t>
        <w:br/>
        <w:t>В якому є пояснення, чому,&lt;br /&gt;</w:t>
        <w:br/>
        <w:t>Трохима сталінці забрали&lt;br /&gt;</w:t>
        <w:br/>
        <w:t>І написали,&lt;br /&gt;</w:t>
        <w:br/>
        <w:t>Що у Проскурові його і розстріляли,&lt;br /&gt;</w:t>
        <w:br/>
        <w:t>Як ворога народу,&lt;br /&gt;</w:t>
        <w:br/>
        <w:t>Але встановлено — ніяку шкоду&lt;br /&gt;</w:t>
        <w:br/>
        <w:t>Він не робив і чесно жив,&lt;br /&gt;</w:t>
        <w:br/>
        <w:t>Росії він кріпив могутність.&lt;br /&gt;</w:t>
        <w:br/>
        <w:t>— Помилкою ця смерть його була,&lt;br /&gt;</w:t>
        <w:br/>
        <w:t>Що сталінська чума&lt;br /&gt;</w:t>
        <w:br/>
        <w:t>У крові всіх топила,&lt;br /&gt;</w:t>
        <w:br/>
        <w:t>І партія це все вже засудила,&lt;br /&gt;</w:t>
        <w:br/>
        <w:t>І хай вона живе, як жила.&lt;br /&gt;</w:t>
        <w:br/>
        <w:t>Таке писання надійшло&lt;br /&gt;</w:t>
        <w:br/>
        <w:t>Не з тих причин,&lt;br /&gt;</w:t>
        <w:br/>
        <w:t>Що вже було&lt;br /&gt;</w:t>
        <w:br/>
        <w:t>Відношення імперії до цього інше,&lt;br /&gt;</w:t>
        <w:br/>
        <w:t>Природа її дика ще лютує гірше,&lt;br /&gt;</w:t>
        <w:br/>
        <w:t>А це був результат того,&lt;br /&gt;</w:t>
        <w:br/>
        <w:t>Що Сталін вмер,&lt;br /&gt;</w:t>
        <w:br/>
        <w:t>І місце те його&lt;br /&gt;</w:t>
        <w:br/>
        <w:t>На дикім троні&lt;br /&gt;</w:t>
        <w:br/>
        <w:t>Для себе рвали холуї&lt;br /&gt;</w:t>
        <w:br/>
        <w:t>І в цій новій основі&lt;br /&gt;</w:t>
        <w:br/>
        <w:t>Тих лідерів не називали вже царі,&lt;br /&gt;</w:t>
        <w:br/>
        <w:t>А генеральні партії секретарі,&lt;br /&gt;</w:t>
        <w:br/>
        <w:t>Яким отці святі&lt;br /&gt;</w:t>
        <w:br/>
        <w:t>Корону не давали,&lt;br /&gt;</w:t>
        <w:br/>
        <w:t>А там в верхах вони за неї воювали&lt;br /&gt;</w:t>
        <w:br/>
        <w:t>І хто спритніший був, її хто увірвав,&lt;br /&gt;</w:t>
        <w:br/>
        <w:t>— Той і безмежну владу мав,&lt;br /&gt;</w:t>
        <w:br/>
        <w:t>А конкурентів своїх брудом обливав&lt;br /&gt;</w:t>
        <w:br/>
        <w:t>І всі ставали в нього холуями,&lt;br /&gt;</w:t>
        <w:br/>
        <w:t>Своїх же ворогів робив він ворогами&lt;br /&gt;</w:t>
        <w:br/>
        <w:t>Від імені народу.&lt;br /&gt;</w:t>
        <w:br/>
        <w:t>У боротьбі за цю корону,&lt;br /&gt;</w:t>
        <w:br/>
        <w:t>Хрущов тоді дойшов до трону&lt;br /&gt;</w:t>
        <w:br/>
        <w:t>І щоб змести всі сталінські сліди,&lt;br /&gt;</w:t>
        <w:br/>
        <w:t>Сказав: " Ті вороги,&lt;br /&gt;</w:t>
        <w:br/>
        <w:t>Які мільйонами розстріляні були,&lt;br /&gt;</w:t>
        <w:br/>
        <w:t>Ніколи ворогами не були,&lt;br /&gt;</w:t>
        <w:br/>
        <w:t>А впали жертвами страшного культу!"</w:t>
      </w:r>
    </w:p>
    <w:p>
      <w:r>
        <w:br/>
        <w:t>Після війни,&lt;br /&gt;</w:t>
        <w:br/>
        <w:t>Коли верталися чужі сини&lt;br /&gt;</w:t>
        <w:br/>
        <w:t>З війни додому,&lt;br /&gt;</w:t>
        <w:br/>
        <w:t>Максима з фронту не було,&lt;br /&gt;</w:t>
        <w:br/>
        <w:t>А вже по тому&lt;br /&gt;</w:t>
        <w:br/>
        <w:t>З Москви прийшов лише папір,&lt;br /&gt;</w:t>
        <w:br/>
        <w:t>Що він ще в сорок першому загинув.&lt;br /&gt;</w:t>
        <w:br/>
        <w:t>А місце, де Максим скінчив життя&lt;br /&gt;</w:t>
        <w:br/>
        <w:t>Калина так й не взнала.&lt;br /&gt;</w:t>
        <w:br/>
        <w:t>Всі материнські почуття&lt;br /&gt;</w:t>
        <w:br/>
        <w:t>Вона з любов'ю переклала&lt;br /&gt;</w:t>
        <w:br/>
        <w:t>На Тараса &amp;#8213; онука дорогого,&lt;br /&gt;</w:t>
        <w:br/>
        <w:t>Який без батька свого&lt;br /&gt;</w:t>
        <w:br/>
        <w:t>Зростав у неї на очах.&lt;br /&gt;</w:t>
        <w:br/>
        <w:t>Тарас &amp;#8213; єдина радість для Калини,&lt;br /&gt;</w:t>
        <w:br/>
        <w:t>Що залишилася від усієї їхньої родини.</w:t>
      </w:r>
    </w:p>
    <w:p>
      <w:r>
        <w:br/>
        <w:t>А цього року осінь була золотою,&lt;br /&gt;</w:t>
        <w:br/>
        <w:t>Якоюсь особливою була вона,&lt;br /&gt;</w:t>
        <w:br/>
        <w:t>Так дивовижно вся світилась жовтизною&lt;br /&gt;</w:t>
        <w:br/>
        <w:t>І важко так зажурено стара верба,&lt;br /&gt;</w:t>
        <w:br/>
        <w:t>Схилившись над водою,&lt;br /&gt;</w:t>
        <w:br/>
        <w:t>Прощалася немов би із собою&lt;br /&gt;</w:t>
        <w:br/>
        <w:t>І наче світ хотіла залишити.&lt;br /&gt;</w:t>
        <w:br/>
        <w:t>Калина не могла вже ні ходити, ні робити,&lt;br /&gt;</w:t>
        <w:br/>
        <w:t>Із кожним днем все більше відчувала,&lt;br /&gt;</w:t>
        <w:br/>
        <w:t>Що її сили в ній згасають&lt;br /&gt;</w:t>
        <w:br/>
        <w:t>І тіло хворе покидають,&lt;br /&gt;</w:t>
        <w:br/>
        <w:t>Тому листа послала,&lt;br /&gt;</w:t>
        <w:br/>
        <w:t>Що би не гаяв він ні часу,&lt;br /&gt;</w:t>
        <w:br/>
        <w:t>Потрібно вирватись Тарасу,&lt;br /&gt;</w:t>
        <w:br/>
        <w:t>Бо дуже хоче попрощатися із ним.&lt;br /&gt;</w:t>
        <w:br/>
        <w:t>І кожен день Калина все сиділа&lt;br /&gt;</w:t>
        <w:br/>
        <w:t>Біля маленького вікна,&lt;br /&gt;</w:t>
        <w:br/>
        <w:t>І хата в смутку зовсім почорніла,&lt;br /&gt;</w:t>
        <w:br/>
        <w:t>Вона й сама вся чорною була&lt;br /&gt;</w:t>
        <w:br/>
        <w:t>І все дивилася туди,&lt;br /&gt;</w:t>
        <w:br/>
        <w:t>На шлях її життя,&lt;br /&gt;</w:t>
        <w:br/>
        <w:t>Де мав Тарас іти&lt;br /&gt;</w:t>
        <w:br/>
        <w:t>Й з собою принести&lt;br /&gt;</w:t>
        <w:br/>
        <w:t>Останній спалах щастя на її віку.&lt;br /&gt;</w:t>
        <w:br/>
        <w:t>Так цілий день очей не відривала&lt;br /&gt;</w:t>
        <w:br/>
        <w:t>Калина від того шляху,&lt;br /&gt;</w:t>
        <w:br/>
        <w:t>А все чекала, та чекала,&lt;br /&gt;</w:t>
        <w:br/>
        <w:t>Аж поки ніч не впала.&lt;br /&gt;</w:t>
        <w:br/>
        <w:t>На другий день вставала&lt;br /&gt;</w:t>
        <w:br/>
        <w:t>І знов біля вікна сідала,&lt;br /&gt;</w:t>
        <w:br/>
        <w:t>Коли зоря ще не згасала&lt;br /&gt;</w:t>
        <w:br/>
        <w:t>І сутінок ще у кутках стояв.&lt;br /&gt;</w:t>
        <w:br/>
        <w:t>В чеканні важко день минав&lt;br /&gt;</w:t>
        <w:br/>
        <w:t>І так все день за днем&lt;br /&gt;</w:t>
        <w:br/>
        <w:t>Вогонь душі її згорав.&lt;br /&gt;</w:t>
        <w:br/>
        <w:t>Одного дня принесли телеграму,&lt;br /&gt;</w:t>
        <w:br/>
        <w:t>Що із відрядження Тарас вже їде з БАМу&lt;br /&gt;</w:t>
        <w:br/>
        <w:t>— За тиждень буде біля неї.&lt;br /&gt;</w:t>
        <w:br/>
        <w:t>Калина лічить дні,&lt;br /&gt;</w:t>
        <w:br/>
        <w:t>Які усі однакові такі&lt;br /&gt;</w:t>
        <w:br/>
        <w:t>Були нудні та довгі.&lt;br /&gt;</w:t>
        <w:br/>
        <w:t>Здавалось, муки всі вже пережиті&lt;br /&gt;</w:t>
        <w:br/>
        <w:t>— Через два дні приїде мій Тарас,&lt;br /&gt;</w:t>
        <w:br/>
        <w:t>Але шляхи з вікна ці биті&lt;br /&gt;</w:t>
        <w:br/>
        <w:t>В цей день побачити вже не змогла:&lt;br /&gt;</w:t>
        <w:br/>
        <w:t>Вся висохла була&lt;br /&gt;</w:t>
        <w:br/>
        <w:t>І сили більше вже не мала&lt;br /&gt;</w:t>
        <w:br/>
        <w:t>Сидіти щоб біля вікна.&lt;br /&gt;</w:t>
        <w:br/>
        <w:t>Поклали дочки її в ліжко,&lt;br /&gt;</w:t>
        <w:br/>
        <w:t>Вона ж не зводила очей&lt;br /&gt;</w:t>
        <w:br/>
        <w:t>У хаті з тих старих дверей,&lt;br /&gt;</w:t>
        <w:br/>
        <w:t>Що зараз ось відчиняться вони&lt;br /&gt;</w:t>
        <w:br/>
        <w:t>І на порозі з'явиться її Тарас,&lt;br /&gt;</w:t>
        <w:br/>
        <w:t>Але вони німими все були&lt;br /&gt;</w:t>
        <w:br/>
        <w:t>І так в останнє погляд згас&lt;br /&gt;</w:t>
        <w:br/>
        <w:t>Калини на дверях її старої хати!</w:t>
      </w:r>
    </w:p>
    <w:p>
      <w:r>
        <w:br/>
        <w:t>Тарас! Онук її єдиний&lt;br /&gt;</w:t>
        <w:br/>
        <w:t>В останню мить до неї не прийшов,&lt;br /&gt;</w:t>
        <w:br/>
        <w:t>Бо був в відрядженні далеко.&lt;br /&gt;</w:t>
        <w:br/>
        <w:t>В той час бабусі лист його знайшов,&lt;br /&gt;</w:t>
        <w:br/>
        <w:t>Тоді все кинув й полетів додому,&lt;br /&gt;</w:t>
        <w:br/>
        <w:t>Селом не йшов, а біг,&lt;br /&gt;</w:t>
        <w:br/>
        <w:t>В душі себе картав все знову й знову,&lt;br /&gt;</w:t>
        <w:br/>
        <w:t>Що він не зміг&lt;br /&gt;</w:t>
        <w:br/>
        <w:t>Відразу ж до бабусі прилетіти.&lt;br /&gt;</w:t>
        <w:br/>
        <w:t>Тарас переступив поріг,&lt;br /&gt;</w:t>
        <w:br/>
        <w:t>Калина вже покійною лежала,&lt;br /&gt;</w:t>
        <w:br/>
        <w:t>А на обличчі смуток той проліг,&lt;br /&gt;</w:t>
        <w:br/>
        <w:t>Коли вона його чекала,&lt;br /&gt;</w:t>
        <w:br/>
        <w:t>Але і мертвою вона його благала,&lt;br /&gt;</w:t>
        <w:br/>
        <w:t>Хоч подих її згас,&lt;br /&gt;</w:t>
        <w:br/>
        <w:t>Щоб підійшов її Тарас&lt;br /&gt;</w:t>
        <w:br/>
        <w:t>І руки їй зігрів своїм теплом,&lt;br /&gt;</w:t>
        <w:br/>
        <w:t>Щоб він своїм чолом&lt;br /&gt;</w:t>
        <w:br/>
        <w:t>Схилився тут над нею.&lt;br /&gt;</w:t>
        <w:br/>
        <w:t>І на колінах з жалем він стояв&lt;br /&gt;</w:t>
        <w:br/>
        <w:t>Де спочивала бабця мила,&lt;br /&gt;</w:t>
        <w:br/>
        <w:t>Слова молитви в голос промовляв,&lt;br /&gt;</w:t>
        <w:br/>
        <w:t>Яку вона його навчила,&lt;br /&gt;</w:t>
        <w:br/>
        <w:t>Життя і смерть він в серці&lt;br /&gt;</w:t>
        <w:br/>
        <w:t>З болем відчував.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та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