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іде і все без коректур...</w:t>
      </w:r>
    </w:p>
    <w:p>
      <w:r>
        <w:br/>
        <w:t xml:space="preserve"> Життя іде і все без коректур.&lt;br /&gt;</w:t>
        <w:br/>
        <w:t>І час летить, не стишує галопу.&lt;br /&gt;</w:t>
        <w:br/>
        <w:t>Давно нема маркізи Помпадур,&lt;br /&gt;</w:t>
        <w:br/>
        <w:t>і ми живем уже після потопу.&lt;br /&gt;</w:t>
        <w:br/>
        <w:t>Не знаю я, що буде після нас,&lt;br /&gt;</w:t>
        <w:br/>
        <w:t>в які природа убереться шати.&lt;br /&gt;</w:t>
        <w:br/>
        <w:t>Єдиний, хто не втомлюється, — час.&lt;br /&gt;</w:t>
        <w:br/>
        <w:t>А ми живі, нам треба поспішати.&lt;br /&gt;</w:t>
        <w:br/>
        <w:t>Зробити щось, лишити по собі,&lt;br /&gt;</w:t>
        <w:br/>
        <w:t>а ми, нічого, — пройдемо, як тіні,&lt;br /&gt;</w:t>
        <w:br/>
        <w:t>щоб тільки неба очі голубі&lt;br /&gt;</w:t>
        <w:br/>
        <w:t>цю землю завжди бачили в цвітінні.&lt;br /&gt;</w:t>
        <w:br/>
        <w:t>Щоб ці ліси не вимерли, як тур,&lt;br /&gt;</w:t>
        <w:br/>
        <w:t>щоб ці слова не вичахли, як руди.&lt;br /&gt;</w:t>
        <w:br/>
        <w:t>Життя іде і все без коректур,&lt;br /&gt;</w:t>
        <w:br/>
        <w:t>і як напишеш, так уже і буде.&lt;br /&gt;</w:t>
        <w:br/>
        <w:t>Але не бійся прикрого рядка.&lt;br /&gt;</w:t>
        <w:br/>
        <w:t>Прозрінь не бійся, бо вони як ліки.&lt;br /&gt;</w:t>
        <w:br/>
        <w:t>Не бійся правди, хоч яка гірка,&lt;br /&gt;</w:t>
        <w:br/>
        <w:t>не бійся смутків, хоч вони як ріки.&lt;br /&gt;</w:t>
        <w:br/>
        <w:t>Людині бійся душу ошукать,&lt;br /&gt;</w:t>
        <w:br/>
        <w:t>бо в цьому схибиш — то уже навіки.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іде і все без коректур...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