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Жінці</w:t>
      </w:r>
    </w:p>
    <w:p>
      <w:r>
        <w:br/>
        <w:t xml:space="preserve"> Коли вільна ти,&lt;br /&gt;</w:t>
        <w:br/>
        <w:t>Скажи,&lt;br /&gt;</w:t>
        <w:br/>
        <w:t>Що таке брехня?</w:t>
      </w:r>
    </w:p>
    <w:p>
      <w:r>
        <w:br/>
        <w:t>Я знаю&lt;br /&gt;</w:t>
        <w:br/>
        <w:t>Про що ти так мрієш завзято,&lt;br /&gt;</w:t>
        <w:br/>
        <w:t>Спустивши на оченька вії,&lt;br /&gt;</w:t>
        <w:br/>
        <w:t>Як спуститься нічка на землю,&lt;br /&gt;</w:t>
        <w:br/>
        <w:t>Як тихо,&lt;br /&gt;</w:t>
        <w:br/>
        <w:t>Як темно,&lt;br /&gt;</w:t>
        <w:br/>
        <w:t>Як глухо у хаті, мов в небі:&lt;br /&gt;</w:t>
        <w:br/>
        <w:t>Я знаю,&lt;br /&gt;</w:t>
        <w:br/>
        <w:t>Тоді то у тебе&lt;br /&gt;</w:t>
        <w:br/>
        <w:t>Дівочії мрії палкі, соромливі,&lt;br /&gt;</w:t>
        <w:br/>
        <w:t>Свавільно і грубо ведуть перед тебе&lt;br /&gt;</w:t>
        <w:br/>
        <w:t>Палкого і дужого, голого, спраглого мене!&lt;br /&gt;</w:t>
        <w:br/>
        <w:t>Я знаю —&lt;br /&gt;</w:t>
        <w:br/>
        <w:t>Малими зубками гадючкою в щоки мої ти впиваєшся,&lt;br /&gt;</w:t>
        <w:br/>
        <w:t>Нахабно і буйно ти очи цілуєш у мене і губи,&lt;br /&gt;</w:t>
        <w:br/>
        <w:t>До грудей ти моїх пригортаєшся щільно,&lt;br /&gt;</w:t>
        <w:br/>
        <w:t>Як явір до дуба,&lt;br /&gt;</w:t>
        <w:br/>
        <w:t>І сором забувши дівочий і чесність,&lt;br /&gt;</w:t>
        <w:br/>
        <w:t>Ти ручкою ніжною пестиш мої груди,&lt;br /&gt;</w:t>
        <w:br/>
        <w:t>Маленькою ручкою ведеш по бокам,&lt;br /&gt;</w:t>
        <w:br/>
        <w:t>А там&lt;br /&gt;</w:t>
        <w:br/>
        <w:t>І смаглявий живіт, як яблучко пестиш рум’ян,&lt;br /&gt;</w:t>
        <w:br/>
        <w:t>Як пчілка у чашечку квіту&lt;br /&gt;</w:t>
        <w:br/>
        <w:t>Ти пальчиком влазиш в пупочок,&lt;br /&gt;</w:t>
        <w:br/>
        <w:t>Торкнеш, залоскочеш,&lt;br /&gt;</w:t>
        <w:br/>
        <w:t>Кусаєш, регочеш.&lt;br /&gt;</w:t>
        <w:br/>
        <w:t>І знову&lt;br /&gt;</w:t>
        <w:br/>
        <w:t>В дорогу&lt;br /&gt;</w:t>
        <w:br/>
        <w:t>Пустуючу сунеш ти ручку&lt;br /&gt;</w:t>
        <w:br/>
        <w:t>У низ&lt;br /&gt;</w:t>
        <w:br/>
        <w:t>На стегно, на ноги…</w:t>
      </w:r>
    </w:p>
    <w:p>
      <w:r>
        <w:br/>
        <w:t>І ти вся тремтиш, як листок на вітру,&lt;br /&gt;</w:t>
        <w:br/>
        <w:t>З насолоди ти в’єшся, як вуж у яру,&lt;br /&gt;</w:t>
        <w:br/>
        <w:t>Руками,&lt;br /&gt;</w:t>
        <w:br/>
        <w:t>Устами,&lt;br /&gt;</w:t>
        <w:br/>
        <w:t>Грудьми&lt;br /&gt;</w:t>
        <w:br/>
        <w:t>І ногами&lt;br /&gt;</w:t>
        <w:br/>
        <w:t>На мене падеш.&lt;br /&gt;</w:t>
        <w:br/>
        <w:t>І меркне світ,&lt;br /&gt;</w:t>
        <w:br/>
        <w:t>Полає любов…&lt;br /&gt;</w:t>
        <w:br/>
        <w:t>Я знаю&lt;br /&gt;</w:t>
        <w:br/>
        <w:t>Про що ти так мрієш із ночі,&lt;br /&gt;</w:t>
        <w:br/>
        <w:t>Як ручки пухкії і стегна округлі&lt;br /&gt;</w:t>
        <w:br/>
        <w:t>І ніжки від сонця травневого смуглі&lt;br /&gt;</w:t>
        <w:br/>
        <w:t>Простуєш на м’якому ліжку,&lt;br /&gt;</w:t>
        <w:br/>
        <w:t>Як перси налиті, мов яблука спілі&lt;br /&gt;</w:t>
        <w:br/>
        <w:t>Ти пестиш руками, —&lt;br /&gt;</w:t>
        <w:br/>
        <w:t>Я знаю.&lt;br /&gt;</w:t>
        <w:br/>
        <w:t>Що шепчеш тоді ти устами,&lt;br /&gt;</w:t>
        <w:br/>
        <w:t>Я знаю,&lt;br /&gt;</w:t>
        <w:br/>
        <w:t>Кого тоді кличеш думками,&lt;br /&gt;</w:t>
        <w:br/>
        <w:t>Я знаю…&lt;br /&gt;</w:t>
        <w:br/>
        <w:t>Як стегна з бажання колишуться білі,&lt;br /&gt;</w:t>
        <w:br/>
        <w:t>Здригають коліна,&lt;br /&gt;</w:t>
        <w:br/>
        <w:t>Як ти витягаєш, ламаючи руки,&lt;br /&gt;</w:t>
        <w:br/>
        <w:t>В глуху темінь ночі —&lt;br /&gt;</w:t>
        <w:br/>
        <w:t>Я знаю,&lt;br /&gt;</w:t>
        <w:br/>
        <w:t>Чого душа хоче.&lt;br /&gt;</w:t>
        <w:br/>
        <w:t>Я знаю —&lt;br /&gt;</w:t>
        <w:br/>
        <w:t>Я знаю ті мрії дівочі невпинні, палкі, ніби лава,&lt;br /&gt;</w:t>
        <w:br/>
        <w:t>Буйні і нахабні, злорадісно грубі.</w:t>
      </w:r>
    </w:p>
    <w:p>
      <w:r>
        <w:br/>
        <w:t>Коли віддаляється день і нічка надходить лукава, —&lt;br /&gt;</w:t>
        <w:br/>
        <w:t>І тихі, смирні, соромливі,&lt;br /&gt;</w:t>
        <w:br/>
        <w:t>І боязливі такі, ніби слава,&lt;br /&gt;</w:t>
        <w:br/>
        <w:t>Коли тверда дійсність веде життя дном…&lt;br /&gt;</w:t>
        <w:br/>
        <w:t>Я знаю —&lt;br /&gt;</w:t>
        <w:br/>
        <w:t>Як тіло своє ти руками ласкаєш,&lt;br /&gt;</w:t>
        <w:br/>
        <w:t>Як груди стискаєш,&lt;br /&gt;</w:t>
        <w:br/>
        <w:t>На білих, м’якеньких подушках,&lt;br /&gt;</w:t>
        <w:br/>
        <w:t>як ніжки пухкі розставляєш,&lt;br /&gt;</w:t>
        <w:br/>
        <w:t>Я знаю,&lt;br /&gt;</w:t>
        <w:br/>
        <w:t>Як палко бажаєш,&lt;br /&gt;</w:t>
        <w:br/>
        <w:t>Щоби попестив тебе й я.</w:t>
      </w:r>
    </w:p>
    <w:p>
      <w:r>
        <w:br/>
        <w:t>Я знаю,&lt;br /&gt;</w:t>
        <w:br/>
        <w:t>Як мучиш мене ти ночами&lt;br /&gt;</w:t>
        <w:br/>
        <w:t>Руками,&lt;br /&gt;</w:t>
        <w:br/>
        <w:t>Устами,&lt;br /&gt;</w:t>
        <w:br/>
        <w:t>Грудьми&lt;br /&gt;</w:t>
        <w:br/>
        <w:t>І ногами,&lt;br /&gt;</w:t>
        <w:br/>
        <w:t>І лоном,&lt;br /&gt;</w:t>
        <w:br/>
        <w:t>І знаю,&lt;br /&gt;</w:t>
        <w:br/>
        <w:t>Як котишся з стоном&lt;br /&gt;</w:t>
        <w:br/>
        <w:t>Не заспокоєна…&lt;br /&gt;</w:t>
        <w:br/>
        <w:t>І тільки не знаю,&lt;br /&gt;</w:t>
        <w:br/>
        <w:t>Чому, коли стрінеш мене на дорозі,&lt;br /&gt;</w:t>
        <w:br/>
        <w:t>То женешся, втікаєш від мене в тривозі,&lt;br /&gt;</w:t>
        <w:br/>
        <w:t>То ховаєш за блиском горючих очей&lt;br /&gt;</w:t>
        <w:br/>
        <w:t>Всі мрії й бажання бурливих ночей,&lt;br /&gt;</w:t>
        <w:br/>
        <w:t>І ділиш надвоє себе:&lt;br /&gt;</w:t>
        <w:br/>
        <w:t>Невільника й пана.</w:t>
      </w:r>
    </w:p>
    <w:p>
      <w:r>
        <w:br/>
        <w:t>Хіба&lt;br /&gt;</w:t>
        <w:br/>
        <w:t>Повік то душа твоя буде&lt;br /&gt;</w:t>
        <w:br/>
        <w:t>Раба?</w:t>
      </w:r>
    </w:p>
    <w:p>
      <w:r>
        <w:br/>
        <w:t>І ділиш надвоє себе:&lt;br /&gt;</w:t>
        <w:br/>
        <w:t>На правду й брехню.</w:t>
      </w:r>
    </w:p>
    <w:p>
      <w:r>
        <w:br/>
        <w:t>Невже&lt;br /&gt;</w:t>
        <w:br/>
        <w:t>Тобі буде вічно святе все&lt;br /&gt;</w:t>
        <w:br/>
        <w:t>Чуже?</w:t>
      </w:r>
    </w:p>
    <w:p>
      <w:r>
        <w:br/>
        <w:t>І тільки не знаю&lt;br /&gt;</w:t>
        <w:br/>
        <w:t>Чому,&lt;br /&gt;</w:t>
        <w:br/>
        <w:t>Ти не хочеш покинути&lt;br /&gt;</w:t>
        <w:br/>
        <w:t>Тьму?</w:t>
      </w:r>
    </w:p>
    <w:p>
      <w:r>
        <w:br/>
        <w:t>Ти мрієш порою&lt;br /&gt;</w:t>
        <w:br/>
        <w:t>В глибокий, понурий, опівнічний час:&lt;br /&gt;</w:t>
        <w:br/>
        <w:t>А що,&lt;br /&gt;</w:t>
        <w:br/>
        <w:t>Коли б відчинилися двері&lt;br /&gt;</w:t>
        <w:br/>
        <w:t>І я увійшов?&lt;br /&gt;</w:t>
        <w:br/>
        <w:t>Тоді б…</w:t>
      </w:r>
    </w:p>
    <w:p>
      <w:r>
        <w:br/>
        <w:t>Ні! Кричать ти не стала би з ляку,&lt;br /&gt;</w:t>
        <w:br/>
        <w:t>Із радістю перси і лоно мені б ти дала:&lt;br /&gt;</w:t>
        <w:br/>
        <w:t>Бери і давай!</w:t>
      </w:r>
    </w:p>
    <w:p>
      <w:r>
        <w:br/>
        <w:t>Ти мрієш не раз&lt;br /&gt;</w:t>
        <w:br/>
        <w:t>В глибокий, понурий, опівнічний час:&lt;br /&gt;</w:t>
        <w:br/>
        <w:t>А що,&lt;br /&gt;</w:t>
        <w:br/>
        <w:t>Коли б до нього прийшла раз я сміло.&lt;br /&gt;</w:t>
        <w:br/>
        <w:t>Прийшла і сказала:&lt;br /&gt;</w:t>
        <w:br/>
        <w:t>– З тобою&lt;br /&gt;</w:t>
        <w:br/>
        <w:t>Я мент упиватись бажаю любов’ю! —&lt;br /&gt;</w:t>
        <w:br/>
        <w:t>І з шат увільнила б бажаюче тіло,&lt;br /&gt;</w:t>
        <w:br/>
        <w:t>Чи в нього би що затремтіло,&lt;br /&gt;</w:t>
        <w:br/>
        <w:t>Чи б хтіло?..&lt;br /&gt;</w:t>
        <w:br/>
        <w:t>Лиш сміло! Лиш сміло! Лиш сміло!&lt;br /&gt;</w:t>
        <w:br/>
        <w:t>Покинь, не питай.&lt;br /&gt;</w:t>
        <w:br/>
        <w:t>Люблю ж бо я тіло&lt;br /&gt;</w:t>
        <w:br/>
        <w:t>І – май!</w:t>
      </w:r>
    </w:p>
    <w:p>
      <w:r>
        <w:br/>
        <w:t>Дівчино, собою ти будь,&lt;br /&gt;</w:t>
        <w:br/>
        <w:t>Людиною будеш тоді!&lt;br /&gt;</w:t>
        <w:br/>
        <w:t>З моралів старих, як з іржавих кайдан&lt;br /&gt;</w:t>
        <w:br/>
        <w:t>Звільни свою грудь&lt;br /&gt;</w:t>
        <w:br/>
        <w:t>І будь&lt;br /&gt;</w:t>
        <w:br/>
        <w:t>Вільна і чудова всі 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