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за тридцять доларів</w:t>
      </w:r>
    </w:p>
    <w:p>
      <w:r>
        <w:br/>
        <w:t xml:space="preserve"> Зима обступила місто,&lt;br /&gt;</w:t>
        <w:br/>
        <w:t>для тих, хто тягається від самого ранку&lt;br /&gt;</w:t>
        <w:br/>
        <w:t>без жодних справ&lt;br /&gt;</w:t>
        <w:br/>
        <w:t>не найкраща пора.&lt;br /&gt;</w:t>
        <w:br/>
        <w:t>Біси і пияки розбіглися по вокзалах,&lt;br /&gt;</w:t>
        <w:br/>
        <w:t>гріються в кабінках для фотографування,&lt;br /&gt;</w:t>
        <w:br/>
        <w:t>не виходять назовні.&lt;br /&gt;</w:t>
        <w:br/>
        <w:t>Ці небеса в розширених алкоголем&lt;br /&gt;</w:t>
        <w:br/>
        <w:t>зіницях підлітків, їхній голос, що завмирає,&lt;br /&gt;</w:t>
        <w:br/>
        <w:t>коли вони говорять про жінок —&lt;br /&gt;</w:t>
        <w:br/>
        <w:t>як вони п'ють червоне вино,&lt;br /&gt;</w:t>
        <w:br/>
        <w:t>як вони роздягаються, як вони знічено плачуть,&lt;br /&gt;</w:t>
        <w:br/>
        <w:t>розмазуючи гарячу помаду по одягу і серветках.</w:t>
      </w:r>
    </w:p>
    <w:p>
      <w:r>
        <w:br/>
        <w:t>Життя тобі дістанеться рівно стільки,&lt;br /&gt;</w:t>
        <w:br/>
        <w:t>скільки ти зумієш зігріти&lt;br /&gt;</w:t>
        <w:br/>
        <w:t>власним подихом і долонями —&lt;br /&gt;</w:t>
        <w:br/>
        <w:t>сніг над рікою&lt;br /&gt;</w:t>
        <w:br/>
        <w:t>і рештки тютюну й цукру в помешканні&lt;br /&gt;</w:t>
        <w:br/>
        <w:t>і я зможу завжди сказати:&lt;br /&gt;</w:t>
        <w:br/>
        <w:t>бувай, дівчинко,&lt;br /&gt;</w:t>
        <w:br/>
        <w:t>країна, в якій я живу,&lt;br /&gt;</w:t>
        <w:br/>
        <w:t>можливо саме тому і не розвалилась,&lt;br /&gt;</w:t>
        <w:br/>
        <w:t>що в ній іще кілька людей&lt;br /&gt;</w:t>
        <w:br/>
        <w:t>люблять одне одного — без істерики&lt;br /&gt;</w:t>
        <w:br/>
        <w:t>і презервативів, просто&lt;br /&gt;</w:t>
        <w:br/>
        <w:t>перемовляються якимись словами,&lt;br /&gt;</w:t>
        <w:br/>
        <w:t>зустрічаються десь на вулиці,&lt;br /&gt;</w:t>
        <w:br/>
        <w:t>навіть не знаючи до пуття&lt;br /&gt;</w:t>
        <w:br/>
        <w:t>де ці жінки п'ють своє червоне вино,&lt;br /&gt;</w:t>
        <w:br/>
        <w:t>де вони прокидаються, а потому знічено плачуть,&lt;br /&gt;</w:t>
        <w:br/>
        <w:t>розмазуючи гарячу помаду по шкірі і по серветках.</w:t>
      </w:r>
    </w:p>
    <w:p>
      <w:r>
        <w:br/>
        <w:t>Ти дивитимешся на світ за своїми вікнами,&lt;br /&gt;</w:t>
        <w:br/>
        <w:t>на світ, з усіма небесами, що пливуть його поверхнею,&lt;br /&gt;</w:t>
        <w:br/>
        <w:t>і думатимеш,&lt;br /&gt;</w:t>
        <w:br/>
        <w:t>що навіть якщо вони зможуть перезимувати і цього разу,&lt;br /&gt;</w:t>
        <w:br/>
        <w:t>що вони робитимуть зі своєю морокою? —&lt;br /&gt;</w:t>
        <w:br/>
        <w:t>адже так чи інакше від нас залежить так мало,&lt;br /&gt;</w:t>
        <w:br/>
        <w:t>життя знай собі триває без кінця і початку&lt;br /&gt;</w:t>
        <w:br/>
        <w:t>і по кожній великій любові&lt;br /&gt;</w:t>
        <w:br/>
        <w:t>залишаються порожні&lt;br /&gt;</w:t>
        <w:br/>
        <w:t>зали очікування.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за тридцять доларів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