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Ждання</w:t>
      </w:r>
    </w:p>
    <w:p>
      <w:r>
        <w:br/>
        <w:t xml:space="preserve"> За гай скотилось сонце ясне,&lt;br /&gt;</w:t>
        <w:br/>
        <w:t>Хмарок рожевих цілий рій&lt;br /&gt;</w:t>
        <w:br/>
        <w:t>В безодні синій тане, гасне,&lt;br /&gt;</w:t>
        <w:br/>
        <w:t>Мов злотосяйне пасмо мрій;&lt;br /&gt;</w:t>
        <w:br/>
        <w:t>Вітрець упав; з садочка лине&lt;br /&gt;</w:t>
        <w:br/>
        <w:t>Струмком живущим пишний дух,&lt;br /&gt;</w:t>
        <w:br/>
        <w:t>З черемх убрання лебедине&lt;br /&gt;</w:t>
        <w:br/>
        <w:t>Часами ранить срібний пух;&lt;br /&gt;</w:t>
        <w:br/>
        <w:t>Вже гомін стих, туман над ставом&lt;br /&gt;</w:t>
        <w:br/>
        <w:t>Серпанком хвилевим ляга;&lt;br /&gt;</w:t>
        <w:br/>
        <w:t>Темніша небо... і небавом&lt;br /&gt;</w:t>
        <w:br/>
        <w:t>В садочок зірка дорога&lt;br /&gt;</w:t>
        <w:br/>
        <w:t>Увійде легкою ходою...&lt;br /&gt;</w:t>
        <w:br/>
        <w:t>Я жду і краюся нудьгою,&lt;br /&gt;</w:t>
        <w:br/>
        <w:t>Шукаю скрізь палких очей...&lt;br /&gt;</w:t>
        <w:br/>
        <w:t>Ось тьохнув щасно соловей —&lt;br /&gt;</w:t>
        <w:br/>
        <w:t>Її ж нема! Ідуть хвилини,&lt;br /&gt;</w:t>
        <w:br/>
        <w:t>Земля, здається, аж горить...&lt;br /&gt;</w:t>
        <w:br/>
        <w:t>А все нема, нема Зорини!&lt;br /&gt;</w:t>
        <w:br/>
        <w:t>Я жду — і віком стала мить!&lt;br /&gt;</w:t>
        <w:br/>
        <w:t>Вже ніч зліта крилом імлявим,&lt;br /&gt;</w:t>
        <w:br/>
        <w:t>Осяйна безліччю лампад...&lt;br /&gt;</w:t>
        <w:br/>
        <w:t>Ген місяць видом величавим&lt;br /&gt;</w:t>
        <w:br/>
        <w:t>З поза тополь зирнув у сад —&lt;br /&gt;</w:t>
        <w:br/>
        <w:t>Її ж нема... Я муку чую:&lt;br /&gt;</w:t>
        <w:br/>
        <w:t>Холоне серце... голова,&lt;br /&gt;</w:t>
        <w:br/>
        <w:t>Мов крутінь в бурю навісную,&lt;br /&gt;</w:t>
        <w:br/>
        <w:t>Мене жадоба порива...&lt;br /&gt;</w:t>
        <w:br/>
        <w:t>Її ж нема!.. І враз, раптово&lt;br /&gt;</w:t>
        <w:br/>
        <w:t>Рученьки білі, запашні&lt;br /&gt;</w:t>
        <w:br/>
        <w:t>Лягли на рамени мені...&lt;br /&gt;</w:t>
        <w:br/>
        <w:t>Зайнявся дух... урвалось слово...&lt;br /&gt;</w:t>
        <w:br/>
        <w:t>Вуста з вустами ізлились,&lt;br /&gt;</w:t>
        <w:br/>
        <w:t>І ми на зорі понеслись,&lt;br /&gt;</w:t>
        <w:br/>
        <w:t>В очах палких втопивши очі...&lt;br /&gt;</w:t>
        <w:br/>
        <w:t>О ніч! О любощі співочі!&lt;br /&gt;</w:t>
        <w:br/>
        <w:t>О чародійні в яві сни&lt;br /&gt;</w:t>
        <w:br/>
        <w:t>На святі першої весни!Ждання&lt;br /&gt;</w:t>
        <w:br/>
        <w:t>За гай скотилось сонце ясне,&lt;br /&gt;</w:t>
        <w:br/>
        <w:t>Хмарок рожевих цілий рій&lt;br /&gt;</w:t>
        <w:br/>
        <w:t>В безодні синій тане, гасне,&lt;br /&gt;</w:t>
        <w:br/>
        <w:t>Мов злотосяйне пасмо мрій;&lt;br /&gt;</w:t>
        <w:br/>
        <w:t>Вітрець упав; з садочка лине&lt;br /&gt;</w:t>
        <w:br/>
        <w:t>Струмком живущим пишний дух,&lt;br /&gt;</w:t>
        <w:br/>
        <w:t>З черемх убрання лебедине&lt;br /&gt;</w:t>
        <w:br/>
        <w:t>Часами ранить срібний пух;&lt;br /&gt;</w:t>
        <w:br/>
        <w:t>Вже гомін стих, туман над ставом&lt;br /&gt;</w:t>
        <w:br/>
        <w:t>Серпанком хвилевим ляга;&lt;br /&gt;</w:t>
        <w:br/>
        <w:t>Темніша небо... і небавом&lt;br /&gt;</w:t>
        <w:br/>
        <w:t>В садочок зірка дорога&lt;br /&gt;</w:t>
        <w:br/>
        <w:t>Увійде легкою ходою...&lt;br /&gt;</w:t>
        <w:br/>
        <w:t>Я жду і краюся нудьгою,&lt;br /&gt;</w:t>
        <w:br/>
        <w:t>Шукаю скрізь палких очей...&lt;br /&gt;</w:t>
        <w:br/>
        <w:t>Ось тьохнув щасно соловей —&lt;br /&gt;</w:t>
        <w:br/>
        <w:t>Її ж нема! Ідуть хвилини,&lt;br /&gt;</w:t>
        <w:br/>
        <w:t>Земля, здається, аж горить...&lt;br /&gt;</w:t>
        <w:br/>
        <w:t>А все нема, нема Зорини!&lt;br /&gt;</w:t>
        <w:br/>
        <w:t>Я жду — і віком стала мить!&lt;br /&gt;</w:t>
        <w:br/>
        <w:t>Вже ніч зліта крилом імлявим,&lt;br /&gt;</w:t>
        <w:br/>
        <w:t>Осяйна безліччю лампад...&lt;br /&gt;</w:t>
        <w:br/>
        <w:t>Ген місяць видом величавим&lt;br /&gt;</w:t>
        <w:br/>
        <w:t>З поза тополь зирнув у сад —&lt;br /&gt;</w:t>
        <w:br/>
        <w:t>Її ж нема... Я муку чую:&lt;br /&gt;</w:t>
        <w:br/>
        <w:t>Холоне серце... голова,&lt;br /&gt;</w:t>
        <w:br/>
        <w:t>Мов крутінь в бурю навісную,&lt;br /&gt;</w:t>
        <w:br/>
        <w:t>Мене жадоба порива...&lt;br /&gt;</w:t>
        <w:br/>
        <w:t>Її ж нема!.. І враз, раптово&lt;br /&gt;</w:t>
        <w:br/>
        <w:t>Рученьки білі, запашні&lt;br /&gt;</w:t>
        <w:br/>
        <w:t>Лягли на рамени мені...&lt;br /&gt;</w:t>
        <w:br/>
        <w:t>Зайнявся дух... урвалось слово...&lt;br /&gt;</w:t>
        <w:br/>
        <w:t>Вуста з вустами ізлились,&lt;br /&gt;</w:t>
        <w:br/>
        <w:t>І ми на зорі понеслись,&lt;br /&gt;</w:t>
        <w:br/>
        <w:t>В очах палких втопивши очі...&lt;br /&gt;</w:t>
        <w:br/>
        <w:t>О ніч! О любощі співочі!&lt;br /&gt;</w:t>
        <w:br/>
        <w:t>О чародійні в яві сни&lt;br /&gt;</w:t>
        <w:br/>
        <w:t>На святі першої весни!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