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Жар-птиці на яблунях (збірка)</w:t>
      </w:r>
    </w:p>
    <w:p>
      <w:r>
        <w:br/>
        <w:t xml:space="preserve"> Галина КИРПА&lt;br /&gt;</w:t>
        <w:br/>
        <w:t>ПОЕЗІЯ</w:t>
      </w:r>
    </w:p>
    <w:p>
      <w:r>
        <w:br/>
        <w:t>ЖАР-ПТИЦІ НА ЯБЛУНЯХ&lt;br /&gt;</w:t>
        <w:br/>
        <w:t>КАЗКА</w:t>
      </w:r>
    </w:p>
    <w:p>
      <w:r>
        <w:br/>
        <w:t>Колись цвіркуни&lt;br /&gt;</w:t>
        <w:br/>
        <w:t>були птахами й жили&lt;br /&gt;</w:t>
        <w:br/>
        <w:t>на яблунях.&lt;br /&gt;</w:t>
        <w:br/>
        <w:t>Їх звали тоді&lt;br /&gt;</w:t>
        <w:br/>
        <w:t>Жар-Птицями.&lt;br /&gt;</w:t>
        <w:br/>
        <w:t>А коли Жар-Птиці&lt;br /&gt;</w:t>
        <w:br/>
        <w:t>щоліта&lt;br /&gt;</w:t>
        <w:br/>
        <w:t>летіли у вирій,&lt;br /&gt;</w:t>
        <w:br/>
        <w:t>то лишали на яблунях&lt;br /&gt;</w:t>
        <w:br/>
        <w:t>метеликів.&lt;br /&gt;</w:t>
        <w:br/>
        <w:t>І — уявляєте?! —&lt;br /&gt;</w:t>
        <w:br/>
        <w:t>тоді метелики&lt;br /&gt;</w:t>
        <w:br/>
        <w:t>завжди доживали&lt;br /&gt;</w:t>
        <w:br/>
        <w:t>до своєї&lt;br /&gt;</w:t>
        <w:br/>
        <w:t>старості!</w:t>
      </w:r>
    </w:p>
    <w:p>
      <w:r>
        <w:br/>
        <w:t>СИДЯТЬ ЯБЛУКА</w:t>
      </w:r>
    </w:p>
    <w:p>
      <w:r>
        <w:br/>
        <w:t>Отам, у траві травучій,&lt;br /&gt;</w:t>
        <w:br/>
        <w:t>сидять яблука.&lt;br /&gt;</w:t>
        <w:br/>
        <w:t>Їхні серденька-зернятка&lt;br /&gt;</w:t>
        <w:br/>
        <w:t>перестукуються,&lt;br /&gt;</w:t>
        <w:br/>
        <w:t>перегукуються:&lt;br /&gt;</w:t>
        <w:br/>
        <w:t>— Еге, холодно?&lt;br /&gt;</w:t>
        <w:br/>
        <w:t>— Еге, мокро?&lt;br /&gt;</w:t>
        <w:br/>
        <w:t>— Хто нас знайде?&lt;br /&gt;</w:t>
        <w:br/>
        <w:t>— Хто нас підніме?&lt;br /&gt;</w:t>
        <w:br/>
        <w:t>— Хто нас умиє?&lt;br /&gt;</w:t>
        <w:br/>
        <w:t>— Хто нас погладить?&lt;br /&gt;</w:t>
        <w:br/>
        <w:t>— А хто нас з’їсть?</w:t>
      </w:r>
    </w:p>
    <w:p>
      <w:r>
        <w:br/>
        <w:t>ВЕЛИКА ЗІРКА І МАНЮНЯ</w:t>
      </w:r>
    </w:p>
    <w:p>
      <w:r>
        <w:br/>
        <w:t>Велика Зірка до світанку&lt;br /&gt;</w:t>
        <w:br/>
        <w:t>дивиться&lt;br /&gt;</w:t>
        <w:br/>
        <w:t>у глибоке озеро,&lt;br /&gt;</w:t>
        <w:br/>
        <w:t>ніби в люстро.&lt;br /&gt;</w:t>
        <w:br/>
        <w:t>А її доня —&lt;br /&gt;</w:t>
        <w:br/>
        <w:t>Манюня Зіронька —&lt;br /&gt;</w:t>
        <w:br/>
        <w:t>минає галявки хмар,&lt;br /&gt;</w:t>
        <w:br/>
        <w:t>заглядає&lt;br /&gt;</w:t>
        <w:br/>
        <w:t>до мене у віконце&lt;br /&gt;</w:t>
        <w:br/>
        <w:t>й питає:&lt;br /&gt;</w:t>
        <w:br/>
        <w:t>— Чи гарна я?</w:t>
      </w:r>
    </w:p>
    <w:p>
      <w:r>
        <w:br/>
        <w:t>ГНІЗДО ВЕЧОРА</w:t>
      </w:r>
    </w:p>
    <w:p>
      <w:r>
        <w:br/>
        <w:t>У Вечора — гніздечко на тополі.&lt;br /&gt;</w:t>
        <w:br/>
        <w:t>Там цілий день сплять&lt;br /&gt;</w:t>
        <w:br/>
        <w:t>жовтоокі вечорята.&lt;br /&gt;</w:t>
        <w:br/>
        <w:t>А виспляться —&lt;br /&gt;</w:t>
        <w:br/>
        <w:t>то пурхають на небо&lt;br /&gt;</w:t>
        <w:br/>
        <w:t>і зіронькам світити помагають,&lt;br /&gt;</w:t>
        <w:br/>
        <w:t>бо очі в них —&lt;br /&gt;</w:t>
        <w:br/>
        <w:t>ліхтарики безсонні.&lt;br /&gt;</w:t>
        <w:br/>
        <w:t>Гніздо порожнє і холодне&lt;br /&gt;</w:t>
        <w:br/>
        <w:t>на тополі —&lt;br /&gt;</w:t>
        <w:br/>
        <w:t>то ще не повернулись&lt;br /&gt;</w:t>
        <w:br/>
        <w:t>вечорята.</w:t>
      </w:r>
    </w:p>
    <w:p>
      <w:r>
        <w:br/>
        <w:t>ЛІТО ВИЙШЛО НАДВІР</w:t>
      </w:r>
    </w:p>
    <w:p>
      <w:r>
        <w:br/>
        <w:t>— Алло? Це Літо?&lt;br /&gt;</w:t>
        <w:br/>
        <w:t>— Ні, — кажуть мені у слухавку.&lt;br /&gt;</w:t>
        <w:br/>
        <w:t>— Літо вийшло надвір.&lt;br /&gt;</w:t>
        <w:br/>
        <w:t>— А коли буде вдома? —&lt;br /&gt;</w:t>
        <w:br/>
        <w:t>допитуюсь я.&lt;br /&gt;</w:t>
        <w:br/>
        <w:t>— Не скоро,&lt;br /&gt;</w:t>
        <w:br/>
        <w:t>хіба що ввечері.&lt;br /&gt;</w:t>
        <w:br/>
        <w:t>А що йому передати?&lt;br /&gt;</w:t>
        <w:br/>
        <w:t>— Нічого, дякую.&lt;br /&gt;</w:t>
        <w:br/>
        <w:t>А де його можна знайти?&lt;br /&gt;</w:t>
        <w:br/>
        <w:t>— Біжи на сонячні луки, —&lt;br /&gt;</w:t>
        <w:br/>
        <w:t>кажуть мені у слухавку, —&lt;br /&gt;</w:t>
        <w:br/>
        <w:t>воно там цілий день&lt;br /&gt;</w:t>
        <w:br/>
        <w:t>дає метеликам уроки танців,&lt;br /&gt;</w:t>
        <w:br/>
        <w:t>пташкам — уроки співу,&lt;br /&gt;</w:t>
        <w:br/>
        <w:t>а квітів&lt;br /&gt;</w:t>
        <w:br/>
        <w:t>навчає чепуритися.</w:t>
      </w:r>
    </w:p>
    <w:p>
      <w:r>
        <w:br/>
        <w:t>РУДЕ ЛИСЕНЯ</w:t>
      </w:r>
    </w:p>
    <w:p>
      <w:r>
        <w:br/>
        <w:t>Літо у серпні схоже&lt;br /&gt;</w:t>
        <w:br/>
        <w:t>на руде лисеня —&lt;br /&gt;</w:t>
        <w:br/>
        <w:t>бігає лісом&lt;br /&gt;</w:t>
        <w:br/>
        <w:t>і нюхає спілу ожину.</w:t>
      </w:r>
    </w:p>
    <w:p>
      <w:r>
        <w:br/>
        <w:t>Або —&lt;br /&gt;</w:t>
        <w:br/>
        <w:t>приміряє капелюшка&lt;br /&gt;</w:t>
        <w:br/>
        <w:t>найбільшого мухомора&lt;br /&gt;</w:t>
        <w:br/>
        <w:t>й крадеться до лісового люстерка&lt;br /&gt;</w:t>
        <w:br/>
        <w:t>подивитися, чи личить.&lt;br /&gt;</w:t>
        <w:br/>
        <w:t>А як побачить, що личить,&lt;br /&gt;</w:t>
        <w:br/>
        <w:t>то посадить на капелюшок&lt;br /&gt;</w:t>
        <w:br/>
        <w:t>ще й метелика&lt;br /&gt;</w:t>
        <w:br/>
        <w:t>і тішиться тим доти,&lt;br /&gt;</w:t>
        <w:br/>
        <w:t>доки пробіжить мимо&lt;br /&gt;</w:t>
        <w:br/>
        <w:t>справжнє руде лисеня,&lt;br /&gt;</w:t>
        <w:br/>
        <w:t>зачепить хвостом капелюшка,&lt;br /&gt;</w:t>
        <w:br/>
        <w:t>змете з нього метелика&lt;br /&gt;</w:t>
        <w:br/>
        <w:t>і гайне стежкою&lt;br /&gt;</w:t>
        <w:br/>
        <w:t>просто в Осінь.</w:t>
      </w:r>
    </w:p>
    <w:p>
      <w:r>
        <w:br/>
        <w:t>ПОРА РОКУ ДОЩ</w:t>
      </w:r>
    </w:p>
    <w:p>
      <w:r>
        <w:br/>
        <w:t>Ця пора року&lt;br /&gt;</w:t>
        <w:br/>
        <w:t>називається Дощ.&lt;br /&gt;</w:t>
        <w:br/>
        <w:t>А та хмара зветься&lt;br /&gt;</w:t>
        <w:br/>
        <w:t>Бабега.&lt;br /&gt;</w:t>
        <w:br/>
        <w:t>Ти про це ніде&lt;br /&gt;</w:t>
        <w:br/>
        <w:t>не вичитаєш,&lt;br /&gt;</w:t>
        <w:br/>
        <w:t>бо нового підручника&lt;br /&gt;</w:t>
        <w:br/>
        <w:t>з природознавства&lt;br /&gt;</w:t>
        <w:br/>
        <w:t>ніхто ще не написав.</w:t>
      </w:r>
    </w:p>
    <w:p>
      <w:r>
        <w:br/>
        <w:t>ДЕРЕВО ПЛАЧЕ</w:t>
      </w:r>
    </w:p>
    <w:p>
      <w:r>
        <w:br/>
        <w:t>Дерево плаче тоді,&lt;br /&gt;</w:t>
        <w:br/>
        <w:t>коли падають холодні дощі&lt;br /&gt;</w:t>
        <w:br/>
        <w:t>і воно мерзне на протязі.</w:t>
      </w:r>
    </w:p>
    <w:p>
      <w:r>
        <w:br/>
        <w:t>Дерево плаче-плаче:&lt;br /&gt;</w:t>
        <w:br/>
        <w:t>немає на нім сухого рубчика,&lt;br /&gt;</w:t>
        <w:br/>
        <w:t>йому ні в що й перевдягнутися,&lt;br /&gt;</w:t>
        <w:br/>
        <w:t>бо Осінь йому —&lt;br /&gt;</w:t>
        <w:br/>
        <w:t>як мачуха,&lt;br /&gt;</w:t>
        <w:br/>
        <w:t>чисту сорочку дає раз на рік,&lt;br /&gt;</w:t>
        <w:br/>
        <w:t>та й то навесні.&lt;br /&gt;</w:t>
        <w:br/>
        <w:t>Пожалійте, холодні дощі, те дерево,&lt;br /&gt;</w:t>
        <w:br/>
        <w:t>що плаче.&lt;br /&gt;</w:t>
        <w:br/>
        <w:t>Не дайте йому в сльозах&lt;br /&gt;</w:t>
        <w:br/>
        <w:t>зустріти зиму.</w:t>
      </w:r>
    </w:p>
    <w:p>
      <w:r>
        <w:br/>
        <w:t>МОРОЗ УСІ КВІТИ ПЕРЕЦІЛУВАВ</w:t>
      </w:r>
    </w:p>
    <w:p>
      <w:r>
        <w:br/>
        <w:t>Айстра личко своє ніжне&lt;br /&gt;</w:t>
        <w:br/>
        <w:t>підставила красеню Морозу —&lt;br /&gt;</w:t>
        <w:br/>
        <w:t>а мо’, поцілує?</w:t>
      </w:r>
    </w:p>
    <w:p>
      <w:r>
        <w:br/>
        <w:t>Поцілував Мороз Айстру,&lt;br /&gt;</w:t>
        <w:br/>
        <w:t>аж похилила вона голівку&lt;br /&gt;</w:t>
        <w:br/>
        <w:t>до самого долу.</w:t>
      </w:r>
    </w:p>
    <w:p>
      <w:r>
        <w:br/>
        <w:t>Поки Мороз усі квіти перецілував,&lt;br /&gt;</w:t>
        <w:br/>
        <w:t>то лишився сам як палець —&lt;br /&gt;</w:t>
        <w:br/>
        <w:t>хто його пожаліє?</w:t>
      </w:r>
    </w:p>
    <w:p>
      <w:r>
        <w:br/>
        <w:t>Накинувся Мороз на дерева й будинки,&lt;br /&gt;</w:t>
        <w:br/>
        <w:t>а тоді — на високі хмари,&lt;br /&gt;</w:t>
        <w:br/>
        <w:t>та й ну їх трусити, мов груші.</w:t>
      </w:r>
    </w:p>
    <w:p>
      <w:r>
        <w:br/>
        <w:t>І навалило стільки снігу,&lt;br /&gt;</w:t>
        <w:br/>
        <w:t>що поховало геть усі квіти,&lt;br /&gt;</w:t>
        <w:br/>
        <w:t>які Мороз перецілував, —&lt;br /&gt;</w:t>
        <w:br/>
        <w:t>ніби ніколи нічого й не було.</w:t>
      </w:r>
    </w:p>
    <w:p>
      <w:r>
        <w:br/>
        <w:t>ЗИМА З ЛІТОМ СТРІЧАЮТЬСЯ</w:t>
      </w:r>
    </w:p>
    <w:p>
      <w:r>
        <w:br/>
        <w:t>Зима вбирала Землю&lt;br /&gt;</w:t>
        <w:br/>
        <w:t>лише у білу сукню.&lt;br /&gt;</w:t>
        <w:br/>
        <w:t>Знімай тепер білу сукню,&lt;br /&gt;</w:t>
        <w:br/>
        <w:t>Земле,&lt;br /&gt;</w:t>
        <w:br/>
        <w:t>вбирайся в зелену —&lt;br /&gt;</w:t>
        <w:br/>
        <w:t>бачиш:&lt;br /&gt;</w:t>
        <w:br/>
        <w:t>Зима з Літом стрічаються.&lt;br /&gt;</w:t>
        <w:br/>
        <w:t>Нехай твоя біла сукня&lt;br /&gt;</w:t>
        <w:br/>
        <w:t>провітрюється на хмарах білих&lt;br /&gt;</w:t>
        <w:br/>
        <w:t>до нових снігів.&lt;br /&gt;</w:t>
        <w:br/>
        <w:t>Нехай стара баба Зима&lt;br /&gt;</w:t>
        <w:br/>
        <w:t>сидить собі на печі&lt;br /&gt;</w:t>
        <w:br/>
        <w:t>та наминає свої льодяники,&lt;br /&gt;</w:t>
        <w:br/>
        <w:t>так як я маківники,&lt;br /&gt;</w:t>
        <w:br/>
        <w:t>а панна Літо тим часом&lt;br /&gt;</w:t>
        <w:br/>
        <w:t>сплете собі віночок&lt;br /&gt;</w:t>
        <w:br/>
        <w:t>із підсніжків,&lt;br /&gt;</w:t>
        <w:br/>
        <w:t>пролісків&lt;br /&gt;</w:t>
        <w:br/>
        <w:t>і рясту.&lt;br /&gt;</w:t>
        <w:br/>
        <w:t>Той віночок дуже личитиме&lt;br /&gt;</w:t>
        <w:br/>
        <w:t>до твоєї зеленої сукні,&lt;br /&gt;</w:t>
        <w:br/>
        <w:t>Земле!</w:t>
      </w:r>
    </w:p>
    <w:p>
      <w:r>
        <w:br/>
        <w:t>КНЯЗІВНА НА ВЕСНУ</w:t>
      </w:r>
    </w:p>
    <w:p>
      <w:r>
        <w:br/>
        <w:t>Кульбабка з самого ранечку&lt;br /&gt;</w:t>
        <w:br/>
        <w:t>старається&lt;br /&gt;</w:t>
        <w:br/>
        <w:t>пригарнити наш двір.&lt;br /&gt;</w:t>
        <w:br/>
        <w:t>Оберімо її князівною&lt;br /&gt;</w:t>
        <w:br/>
        <w:t>на цілу весну!</w:t>
      </w:r>
    </w:p>
    <w:p>
      <w:r>
        <w:br/>
        <w:t>ВЕЛИКІ ЛЮСТРА</w:t>
      </w:r>
    </w:p>
    <w:p>
      <w:r>
        <w:br/>
        <w:t>Сидить собі мурашка,&lt;br /&gt;</w:t>
        <w:br/>
        <w:t>не зводить погляду з роси&lt;br /&gt;</w:t>
        <w:br/>
        <w:t>й радіє,&lt;br /&gt;</w:t>
        <w:br/>
        <w:t>що ще є на світі&lt;br /&gt;</w:t>
        <w:br/>
        <w:t>такі великі люстра.</w:t>
      </w:r>
    </w:p>
    <w:p>
      <w:r>
        <w:br/>
        <w:t>СТАЛА ОСІНЬ</w:t>
      </w:r>
    </w:p>
    <w:p>
      <w:r>
        <w:br/>
        <w:t>Стала Осінь,&lt;br /&gt;</w:t>
        <w:br/>
        <w:t>прислухається:&lt;br /&gt;</w:t>
        <w:br/>
        <w:t>то хто&lt;br /&gt;</w:t>
        <w:br/>
        <w:t>гіллячкою сухою&lt;br /&gt;</w:t>
        <w:br/>
        <w:t>тишу проколов?</w:t>
      </w:r>
    </w:p>
    <w:p>
      <w:r>
        <w:br/>
        <w:t>ВЕЧІР</w:t>
      </w:r>
    </w:p>
    <w:p>
      <w:r>
        <w:br/>
        <w:t>Вечір —&lt;br /&gt;</w:t>
        <w:br/>
        <w:t>це чорнобривець,&lt;br /&gt;</w:t>
        <w:br/>
        <w:t>що й при місяці&lt;br /&gt;</w:t>
        <w:br/>
        <w:t>ще пахне сонцем.</w:t>
      </w:r>
    </w:p>
    <w:p>
      <w:r>
        <w:br/>
        <w:t>НІЧ НЕ ЗАБЛУКАЄ</w:t>
      </w:r>
    </w:p>
    <w:p>
      <w:r>
        <w:br/>
        <w:t>Ніч сьогодні не заблукає —&lt;br /&gt;</w:t>
        <w:br/>
        <w:t>вона ходить із місяцем-&lt;br /&gt;</w:t>
        <w:br/>
        <w:t>ліхтарем.&lt;br /&gt;</w:t>
        <w:br/>
        <w:t>А зірки присвічують вербам&lt;br /&gt;</w:t>
        <w:br/>
        <w:t>дорогу до річки.</w:t>
      </w:r>
    </w:p>
    <w:p>
      <w:r>
        <w:br/>
        <w:t>ПИТАННЯ</w:t>
      </w:r>
    </w:p>
    <w:p>
      <w:r>
        <w:br/>
        <w:t>— Що в тебе болить,&lt;br /&gt;</w:t>
        <w:br/>
        <w:t>яблунько?&lt;br /&gt;</w:t>
        <w:br/>
        <w:t>— А... нічого...&lt;br /&gt;</w:t>
        <w:br/>
        <w:t>Тільки оцей листочок,&lt;br /&gt;</w:t>
        <w:br/>
        <w:t>що не хоче падати.</w:t>
      </w:r>
    </w:p>
    <w:p>
      <w:r>
        <w:br/>
        <w:t>ЛЕЛЕКА БОЇТЬСЯ</w:t>
      </w:r>
    </w:p>
    <w:p>
      <w:r>
        <w:br/>
        <w:t>— Що тобі снилося,&lt;br /&gt;</w:t>
        <w:br/>
        <w:t>брате лелеко?&lt;br /&gt;</w:t>
        <w:br/>
        <w:t>— Снилося, що вирію немає,&lt;br /&gt;</w:t>
        <w:br/>
        <w:t>що вже вдома —&lt;br /&gt;</w:t>
        <w:br/>
        <w:t>як у вирію.</w:t>
      </w:r>
    </w:p>
    <w:p>
      <w:r>
        <w:br/>
        <w:t>ЗИМА ПОШКОДУВАЛА</w:t>
      </w:r>
    </w:p>
    <w:p>
      <w:r>
        <w:br/>
        <w:t>Зима вернулася&lt;br /&gt;</w:t>
        <w:br/>
        <w:t>і враз пошкодувала:&lt;br /&gt;</w:t>
        <w:br/>
        <w:t>прийти прийшла,&lt;br /&gt;</w:t>
        <w:br/>
        <w:t>але ж ніхто&lt;br /&gt;</w:t>
        <w:br/>
        <w:t>не жде!</w:t>
      </w:r>
    </w:p>
    <w:p>
      <w:r>
        <w:br/>
        <w:t>ДОЩ НОГИ ПРОСТЯГНУВ</w:t>
      </w:r>
    </w:p>
    <w:p>
      <w:r>
        <w:br/>
        <w:t>Стомився Дощ&lt;br /&gt;</w:t>
        <w:br/>
        <w:t>і сів у нас на ґанку,&lt;br /&gt;</w:t>
        <w:br/>
        <w:t>а свої довгі ноги&lt;br /&gt;</w:t>
        <w:br/>
        <w:t>аж до Єгипту, мабуть,&lt;br /&gt;</w:t>
        <w:br/>
        <w:t>простягнув.</w:t>
      </w:r>
    </w:p>
    <w:p>
      <w:r>
        <w:br/>
        <w:t>НЕБОМОВА</w:t>
      </w:r>
    </w:p>
    <w:p>
      <w:r>
        <w:br/>
        <w:t>Небо вміє говорити.&lt;br /&gt;</w:t>
        <w:br/>
        <w:t>Його мова —&lt;br /&gt;</w:t>
        <w:br/>
        <w:t>жайворонки,&lt;br /&gt;</w:t>
        <w:br/>
        <w:t>соловейки,&lt;br /&gt;</w:t>
        <w:br/>
        <w:t>лелеки,&lt;br /&gt;</w:t>
        <w:br/>
        <w:t>журавлі,&lt;br /&gt;</w:t>
        <w:br/>
        <w:t>ворони,&lt;br /&gt;</w:t>
        <w:br/>
        <w:t>граки,&lt;br /&gt;</w:t>
        <w:br/>
        <w:t>голуби...&lt;br /&gt;</w:t>
        <w:br/>
        <w:t>Хіба можна перелічити всі мови,&lt;br /&gt;</w:t>
        <w:br/>
        <w:t>які знає небо?!</w:t>
      </w:r>
    </w:p>
    <w:p>
      <w:r>
        <w:br/>
        <w:t>ЧОВЕН НАВЕСНІ</w:t>
      </w:r>
    </w:p>
    <w:p>
      <w:r>
        <w:br/>
        <w:t>Човен вигріває спину&lt;br /&gt;</w:t>
        <w:br/>
        <w:t>проти сонця і марить,&lt;br /&gt;</w:t>
        <w:br/>
        <w:t>ніби хвилі й хвиленята&lt;br /&gt;</w:t>
        <w:br/>
        <w:t>лоскочуть йому боки&lt;br /&gt;</w:t>
        <w:br/>
        <w:t>і сміються.</w:t>
      </w:r>
    </w:p>
    <w:p>
      <w:r>
        <w:br/>
        <w:t>ДВА РОКИ ПОСПІЛЬ</w:t>
      </w:r>
    </w:p>
    <w:p>
      <w:r>
        <w:br/>
        <w:t>Два роки поспіль&lt;br /&gt;</w:t>
        <w:br/>
        <w:t>наш приблуда-кіт&lt;br /&gt;</w:t>
        <w:br/>
        <w:t>жив на дві хати.&lt;br /&gt;</w:t>
        <w:br/>
        <w:t>Йому позаздрив би&lt;br /&gt;</w:t>
        <w:br/>
        <w:t>і сам Пан Коцький.</w:t>
      </w:r>
    </w:p>
    <w:p>
      <w:r>
        <w:br/>
        <w:t>ВСІМ ВИДНО ЯБЛУЧКО</w:t>
      </w:r>
    </w:p>
    <w:p>
      <w:r>
        <w:br/>
        <w:t>Вітер зірвав із яблуні&lt;br /&gt;</w:t>
        <w:br/>
        <w:t>найспіліше яблучко,&lt;br /&gt;</w:t>
        <w:br/>
        <w:t>сів собі на моріжку&lt;br /&gt;</w:t>
        <w:br/>
        <w:t>та й бавиться.</w:t>
      </w:r>
    </w:p>
    <w:p>
      <w:r>
        <w:br/>
        <w:t>Всім видно яблучко,&lt;br /&gt;</w:t>
        <w:br/>
        <w:t>а я бачу Вітра.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Жар-птиці на яблунях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