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Жайворонкові пісні</w:t>
      </w:r>
    </w:p>
    <w:p>
      <w:r>
        <w:br/>
        <w:t xml:space="preserve"> &lt;p&gt;Цікаво, де живуть жайворонкові пісні? Жайворонкова пісня живе у весняному степу, на зеленому роздоллі, й жайворонок ніколи не розлучається з нею. Коли спить уночі біля сірої грудки землі, то й пісня спить разом із натомленою пташкою. Жайворонок оберігає її від холодного вітру, від студеної роси, оберігав від дощу, бо пісня — то найдорожче, що в нього є, то душа пташина. І, ще до сходу сонця пробудившись, жайворонок на прудких крилах підносить свою щиру пісню у блакитне привілля небес.</w:t>
      </w:r>
    </w:p>
    <w:p>
      <w:r>
        <w:br/>
        <w:t>Бо живе на світі жайворонок заради своєї пісні. Ось вона дзвенить над степом, і кожне її колінце напоєне світлом, пронизане радістю. А поблизу звучить пісня другого жайворонка, третього, лунає безліч пісень, і здається, що їхні звуки спадають на землю чистими перлами. Спадають у родючий чорнозем перлами, а з них оце повиростали і виростають рясні сходи жита, пшениці, трави по лугах, квіти по байраках. І чим завзятіше співають жайворонки, тим дружніше колосяться ниви.</w:t>
      </w:r>
    </w:p>
    <w:p>
      <w:r>
        <w:br/>
        <w:t>Ось тут, біля степової кринички, де навесні впав разок жайворонкової пісні, зацвів-задимів ніжними рожевими квітами бузьків огонь.</w:t>
      </w:r>
    </w:p>
    <w:p>
      <w:r>
        <w:br/>
        <w:t>А побіля старого дуба, що височіє на сільській околиці, синіми пелюстками сміються й сміються фіалки.</w:t>
      </w:r>
    </w:p>
    <w:p>
      <w:r>
        <w:br/>
        <w:t>Уздовж дороги, що стелиться поміж озимини, теж упали разки жайворонкових пісень, проросли трепетними сокирками — скільки їх сяє, скільки мерехтить!</w:t>
      </w:r>
    </w:p>
    <w:p>
      <w:r>
        <w:br/>
        <w:t>Якби не водилось жайворонків, то, мабуть, земля ніколи б не була така прекрасна!</w:t>
      </w:r>
    </w:p>
    <w:p>
      <w:r>
        <w:br/>
        <w:t>А восени жайворонки зі своїми чудотворними піснями відлітають до вирію. Сиротіють без них степи й небеса, сиротіють людські душі.</w:t>
      </w:r>
    </w:p>
    <w:p>
      <w:r>
        <w:br/>
        <w:t>Зима, білі сніги, метуть хурделиці, січе пороша, від морозу лунко тріскається лід на річці. Де забарилась весна, чому не квапиться в рідні краї?</w:t>
      </w:r>
    </w:p>
    <w:p>
      <w:r>
        <w:br/>
        <w:t>Та ось повернулась із вирію весна, а з нею повернулись додому й жайворонки. Прилетіли не самі, а разом із своїми піснями. Бо пісні жайворонкові на чужині скучали за нашими степами, за привіллям. Ось вони злетіли в піднебесся і зазвучали — одна, друга, третя! Безліч пісень зазвучало над рідною землею, і їхні звуки, напоєні сонцем, пронизані радістю, посіялись додолу, впали на родючий грунт. І з того посіву зійшло, зазеленіло, забуяло, заквітло — від обрію до обрію!</w:t>
      </w:r>
    </w:p>
    <w:p>
      <w:r>
        <w:br/>
        <w:t>Ось тут жайворонки посіяли рясну пшеницю, тут із їхніх пісень проросло жито, а ген із чарівних пташиних звуків зазеленіла лугова м'ята, запахло чебрецем, засивіло полином. Сіються над землею жайворонкові пісні, віщуючи врожай і достаток</w:t>
      </w:r>
    </w:p>
    <w:p>
      <w:r>
        <w:br/>
        <w:t>Така, здається, непримітна сіра пташка, а здатна оновити світ своїми піснями!</w:t>
      </w:r>
    </w:p>
    <w:p>
      <w:r>
        <w:br/>
        <w:t>Співай, щасливий жайворонку, над степами у піднебессі!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Жайворонкові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