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Жайворонкові джерела</w:t>
      </w:r>
    </w:p>
    <w:p>
      <w:r>
        <w:br/>
        <w:t xml:space="preserve"> &lt;p&gt;Хто не встає рано, губить найкраще з скарбниці дня — першу ясність. Привітання Боже через сонце.</w:t>
      </w:r>
    </w:p>
    <w:p>
      <w:r>
        <w:br/>
        <w:t>Не всі чують його — не всі бачать. Не хочуть! Не відповідають...</w:t>
      </w:r>
    </w:p>
    <w:p>
      <w:r>
        <w:br/>
        <w:t>Пташки продзвенять, і вся відповідь.</w:t>
      </w:r>
    </w:p>
    <w:p>
      <w:r>
        <w:br/>
        <w:t>А ще: погляне душа з надсвіття, — нема вбогої чорноти, що ми бачимо! листок, відпавши з дерева, зотлів на розмоклому ґрунті: він теж, як все, з часточок незліченної світучости.</w:t>
      </w:r>
    </w:p>
    <w:p>
      <w:r>
        <w:br/>
        <w:t>Творець знає і наш зір. Ридає з нами, якщо горе.</w:t>
      </w:r>
    </w:p>
    <w:p>
      <w:r>
        <w:br/>
        <w:t>Закони поклав при творенні: розвиватись, до призначеного доцвітаючи, як світло.</w:t>
      </w:r>
    </w:p>
    <w:p>
      <w:r>
        <w:br/>
        <w:t>Якби боролись проти чорного в душі!., але йдемо через найлегше, — мертве перекотиполе.</w:t>
      </w:r>
    </w:p>
    <w:p>
      <w:r>
        <w:br/>
        <w:t>Окремо ряд праведників: пройшли, зло подужали. Вітаються — небо з ними говорить.</w:t>
      </w:r>
    </w:p>
    <w:p>
      <w:r>
        <w:br/>
        <w:t>Птахи славлять знаки світла, гарніші від скрипок.</w:t>
      </w:r>
    </w:p>
    <w:p>
      <w:r>
        <w:br/>
        <w:t>Світанку наш! як шкода: тратимо зміст, що в тобі — в трояндній краплі.</w:t>
      </w:r>
    </w:p>
    <w:p>
      <w:r>
        <w:br/>
        <w:t>* * #</w:t>
      </w:r>
    </w:p>
    <w:p>
      <w:r>
        <w:br/>
        <w:t>... Знову світить — гарне! дитя золоте — приміряє, граючись, корону, що Богові належить. Пальчиками орлові крила торкає. Світить: уявити не можна, якщо саме в цю мить не бачиш.</w:t>
      </w:r>
    </w:p>
    <w:p>
      <w:r>
        <w:br/>
        <w:t>Дивуюсь! незміренним дивом, — як збудовано...</w:t>
      </w:r>
    </w:p>
    <w:p>
      <w:r>
        <w:br/>
        <w:t>Щодня світить.</w:t>
      </w:r>
    </w:p>
    <w:p>
      <w:r>
        <w:br/>
        <w:t>Декотрі засміються сухо, наче камінець об камінець: "бач, причинний, дивно йому, що сонце щодня сходить."</w:t>
      </w:r>
    </w:p>
    <w:p>
      <w:r>
        <w:br/>
        <w:t>А от — що з собою зроблю?</w:t>
      </w:r>
    </w:p>
    <w:p>
      <w:r>
        <w:br/>
        <w:t>Гадаю: так дивно, мабуть з людством... тепер все в ньому перевернулось, мов з надрів духовної плянети</w:t>
      </w:r>
    </w:p>
    <w:p>
      <w:r>
        <w:br/>
        <w:t>життя його: вибухнуло, розбило тоненьку корочку, потріскану, нитками фарисейства зшиту.</w:t>
      </w:r>
    </w:p>
    <w:p>
      <w:r>
        <w:br/>
        <w:t>Були величезні праведники — їх постріляно, повішено.</w:t>
      </w:r>
    </w:p>
    <w:p>
      <w:r>
        <w:br/>
        <w:t>"Праведникам жити заборонено!" — таблиця почеплена проти сонця. І ніхто не дивується.</w:t>
      </w:r>
    </w:p>
    <w:p>
      <w:r>
        <w:br/>
        <w:t>* * *</w:t>
      </w:r>
    </w:p>
    <w:p>
      <w:r>
        <w:br/>
        <w:t>Справді, як це: в безконечній поверхні з'явився ти на дрібну хвилю. Човен на океані — твоє існування, ні! порошинка на веслі...</w:t>
      </w:r>
    </w:p>
    <w:p>
      <w:r>
        <w:br/>
        <w:t>Все — перед очима, бо сонце.</w:t>
      </w:r>
    </w:p>
    <w:p>
      <w:r>
        <w:br/>
        <w:t>Ниви просять: радій з нами! До квітки, що, карма-зинна, зубчастий келех підносить, скажи: "гарна."</w:t>
      </w:r>
    </w:p>
    <w:p>
      <w:r>
        <w:br/>
        <w:t>Гай шуми громадить. Поки згасне ґнотик дня і притча відпалахкотить на хмарах. Тоді місяць бере вінчик на варту; призначений.</w:t>
      </w:r>
    </w:p>
    <w:p>
      <w:r>
        <w:br/>
        <w:t>Одна сторінка вдень розкрита: соняшні літери; друга вночі: місячні... зірки переглядаються.</w:t>
      </w:r>
    </w:p>
    <w:p>
      <w:r>
        <w:br/>
        <w:t>Бездонний зміст; але не знаєм ні граматики, ні словника, що — життя говорить.</w:t>
      </w:r>
    </w:p>
    <w:p>
      <w:r>
        <w:br/>
        <w:t>Обложило небо. В чорноті провалюється вага — гуркіт несвітський; блиск шаблями біга.</w:t>
      </w:r>
    </w:p>
    <w:p>
      <w:r>
        <w:br/>
        <w:t>Сідаю під рокитою, закриваю від дощу обличчя.</w:t>
      </w:r>
    </w:p>
    <w:p>
      <w:r>
        <w:br/>
        <w:t>Невесела, річко! Мов на С2рці в мене: в глибині.</w:t>
      </w:r>
    </w:p>
    <w:p>
      <w:r>
        <w:br/>
        <w:t>Знов чвари; знов заздрість навкруги гільчастим жалом чорніє; сичить.</w:t>
      </w:r>
    </w:p>
    <w:p>
      <w:r>
        <w:br/>
        <w:t>Що я їм? Заважаю чи що... Беріть лаври! З галузками, з корінням, з листям — жужма беріть! Я ж наодинці завжди. І кожноіму: перший поклонюсь.</w:t>
      </w:r>
    </w:p>
    <w:p>
      <w:r>
        <w:br/>
        <w:t>Поверхня від дощинок геометрично вимережилась неперечислимістю.</w:t>
      </w:r>
    </w:p>
    <w:p>
      <w:r>
        <w:br/>
        <w:t>Птаство піднімає голос.</w:t>
      </w:r>
    </w:p>
    <w:p>
      <w:r>
        <w:br/>
        <w:t>Бузок розгорівся — світлий, як церква.</w:t>
      </w:r>
    </w:p>
    <w:p>
      <w:r>
        <w:br/>
        <w:t>* * *</w:t>
      </w:r>
    </w:p>
    <w:p>
      <w:r>
        <w:br/>
        <w:t>Я смертельно втомився.</w:t>
      </w:r>
    </w:p>
    <w:p>
      <w:r>
        <w:br/>
        <w:t>Ліг аж на горі; недалеко перехрестя, — трава, вітер бурхає.</w:t>
      </w:r>
    </w:p>
    <w:p>
      <w:r>
        <w:br/>
        <w:t>Джміль шукає гнізда, і жайворонки щебет розсипають над колоссягм, подібним до дитячих кучерів; полинули родиною пити від джерел.</w:t>
      </w:r>
    </w:p>
    <w:p>
      <w:r>
        <w:br/>
        <w:t>Між горбами річка, внизу двобаштний собор — сіре видіння над дзеркалом, стрілками молитву тче.</w:t>
      </w:r>
    </w:p>
    <w:p>
      <w:r>
        <w:br/>
        <w:t>При дорозі дерев'ячко: абсолютно рожеве!</w:t>
      </w:r>
    </w:p>
    <w:p>
      <w:r>
        <w:br/>
        <w:t>А онде, на схилі — друге... безлисте, блискуче, як ворон, мрг на ріллі, в трунастій вижолобині. Свічник на панахиді. Привид пекла.</w:t>
      </w:r>
    </w:p>
    <w:p>
      <w:r>
        <w:br/>
        <w:t>Страшно.</w:t>
      </w:r>
    </w:p>
    <w:p>
      <w:r>
        <w:br/>
        <w:t>Я смертельно втомився; в Бога благаю сил для душі, що й дереву дані.</w:t>
      </w:r>
    </w:p>
    <w:p>
      <w:r>
        <w:br/>
        <w:t>Від перехрестя рвачко криллям кидається вітер! бурхає.</w:t>
      </w:r>
    </w:p>
    <w:p>
      <w:r>
        <w:br/>
        <w:t>Чую: далі піду.</w:t>
      </w:r>
    </w:p>
    <w:p>
      <w:r>
        <w:br/>
        <w:t>* * *</w:t>
      </w:r>
    </w:p>
    <w:p>
      <w:r>
        <w:br/>
        <w:t>... В траві рожева бризка і торішня павутина понад ріллею. Туман — серпанок по долині, заставленій вербами... Розкинувсь по горбах сад; груші (білі!) палають. Синичка нікого не боїться.</w:t>
      </w:r>
    </w:p>
    <w:p>
      <w:r>
        <w:br/>
        <w:t>— храм! забуто печалі й зідхання — видужуй душею.</w:t>
      </w:r>
    </w:p>
    <w:p>
      <w:r>
        <w:br/>
        <w:t>Як дз гризуться, не відають, що втрачають.</w:t>
      </w:r>
    </w:p>
    <w:p>
      <w:r>
        <w:br/>
        <w:t>* * *</w:t>
      </w:r>
    </w:p>
    <w:p>
      <w:r>
        <w:br/>
        <w:t>Листочки — зелений туман! в'ються. Кришталізує початок літо.</w:t>
      </w:r>
    </w:p>
    <w:p>
      <w:r>
        <w:br/>
        <w:t>Сховавшись між гілками і хмарою, одна каскадами кидає щебет: від найтоншого золота до діямантового свищика.</w:t>
      </w:r>
    </w:p>
    <w:p>
      <w:r>
        <w:br/>
        <w:t>Скромна; а екстази повно в серці. Як стриматись?</w:t>
      </w:r>
    </w:p>
    <w:p>
      <w:r>
        <w:br/>
        <w:t>Само ж сонце купається! Бризкає, висвічує очима, в потоках зорі денні. І діти заводять веселої, мов соняшник.</w:t>
      </w:r>
    </w:p>
    <w:p>
      <w:r>
        <w:br/>
        <w:t>Вертаючись, фіялки стрінув, коло джерел — чи вони загублені? — такі випадкові.</w:t>
      </w:r>
    </w:p>
    <w:p>
      <w:r>
        <w:br/>
        <w:t>Ні, на межі народжені: "придивись!" каже серце. Схиляють на ниточках барву, тендітно виткану — золотиста зіничка всередині.</w:t>
      </w:r>
    </w:p>
    <w:p>
      <w:r>
        <w:br/>
        <w:t>Проходжу понад ланом пшениці, згадуючи небо.</w:t>
      </w:r>
    </w:p>
    <w:p>
      <w:r>
        <w:br/>
        <w:t>"І* 5§С</w:t>
      </w:r>
    </w:p>
    <w:p>
      <w:r>
        <w:br/>
        <w:t>Дерево, ще вчора чорне, ніби змій, сьогодні обкину-лось білозірним цвітом:.</w:t>
      </w:r>
    </w:p>
    <w:p>
      <w:r>
        <w:br/>
        <w:t>Світляний1 океан; на дні — то нива молода, то чер-воночорна ;рілля. Ллється бальзам: від недуги; жайворонкової1-краси додано, джмелевої,:, галузчиної.</w:t>
      </w:r>
    </w:p>
    <w:p>
      <w:r>
        <w:br/>
        <w:t>Голубів послано — туррк... рк... оу, вуркочуть, кличуть до бзрега.</w:t>
      </w:r>
    </w:p>
    <w:p>
      <w:r>
        <w:br/>
        <w:t>Подивишся на терен: нащо вже злий! а й він до сонця пучками знаки подає, ляскається по-дитячому: "хочу процвісти!"</w:t>
      </w:r>
    </w:p>
    <w:p>
      <w:r>
        <w:br/>
        <w:t>Жайворон пересипає жемчужини.</w:t>
      </w:r>
    </w:p>
    <w:p>
      <w:r>
        <w:br/>
        <w:t>Про річку й казати нічого: ловить зірки на рінистих спадах.</w:t>
      </w:r>
    </w:p>
    <w:p>
      <w:r>
        <w:br/>
        <w:t>Дитя до берега; вінок, черевички, панчішки, платтячко, — білі, найянголиніший образ на зелені земній.</w:t>
      </w:r>
    </w:p>
    <w:p>
      <w:r>
        <w:br/>
        <w:t>* * *</w:t>
      </w:r>
    </w:p>
    <w:p>
      <w:r>
        <w:br/>
        <w:t>Сонце рікою йде, ясність — як в соборі.</w:t>
      </w:r>
    </w:p>
    <w:p>
      <w:r>
        <w:br/>
        <w:t>Жайворон розсіває. Сірими крильцями тріпоче; покликано його! Щебет тонкий, що й промінчики зірок з ікони.</w:t>
      </w:r>
    </w:p>
    <w:p>
      <w:r>
        <w:br/>
        <w:t>Коли я на гору піднявсь, високо! став, наче сліпий: в жайворонковому сяйві.</w:t>
      </w:r>
    </w:p>
    <w:p>
      <w:r>
        <w:br/>
        <w:t>Немає височини над небо.</w:t>
      </w:r>
    </w:p>
    <w:p>
      <w:r>
        <w:br/>
        <w:t>Хай би стереглись деспоти: перебуде блакить, дихне морозом, і вони пропадуть.</w:t>
      </w:r>
    </w:p>
    <w:p>
      <w:r>
        <w:br/>
        <w:t>їм би тихо з-під трави шелестіти, не зводити голосу,— знак приречення палахкотить.</w:t>
      </w:r>
    </w:p>
    <w:p>
      <w:r>
        <w:br/>
        <w:t>Не буде хліва і загону вселенського, що городять,— нг буде. Небо вйдужниться, лінза світлова зосередить могутність на порошинці: схопиться полум'ям гніздо лукавого під баштами, а сам він...</w:t>
      </w:r>
    </w:p>
    <w:p>
      <w:r>
        <w:br/>
        <w:t>Горе тому, хто в'є налигач на сили безсмертного серця.</w:t>
      </w:r>
    </w:p>
    <w:p>
      <w:r>
        <w:br/>
        <w:t>* * *</w:t>
      </w:r>
    </w:p>
    <w:p>
      <w:r>
        <w:br/>
        <w:t>Дах півнеба — в місяці. Зірка переливається; а другі непорушні. Наче в— скрипці, симетрія в сузір'ї, чи — веретено, коли прядуть.</w:t>
      </w:r>
    </w:p>
    <w:p>
      <w:r>
        <w:br/>
        <w:t>Барвних додана для ріжноманітности. Значення. Краси.</w:t>
      </w:r>
    </w:p>
    <w:p>
      <w:r>
        <w:br/>
        <w:t>Поема Божа і в ній закон, ясний, але і таємничий! як в сонці.</w:t>
      </w:r>
    </w:p>
    <w:p>
      <w:r>
        <w:br/>
        <w:t>Свідчення, що має золотий зміст, засвічене навіки. Краплю по краплі, в душу прийматимем злагоду, записану в слові з світил вечірніх.</w:t>
      </w:r>
    </w:p>
    <w:p>
      <w:r>
        <w:br/>
        <w:t>Перетока внизу —дукачі в дочки царя річкового; Орудування перетопленого перламутру по лускатих плечах.</w:t>
      </w:r>
    </w:p>
    <w:p>
      <w:r>
        <w:br/>
        <w:t>Переходять діти через сіяння.</w:t>
      </w:r>
    </w:p>
    <w:p>
      <w:r>
        <w:br/>
        <w:t>Знаю (бо сам переходив), нічого звідти не видно, — звичайна вода. А звідси ось: чудо світучости!</w:t>
      </w:r>
    </w:p>
    <w:p>
      <w:r>
        <w:br/>
        <w:t>Здається, так буває в житті... переходимо течію — буденна картина. Вода без сяйва, хоч і чиста.</w:t>
      </w:r>
    </w:p>
    <w:p>
      <w:r>
        <w:br/>
        <w:t>А зійди нагору, поглянь — диво! окраса з окрас прекрасних.</w:t>
      </w:r>
    </w:p>
    <w:p>
      <w:r>
        <w:br/>
        <w:t>Не вірю, коли кажуть: "давайте, без містики! навіщо віра в чудо? ми реалісти."</w:t>
      </w:r>
    </w:p>
    <w:p>
      <w:r>
        <w:br/>
        <w:t>Чи ви не діти, ідо переходять по перетоках? Самі собі все збіднюєте.</w:t>
      </w:r>
    </w:p>
    <w:p>
      <w:r>
        <w:br/>
        <w:t>Життьова річка, з джерела — до моря. Мелодія сонця: звичайно, для некамінних.</w:t>
      </w:r>
    </w:p>
    <w:p>
      <w:r>
        <w:br/>
        <w:t>* * *</w:t>
      </w:r>
    </w:p>
    <w:p>
      <w:r>
        <w:br/>
        <w:t>Я — немаєтний! і місця робочого немає. Дістаю світлицю: не зрівняють.ся мармурові палати в палацах.</w:t>
      </w:r>
    </w:p>
    <w:p>
      <w:r>
        <w:br/>
        <w:t>Лямпа могутня — володіє життям; троянду воскрешає.</w:t>
      </w:r>
    </w:p>
    <w:p>
      <w:r>
        <w:br/>
        <w:t>Картини по стінах!., он труд намальовано: грабарі пісок беруть і кран повертає журав'ячу шию; он отара: пес підганя неслухняних, "чи так я роблю?" господаря поглядом питає; он матінка і дитя, що тільки-тільки почало ходити в пурпуровій льолі: схиляється і потік торкає, чи справжній? он закохані голубляться, при жоржинах стоячи, шепчуть, а що, це всі знають; он книжку хтось читає; он бабуся миє сороченятко.</w:t>
      </w:r>
    </w:p>
    <w:p>
      <w:r>
        <w:br/>
        <w:t>Музична розрада: концерт щебетучий! На вишині, в покутті голубому-голубиному, ікони, вірніш — непізнані через їхню велич і святість, відсвіти від образів Творця і всіх могутностей неба.</w:t>
      </w:r>
    </w:p>
    <w:p>
      <w:r>
        <w:br/>
        <w:t>Така світлиця, — чи зрівняються палати?..</w:t>
      </w:r>
    </w:p>
    <w:p>
      <w:r>
        <w:br/>
        <w:t>Чую: пісня з роси розкривається маківкою в високу вічність світла.</w:t>
      </w:r>
    </w:p>
    <w:p>
      <w:r>
        <w:br/>
        <w:t>Записуй та кажи спасибі!</w:t>
      </w:r>
    </w:p>
    <w:p>
      <w:r>
        <w:br/>
        <w:t>* * *</w:t>
      </w:r>
    </w:p>
    <w:p>
      <w:r>
        <w:br/>
        <w:t>Від проміння шкіра злазить на плечі; а холодно — вітер і річка.</w:t>
      </w:r>
    </w:p>
    <w:p>
      <w:r>
        <w:br/>
        <w:t>Уявляю: шляхетні мечники вийшли з давнини, над-біднили надто заможних, надбагатили надто вбогих.</w:t>
      </w:r>
    </w:p>
    <w:p>
      <w:r>
        <w:br/>
        <w:t>То, навіть від справедливого, але все ж насильства, нації перевернуться в жебраків, а горлоріз — зверху.</w:t>
      </w:r>
    </w:p>
    <w:p>
      <w:r>
        <w:br/>
        <w:t>Ящірка проз лікоть прокралась.</w:t>
      </w:r>
    </w:p>
    <w:p>
      <w:r>
        <w:br/>
        <w:t>Хвіст відбито; нерівний біг. Під пащекою і на чер,ев-ці яснозелена, спинкою темнобрунаста, цяточки вподовж. Витончена мережка по боках, мов давній орнамент.</w:t>
      </w:r>
    </w:p>
    <w:p>
      <w:r>
        <w:br/>
        <w:t>Багато всякого! муравч мандрують чергз доріжку, лізуть на коліно, кусаються. Оси дрібні, ненабагато більші від мурав'їв. Зате, як розхмарило (білі черепахи розпливлися від сонця!), тоді — літак: колосальний, "надфортеця". Гуркіт, ніби потяг в небі.</w:t>
      </w:r>
    </w:p>
    <w:p>
      <w:r>
        <w:br/>
        <w:t>Нзмає в повітрі огненних драконів, як було в сиві століття; — ящірки в траві.</w:t>
      </w:r>
    </w:p>
    <w:p>
      <w:r>
        <w:br/>
        <w:t>Все зміниться! Буде без насильства, злиднів, неправди. Хочемо — не хочемо, зміниться: буде, як Євангеліє кажг. Бо — на небі сонце. Ніхто не вразить його, не торкне, хоч хай всі звірі світові визлоблюються під тинню. То так, як сонце в небі, Євангеліє в серці. Най-могутніше. Сяйво від нього — в сфері, що найперша.</w:t>
      </w:r>
    </w:p>
    <w:p>
      <w:r>
        <w:br/>
        <w:t>Все буде, як воно каже. Буде.</w:t>
      </w:r>
    </w:p>
    <w:p>
      <w:r>
        <w:br/>
        <w:t>Ось нарочито: проходять дві дівчини, дві красуні... одна тримає в руці, піднявши й одвівши на сторону, ящірочку за хвостик. Дивіться!</w:t>
      </w:r>
    </w:p>
    <w:p>
      <w:r>
        <w:br/>
        <w:t>В старовину дракон ласий був на красуню: брав їсти. Тепер красуня, сміючись, тримає за хвостик останнього дракончика.</w:t>
      </w:r>
    </w:p>
    <w:p>
      <w:r>
        <w:br/>
        <w:t>Все зміниться, щоб здійснити соняшний закон.</w:t>
      </w:r>
    </w:p>
    <w:p>
      <w:r>
        <w:br/>
        <w:t>Найбільшої хоробрости вимагає прощення. Так: щиро простити образу в стані озлоблення, вимагає героїзму.</w:t>
      </w:r>
    </w:p>
    <w:p>
      <w:r>
        <w:br/>
        <w:t>І супостатам простити?</w:t>
      </w:r>
    </w:p>
    <w:p>
      <w:r>
        <w:br/>
        <w:t>Звичайно! Як зробив Ісус Христос. Розп'ятий поруч розбійник покаявся — Спаситель простив. Нерозкаяного — ні.</w:t>
      </w:r>
    </w:p>
    <w:p>
      <w:r>
        <w:br/>
        <w:t>Є речі, неможливі для думки, бо вона в один бік, почуття в другий. Аж поки зійдуться, як місяць і сонце: одне вночі, друге вдень.</w:t>
      </w:r>
    </w:p>
    <w:p>
      <w:r>
        <w:br/>
        <w:t>Буває, що разом на небі.</w:t>
      </w:r>
    </w:p>
    <w:p>
      <w:r>
        <w:br/>
        <w:t>Чи ні, не так!.. Пляцета вся — до сонця; її ж від швидкости в мертве поле кидає. Зрештою, ходить на повній доріжці.</w:t>
      </w:r>
    </w:p>
    <w:p>
      <w:r>
        <w:br/>
        <w:t>Всім простити! (можливо, про вийнятки судді ска* жуть).</w:t>
      </w:r>
    </w:p>
    <w:p>
      <w:r>
        <w:br/>
        <w:t>Крізь розжеврені хмарки — виголошення сонцеве... всім! крилатим, що на гілках; і тим, що протоколи пишуть.</w:t>
      </w:r>
    </w:p>
    <w:p>
      <w:r>
        <w:br/>
        <w:t>За стінами природа: стосвічник до Царських воріт, завішених блакиттю.</w:t>
      </w:r>
    </w:p>
    <w:p>
      <w:r>
        <w:br/>
        <w:t>Там свіжіти кров*ю, духом могутніти, просвітлятись очима...</w:t>
      </w:r>
    </w:p>
    <w:p>
      <w:r>
        <w:br/>
        <w:t>Щоб зрозуміти: прощення — найтяжчий іспит хоробрости.</w:t>
      </w:r>
    </w:p>
    <w:p>
      <w:r>
        <w:br/>
        <w:t>Травиця — наче горить за парканом (наче рукав життя).</w:t>
      </w:r>
    </w:p>
    <w:p>
      <w:r>
        <w:br/>
        <w:t>Дорога древня. Півтисячоліття тому возили камінь, замок будувати, а он біля Дунаю — принцеса жила. Над вежами залізні прапорці чорніють. Бойовиті! Старовина: з,лМОК, місяць, дорога над кручею.</w:t>
      </w:r>
    </w:p>
    <w:p>
      <w:r>
        <w:br/>
        <w:t>По згір'ю розбіглися: чорняві вишні, берези зовсім біляві; дивляться вниз, як весна простилає скатерть.</w:t>
      </w:r>
    </w:p>
    <w:p>
      <w:r>
        <w:br/>
        <w:t>Дунаєві сподобалось; і птах перевіряє, все перевіряє клявіші: від найвищого — до листка, що над хвилями. Розсипає серце.</w:t>
      </w:r>
    </w:p>
    <w:p>
      <w:r>
        <w:br/>
        <w:t>Безмов'я навкруги.</w:t>
      </w:r>
    </w:p>
    <w:p>
      <w:r>
        <w:br/>
        <w:t>(Ніби — про мармуровий двірець мрія в берези; в вишні — про долю дівочу).</w:t>
      </w:r>
    </w:p>
    <w:p>
      <w:r>
        <w:br/>
        <w:t>Дунай спішить, як сонце щит подало: "віднеси до моря!" де — синє; спішить, вербам ледве — прощайте! — хлюпне.</w:t>
      </w:r>
    </w:p>
    <w:p>
      <w:r>
        <w:br/>
        <w:t>За люблені пари ходять над берегом; знов серце всім господар, передбачити хоче. Сонце знак подасть, •— поцілунок.</w:t>
      </w:r>
    </w:p>
    <w:p>
      <w:r>
        <w:br/>
        <w:t>Річка в один бік, голуби в другий.</w:t>
      </w:r>
    </w:p>
    <w:p>
      <w:r>
        <w:br/>
        <w:t>Долина вся нам відкрита; розлучимось, ніколи не</w:t>
      </w:r>
    </w:p>
    <w:p>
      <w:r>
        <w:br/>
        <w:t>воскресне...</w:t>
      </w:r>
    </w:p>
    <w:p>
      <w:r>
        <w:br/>
        <w:t>* * *</w:t>
      </w:r>
    </w:p>
    <w:p>
      <w:r>
        <w:br/>
        <w:t>І як злагоджено! Одні в норі чорніють, другі в голубизні купаються.</w:t>
      </w:r>
    </w:p>
    <w:p>
      <w:r>
        <w:br/>
        <w:t>Мабуть, найістотніша природа жахливо ріжна: пташки спервовіку прагнули сонця, жуки — в землю.</w:t>
      </w:r>
    </w:p>
    <w:p>
      <w:r>
        <w:br/>
        <w:t>Немов між людьми.</w:t>
      </w:r>
    </w:p>
    <w:p>
      <w:r>
        <w:br/>
        <w:t>Склав хтось пісню, ну, пташка — що?., радіє; жук, той інакше: врився, ненависницьки зирка, бо успіх ближнього — йому смертельна образа.</w:t>
      </w:r>
    </w:p>
    <w:p>
      <w:r>
        <w:br/>
        <w:t>"Хто сміє непогану пісню скласти? Лиш я маю право! Всім казатиму: то — нецінь, взагалі, як не я зробив, казнащо, а як я, шедевр, кажіть і ви, бо</w:t>
      </w:r>
    </w:p>
    <w:p>
      <w:r>
        <w:br/>
        <w:t>пилякою обвію..."</w:t>
      </w:r>
    </w:p>
    <w:p>
      <w:r>
        <w:br/>
        <w:t>До мосту жовтогруда перепурхнула, звідки річка вібрує потоками свічок...</w:t>
      </w:r>
    </w:p>
    <w:p>
      <w:r>
        <w:br/>
        <w:t>теж: віддзеркалює радість неба; як дві схилені маргаритки.</w:t>
      </w:r>
    </w:p>
    <w:p>
      <w:r>
        <w:br/>
        <w:t>Щодня нова; через камінці — направо, наліво, прямо (дно видно!) дзюркотить; сітка з світла ритмічна.</w:t>
      </w:r>
    </w:p>
    <w:p>
      <w:r>
        <w:br/>
        <w:t>Мені груди ваготою з зими нахриплені; чую: пензель сонця хвилю бальзамову водить.</w:t>
      </w:r>
    </w:p>
    <w:p>
      <w:r>
        <w:br/>
        <w:t>А он — жук по піску; як ніч, спиняється. Глипа на маргаритки, наче на образу собі. Вусики вигинає. По-верта, мініятюрний чорний віл, під осокорини.</w:t>
      </w:r>
    </w:p>
    <w:p>
      <w:r>
        <w:br/>
        <w:t>Ледве відповз під тінь, аж тут на листя, вгорі над ним, — моторна, гостропера... туди й сюди зиркнула.</w:t>
      </w:r>
    </w:p>
    <w:p>
      <w:r>
        <w:br/>
        <w:t>Пощебетала захоплено і далі, до небесних тополь.</w:t>
      </w:r>
    </w:p>
    <w:p>
      <w:r>
        <w:br/>
        <w:t>Доженіть її!</w:t>
      </w:r>
    </w:p>
    <w:p>
      <w:r>
        <w:br/>
        <w:t>&amp;#9830; * &amp;#9830;</w:t>
      </w:r>
    </w:p>
    <w:p>
      <w:r>
        <w:br/>
        <w:t>Груші, наче до церкви: в білому; на горбах — згі-р'ях — долинах — ... слухають сонце.</w:t>
      </w:r>
    </w:p>
    <w:p>
      <w:r>
        <w:br/>
        <w:t>Воно ясножовтг (подіб'я кульбабки!), сповнило сад і с гало; застигло на цілий ранок.</w:t>
      </w:r>
    </w:p>
    <w:p>
      <w:r>
        <w:br/>
        <w:t>Одна птиця весь час методично і невтомно:</w:t>
      </w:r>
    </w:p>
    <w:p>
      <w:r>
        <w:br/>
        <w:t>...кі-кікс, кі-кікс, кі-і-і...</w:t>
      </w:r>
    </w:p>
    <w:p>
      <w:r>
        <w:br/>
        <w:t>І друга лунко-лунко і роздільно пробує флейту: ...кфґ-кфі'-кфі4...</w:t>
      </w:r>
    </w:p>
    <w:p>
      <w:r>
        <w:br/>
        <w:t>І третя, пролігаючи низько і стурбовано ховаючись: ... кжа-кжа-кжа...</w:t>
      </w:r>
    </w:p>
    <w:p>
      <w:r>
        <w:br/>
        <w:t>І четверта, недалеко перепурхнула і раз за разом: — ксвіть! ксвіть! ксвіть!</w:t>
      </w:r>
    </w:p>
    <w:p>
      <w:r>
        <w:br/>
        <w:t>І п'ята граціозно і ласкаво — десь над головою:</w:t>
      </w:r>
    </w:p>
    <w:p>
      <w:r>
        <w:br/>
        <w:t>— стріті — тс літе...</w:t>
      </w:r>
    </w:p>
    <w:p>
      <w:r>
        <w:br/>
        <w:t>І шоста перелітає і без кінця, голосно, знижуючи тон на останньому складі:</w:t>
      </w:r>
    </w:p>
    <w:p>
      <w:r>
        <w:br/>
        <w:t>— ксіті-Та, ксіті-Та, ксіті-Та...</w:t>
      </w:r>
    </w:p>
    <w:p>
      <w:r>
        <w:br/>
        <w:t>Багато інших теж мирно і дружньо щебече; лише заздрісний ворон викрякує в темному ярку.</w:t>
      </w:r>
    </w:p>
    <w:p>
      <w:r>
        <w:br/>
        <w:t>Спочиваючи душею, думаю: це ж рай! Нема нічиєї злости. А вчора, в прокуреній залі поети і прозаїки гризлися допізна. Все — непримиренно, знедобра, знє-дружня; все — самолюбство... бо, гляди, той краще за-співа, ніж я, то про нього чутку пущу: неориґінально, він поганий — не слухайте його, я кращий...</w:t>
      </w:r>
    </w:p>
    <w:p>
      <w:r>
        <w:br/>
        <w:t>Силується утнути, а воно:</w:t>
      </w:r>
    </w:p>
    <w:p>
      <w:r>
        <w:br/>
        <w:t>...кря-а! кря-а!..</w:t>
      </w:r>
    </w:p>
    <w:p>
      <w:r>
        <w:br/>
        <w:t>наче ворон у ярку, бо з заздрости яке ж надхнення?</w:t>
      </w:r>
    </w:p>
    <w:p>
      <w:r>
        <w:br/>
        <w:t>Люди! Подивімось на птахів, може вони мудріші? складемо корпорацію з статутом, як в соняшному саду: співай сам і дай жити іншому.</w:t>
      </w:r>
    </w:p>
    <w:p>
      <w:r>
        <w:br/>
        <w:t>* * *</w:t>
      </w:r>
    </w:p>
    <w:p>
      <w:r>
        <w:br/>
        <w:t>Дуже сердили декотрі; кляв їх:</w:t>
      </w:r>
    </w:p>
    <w:p>
      <w:r>
        <w:br/>
        <w:t>— Парканні стовпи, обмазані дьогтем!., претендуєте на місце, що Богові належить.</w:t>
      </w:r>
    </w:p>
    <w:p>
      <w:r>
        <w:br/>
        <w:t>Був аж недужий. Пекло в грудях від гніву, який приборкати неможна. Сьогодні осяяло:</w:t>
      </w:r>
    </w:p>
    <w:p>
      <w:r>
        <w:br/>
        <w:t>Нащо роззлобився? Хай до чого завгодно йдуть: це їхнє діло та Богове... кожному дано приступець існування, обмежений сонцевими тростинками. Келія під небосхилом. Як там не буде, — люби всіх! Вседержитель розсудить. Всі ліпші від тебе: напевно ліпші.</w:t>
      </w:r>
    </w:p>
    <w:p>
      <w:r>
        <w:br/>
        <w:t>Хор у церкві співав до Богоматері: легка, прегарна ж пісня!.. витала співзвуччями. наче зграйками голубів під вечір: — бурштинова тиша, а вони знялися двадцяткою, білі і темносизі, майнули на південь, звідти вже на північ і також на захід. Вертаючись до покрівлі з червоної черепиці, летять проти мене; з лівого боку вечір обкидає пір'я: взолрчує літання...</w:t>
      </w:r>
    </w:p>
    <w:p>
      <w:r>
        <w:br/>
        <w:t>вечір гарний, з мирною грою, — не знаю, чи ще повториться.</w:t>
      </w:r>
    </w:p>
    <w:p>
      <w:r>
        <w:br/>
        <w:t>Схожі на осяяний літ, співзвуччя в молитві до Богоматері.</w:t>
      </w:r>
    </w:p>
    <w:p>
      <w:r>
        <w:br/>
        <w:t>Серце просвітлюється, забуваючи труту почуття...</w:t>
      </w:r>
    </w:p>
    <w:p>
      <w:r>
        <w:br/>
        <w:t>— Годі злобитись! — вирішую собі: душа занедужає. Легко досконалих любити, спробуй — тих, що зачіпають твою особистість.</w:t>
      </w:r>
    </w:p>
    <w:p>
      <w:r>
        <w:br/>
        <w:t>Зміниться всесвіт: святість пройде голубиними крильми.</w:t>
      </w:r>
    </w:p>
    <w:p>
      <w:r>
        <w:br/>
        <w:t>Восени я щасливий серед нещастя. Сонце, вдягнувшися в ризи — як священик, дивиться ввічі.</w:t>
      </w:r>
    </w:p>
    <w:p>
      <w:r>
        <w:br/>
        <w:t>* * *</w:t>
      </w:r>
    </w:p>
    <w:p>
      <w:r>
        <w:br/>
        <w:t>Супутник: струмок на камінні; до моря смуток відносить. Зостанеться радість, що он — дерево... — непорушне. Чисте. Мирне.</w:t>
      </w:r>
    </w:p>
    <w:p>
      <w:r>
        <w:br/>
        <w:t>Ну й що, якби сказали тобі, сердечне моє:</w:t>
      </w:r>
    </w:p>
    <w:p>
      <w:r>
        <w:br/>
        <w:t>—... в кризу ввійшло, бач, не той квіт на тобі, як торік; зелена туніка інша.</w:t>
      </w:r>
    </w:p>
    <w:p>
      <w:r>
        <w:br/>
        <w:t>Якби сказали:</w:t>
      </w:r>
    </w:p>
    <w:p>
      <w:r>
        <w:br/>
        <w:t>— Вернись до торішнього!</w:t>
      </w:r>
    </w:p>
    <w:p>
      <w:r>
        <w:br/>
        <w:t>— Навіщо?! я не можу... призначено, вічно оновлюйся. Витерпи мороз, потім обцвітися цвітом незцвітан-</w:t>
      </w:r>
    </w:p>
    <w:p>
      <w:r>
        <w:br/>
        <w:t>ним</w:t>
      </w:r>
    </w:p>
    <w:p>
      <w:r>
        <w:br/>
        <w:t>Гориш; зелене — екстатичне. І гаразд.</w:t>
      </w:r>
    </w:p>
    <w:p>
      <w:r>
        <w:br/>
        <w:t>Щебетучі галузку хитнуть, сонцю скажуть: "радуйся!"., ти, дерево — шепіт над поемою, що переливається через каміння.</w:t>
      </w:r>
    </w:p>
    <w:p>
      <w:r>
        <w:br/>
        <w:t>Дуімаю в серці моєму:</w:t>
      </w:r>
    </w:p>
    <w:p>
      <w:r>
        <w:br/>
        <w:t>— Спасибі, хороше! Образом своїм втішаєш душу в турботному світі. Поживеїйо в мирі, коло сонця — господаря доброго...</w:t>
      </w:r>
    </w:p>
    <w:p>
      <w:r>
        <w:br/>
        <w:t>Ну, бувай здорове!</w:t>
      </w:r>
    </w:p>
    <w:p>
      <w:r>
        <w:br/>
        <w:t>Вогкість Атлантику і вечір жевріє. А чорна нгміч в грудях: от-от упаду. Розкриваю комір — нехай освіжить.</w:t>
      </w:r>
    </w:p>
    <w:p>
      <w:r>
        <w:br/>
        <w:t>Зусиллям волі знов ступаю. Добираюсь до табору, лягаю —~ мучить мгне; мороз обсипає ноги, зараз прошепчу^ "я вмираю."</w:t>
      </w:r>
    </w:p>
    <w:p>
      <w:r>
        <w:br/>
        <w:t>Кличу сон — може, іскри, трачені на горіння свідомосте, переключаться: подужають смерть.</w:t>
      </w:r>
    </w:p>
    <w:p>
      <w:r>
        <w:br/>
        <w:t>— Це душею, Боже, перед тобою, кинутий додолу! Ще не клич!., смиренности навчуся.</w:t>
      </w:r>
    </w:p>
    <w:p>
      <w:r>
        <w:br/>
        <w:t>Як думкою звернувсь до світла — хвиля цілюща пройшла в грудях: отруту спалила. За пів години я підвівсь. Був тихий. Був щасливий.</w:t>
      </w:r>
    </w:p>
    <w:p>
      <w:r>
        <w:br/>
        <w:t>Вночі прокинувсь, повторив благання і відгукнулось ясністю.</w:t>
      </w:r>
    </w:p>
    <w:p>
      <w:r>
        <w:br/>
        <w:t>До сходу сонця встав. Глибочина відкрита вгорі, де, мов святкові квітки, хмари проходять.</w:t>
      </w:r>
    </w:p>
    <w:p>
      <w:r>
        <w:br/>
        <w:t>Інше — невідоме сонце дивиться з серце.</w:t>
      </w:r>
    </w:p>
    <w:p>
      <w:r>
        <w:br/>
        <w:t>Ось, біля зруйнованої фортеці, дубок листками шепоче. Коли зрозуміємо всі знаки спасіння?</w:t>
      </w:r>
    </w:p>
    <w:p>
      <w:r>
        <w:br/>
        <w:t>Коло сонящників спочину. Вони до сонця христосуватись хочуть. ...щебет (— кобзу голубить, найщирішу). Після війни одно мені: випити росинку радости — возхвалити Всевишнього.</w:t>
      </w:r>
    </w:p>
    <w:p>
      <w:r>
        <w:br/>
        <w:t>А крізь парканові протемнини — монголиками зиркають, з очима, злістю налитими по ооводи ямок.</w:t>
      </w:r>
    </w:p>
    <w:p>
      <w:r>
        <w:br/>
        <w:t>Судомляться, витискуючи з язиків отруту, щоб добризнути. Аж заходяться.</w:t>
      </w:r>
    </w:p>
    <w:p>
      <w:r>
        <w:br/>
        <w:t>Чи їм межу переорав? Сонця не поділив?</w:t>
      </w:r>
    </w:p>
    <w:p>
      <w:r>
        <w:br/>
        <w:t>Кажу: ідіть собі геть! Я ж не до вас.</w:t>
      </w:r>
    </w:p>
    <w:p>
      <w:r>
        <w:br/>
        <w:t>Бризкають — шиплять проти неба.</w:t>
      </w:r>
    </w:p>
    <w:p>
      <w:r>
        <w:br/>
        <w:t>Кажу: ідіть!., через вас тишина безслізна каламутиться — вселенська, мова сонця в висоті.</w:t>
      </w:r>
    </w:p>
    <w:p>
      <w:r>
        <w:br/>
        <w:t>Бризкають — шиплять.</w:t>
      </w:r>
    </w:p>
    <w:p>
      <w:r>
        <w:br/>
        <w:t>— Ідіть! — кажу їм: — беріть славу, почесті, водій-сгво. Мені один скарб: до світла прислухатися. Бризкають. Шиплять.</w:t>
      </w:r>
    </w:p>
    <w:p>
      <w:r>
        <w:br/>
        <w:t>Вже, мабуть, напились орли з невидимих джерел гор-ніх та дзьобнули в іржаві черепи, заціпило — тихо.</w:t>
      </w:r>
    </w:p>
    <w:p>
      <w:r>
        <w:br/>
        <w:t>Наче в першу секунду творення соняшникового світу.</w:t>
      </w:r>
    </w:p>
    <w:p>
      <w:r>
        <w:br/>
        <w:t>Будь благословен!</w:t>
      </w:r>
    </w:p>
    <w:p>
      <w:r>
        <w:br/>
        <w:t>* * *</w:t>
      </w:r>
    </w:p>
    <w:p>
      <w:r>
        <w:br/>
        <w:t>Гарний собор в Европі: небесні діти, бавлячись, побудували з квіток. Тоді вже обернувся в камінь — навіки зберегтись. Чудо святе!</w:t>
      </w:r>
    </w:p>
    <w:p>
      <w:r>
        <w:br/>
        <w:t>Про Господа співають. Милосердя в нього просять...</w:t>
      </w:r>
    </w:p>
    <w:p>
      <w:r>
        <w:br/>
        <w:t>Сивий генерал на колінах — теж; вийшовши, в літак сідає: до чорнолицих, що в пустелі.</w:t>
      </w:r>
    </w:p>
    <w:p>
      <w:r>
        <w:br/>
        <w:t>Воно, сказать би, "дикуни", а все ж люди. То як його дивитися?!</w:t>
      </w:r>
    </w:p>
    <w:p>
      <w:r>
        <w:br/>
        <w:t>... генерал у кріслі розваливсь, а підходить чорношкірий, ще християнством не торкнутий, на коліна стає і, врізавши собі жили, кров'ю бризкає на генералів чобіт, мовляв, вірний тобі слуга, ось як клянусь.</w:t>
      </w:r>
    </w:p>
    <w:p>
      <w:r>
        <w:br/>
        <w:t>Схаменіться!</w:t>
      </w:r>
    </w:p>
    <w:p>
      <w:r>
        <w:br/>
        <w:t>Хіба можна так з людиною? А глядіть, той, що на колінах, праведніший за нас.</w:t>
      </w:r>
    </w:p>
    <w:p>
      <w:r>
        <w:br/>
        <w:t>Про що ж у соборі священному з книги читають: людина рідний брат людині (хоч і чор"г лице).</w:t>
      </w:r>
    </w:p>
    <w:p>
      <w:r>
        <w:br/>
        <w:t>В сатани своя стратегія: тільки з собору вийдеш, — він тобі очі долонями затулить і що витворяє!..</w:t>
      </w:r>
    </w:p>
    <w:p>
      <w:r>
        <w:br/>
        <w:t>Може, це ми самі без нього?!</w:t>
      </w:r>
    </w:p>
    <w:p>
      <w:r>
        <w:br/>
        <w:t>* *</w:t>
      </w:r>
    </w:p>
    <w:p>
      <w:r>
        <w:br/>
        <w:t>Перший тур вселюдського гуманітету скінчився; і видно: не виконав свого.</w:t>
      </w:r>
    </w:p>
    <w:p>
      <w:r>
        <w:br/>
        <w:t>Справа від початку заходить — в силах, виведених з глибочини (що торкнуте й не скінчене).</w:t>
      </w:r>
    </w:p>
    <w:p>
      <w:r>
        <w:br/>
        <w:t>От: незалежність народів... нг схоче людство свідомою волею довести обов'язок, і мету здобути в другому турі — сувора конечність (батіжок Божий!) змусить піти кружкома в третьому турі, в четвертому, як коней на корді.</w:t>
      </w:r>
    </w:p>
    <w:p>
      <w:r>
        <w:br/>
        <w:t>Призначене від неба — здійсниться.</w:t>
      </w:r>
    </w:p>
    <w:p>
      <w:r>
        <w:br/>
        <w:t>Радісним дивом дивуюсь, як сонце й сьогодні сходить: очі в нього повні правди.</w:t>
      </w:r>
    </w:p>
    <w:p>
      <w:r>
        <w:br/>
        <w:t>Несамохіть оглянувсь — поліціянт: наш таки ж, мнеться, посвистує, підозріло на "мене поглядає, мовляв, чого це так рано в кінці табору стояти і шепотіти?..</w:t>
      </w:r>
    </w:p>
    <w:p>
      <w:r>
        <w:br/>
        <w:t>Я зразу ж пішов геть.</w:t>
      </w:r>
    </w:p>
    <w:p>
      <w:r>
        <w:br/>
        <w:t>— Господи, коли ми зможем думати без поліції? Прийшла вже? (— осінь).</w:t>
      </w:r>
    </w:p>
    <w:p>
      <w:r>
        <w:br/>
        <w:t>Втома в далечині; червінок-червінь вишневом^ листку і; виноградному: кров... на мармур'я, на красні штахетинки.</w:t>
      </w:r>
    </w:p>
    <w:p>
      <w:r>
        <w:br/>
        <w:t>А в берези листок тендітний: доторк дитячого пальчика^ до уст.</w:t>
      </w:r>
    </w:p>
    <w:p>
      <w:r>
        <w:br/>
        <w:t>Коло дворика, скрізь квіти, схожі на Сатурн. І шовково-рожева троянда, ясно-ясно рожева, повна-повна ласкавости!</w:t>
      </w:r>
    </w:p>
    <w:p>
      <w:r>
        <w:br/>
        <w:t>Зворушлива, чиста.</w:t>
      </w:r>
    </w:p>
    <w:p>
      <w:r>
        <w:br/>
        <w:t>Келех почуття, піднятий на гожій струні з колючками.</w:t>
      </w:r>
    </w:p>
    <w:p>
      <w:r>
        <w:br/>
        <w:t>Випий, серце! Випий барву щирости, як вино, випий, бо — знесилене від кривди, що йде дощами.</w:t>
      </w:r>
    </w:p>
    <w:p>
      <w:r>
        <w:br/>
        <w:t>А — а!., не знав же я, що інше зло, "своє", ніби легше, а в серце ранить — гостріше.</w:t>
      </w:r>
    </w:p>
    <w:p>
      <w:r>
        <w:br/>
        <w:t>Ранить єство: непомітно.</w:t>
      </w:r>
    </w:p>
    <w:p>
      <w:r>
        <w:br/>
        <w:t>Душу вб'є ножами, обліпленими в пелюстки чудового протоколу</w:t>
      </w:r>
    </w:p>
    <w:p>
      <w:r>
        <w:br/>
        <w:t>Нздоумні праведний народ зневажать, бо він іскрен-ній, як голуби.</w:t>
      </w:r>
    </w:p>
    <w:p>
      <w:r>
        <w:br/>
        <w:t>Жоржино моя, жоржино! смілива і непокірна селянська квітко сили і здоров'я, і правди, квітко-надіє, чесна, безневинна і вірна, ти — он поломенієш, наче лям-падка в Божій горниці, лямпадка — сонце.</w:t>
      </w:r>
    </w:p>
    <w:p>
      <w:r>
        <w:br/>
        <w:t>Хоч ти не гасни!</w:t>
      </w:r>
    </w:p>
    <w:p>
      <w:r>
        <w:br/>
        <w:t>* * *</w:t>
      </w:r>
    </w:p>
    <w:p>
      <w:r>
        <w:br/>
        <w:t>В прозорості корови пасуться (очі з білястими і рудими віями).</w:t>
      </w:r>
    </w:p>
    <w:p>
      <w:r>
        <w:br/>
        <w:t>Сопуть. Скубуть травицю, наче машини, обліплені мухами.</w:t>
      </w:r>
    </w:p>
    <w:p>
      <w:r>
        <w:br/>
        <w:t>Літак відгуркотів, швидко жене з пір'їнок. Блискучий, кинувсь в озеро лазурі — віддаливсь. Кажуть іноді: "що розум?., от підсвідоме — сила!" Неправда</w:t>
      </w:r>
    </w:p>
    <w:p>
      <w:r>
        <w:br/>
        <w:t>Без думки, найкращого світоча, ходитимуть, прив'язані очима до травиці, і скубтимуть.</w:t>
      </w:r>
    </w:p>
    <w:p>
      <w:r>
        <w:br/>
        <w:t>Думка — з нею до мудрости Творця йдемо; душами ростемо — тополями в сонці: хоч і ранені багристими гріхами восени.</w:t>
      </w:r>
    </w:p>
    <w:p>
      <w:r>
        <w:br/>
        <w:t>Кінь копито має і досить — не підіб'є світу, диктатури не збудує і соціялізму (куди до мурав'їв!).</w:t>
      </w:r>
    </w:p>
    <w:p>
      <w:r>
        <w:br/>
        <w:t>Біга, як вітер. Пасеться. Про концтабір не мислить. Lie вже ми!</w:t>
      </w:r>
    </w:p>
    <w:p>
      <w:r>
        <w:br/>
        <w:t>Зирк на плянети — чи там нема кого, щоб годився в кошару, янгола необережного. Бо що нам мудрість неба?</w:t>
      </w:r>
    </w:p>
    <w:p>
      <w:r>
        <w:br/>
        <w:t>Воли: від матеріялістичних оводів біжать, курява по всій Европі.</w:t>
      </w:r>
    </w:p>
    <w:p>
      <w:r>
        <w:br/>
        <w:t>* * *</w:t>
      </w:r>
    </w:p>
    <w:p>
      <w:r>
        <w:br/>
        <w:t>Завойовник або супостат — квола дитина. Терплять народи. Ждуть, коли вмре... Вічно існують, а він до могили. Страшно йому!</w:t>
      </w:r>
    </w:p>
    <w:p>
      <w:r>
        <w:br/>
        <w:t>Хоче світло знищити, не може. Падає в яму.</w:t>
      </w:r>
    </w:p>
    <w:p>
      <w:r>
        <w:br/>
        <w:t>Земля над ним зацвіте, сонце засміється: він цього вже не побачить...</w:t>
      </w:r>
    </w:p>
    <w:p>
      <w:r>
        <w:br/>
        <w:t>Ніяка сила не верне до існування.</w:t>
      </w:r>
    </w:p>
    <w:p>
      <w:r>
        <w:br/>
        <w:t>Навіщо ж величався? Жив би тихо, денебудь на пасіці, бджолиної мелодії некривавої слухав.</w:t>
      </w:r>
    </w:p>
    <w:p>
      <w:r>
        <w:br/>
        <w:t>Гілки до неї, німі, як залізо, — білими словами.</w:t>
      </w:r>
    </w:p>
    <w:p>
      <w:r>
        <w:br/>
        <w:t>* * *</w:t>
      </w:r>
    </w:p>
    <w:p>
      <w:r>
        <w:br/>
        <w:t>Гордії навертають на кутковий копилок: зажерст-во особистости, самодум'я зіходить з корінця — над світ пнеться... глузують, як хто в небо вірує.</w:t>
      </w:r>
    </w:p>
    <w:p>
      <w:r>
        <w:br/>
        <w:t>"Це, — гудуть, — чорна реакція; ми ж мудрі."</w:t>
      </w:r>
    </w:p>
    <w:p>
      <w:r>
        <w:br/>
        <w:t>Обплюють незгідного, як верблюд бедуїна.</w:t>
      </w:r>
    </w:p>
    <w:p>
      <w:r>
        <w:br/>
        <w:t>Дивишся (ось, восени, коли жовтий смуток обсипається з куща на вогкий ґрунт):</w:t>
      </w:r>
    </w:p>
    <w:p>
      <w:r>
        <w:br/>
        <w:t>—— де ж ті, що їхня душа несла до кінця терновий вінець —— не покорялася? —</w:t>
      </w:r>
    </w:p>
    <w:p>
      <w:r>
        <w:br/>
        <w:t>— де ж ті, що супроти чорного сонця катівського, котили своє сонце з підземелля?..</w:t>
      </w:r>
    </w:p>
    <w:p>
      <w:r>
        <w:br/>
        <w:t>Кували міст на дорозі думки.</w:t>
      </w:r>
    </w:p>
    <w:p>
      <w:r>
        <w:br/>
        <w:t>Слухаймо слова віщого (— перебранчити хочуть вражі балалайки з червоними струнами)...</w:t>
      </w:r>
    </w:p>
    <w:p>
      <w:r>
        <w:br/>
        <w:t>Слухаймо! подвижники, гнівні, як полум'я, непримиримі проти лукавства; уважні, як світлий місяць — до щирости.</w:t>
      </w:r>
    </w:p>
    <w:p>
      <w:r>
        <w:br/>
        <w:t>Ні про кого не скажуть без підстави лихого слова, а знающі, начо тисячолітні птахи, що самі все бачили: вони провістять дорогу й нею піде душа майбутня... Знаю їх: це — старі хлібороби.</w:t>
      </w:r>
    </w:p>
    <w:p>
      <w:r>
        <w:br/>
        <w:t>Туман пролився.</w:t>
      </w:r>
    </w:p>
    <w:p>
      <w:r>
        <w:br/>
        <w:t>Ранку мов і немає. А втім, наче крізь крило лебедя, виглянуло сонце — відображення свічки в золотому дзеркалі.</w:t>
      </w:r>
    </w:p>
    <w:p>
      <w:r>
        <w:br/>
        <w:t>Зруйновані грядки...</w:t>
      </w:r>
    </w:p>
    <w:p>
      <w:r>
        <w:br/>
        <w:t>Матеріяліст вірить: людина тільки з речовини, тимчасово живої.</w:t>
      </w:r>
    </w:p>
    <w:p>
      <w:r>
        <w:br/>
        <w:t>Відбивається руками від думки, що духовний світ особистосте — це відзеркалення неба і реальність міль-йонократно важливіша, ніж фізичний світ її.</w:t>
      </w:r>
    </w:p>
    <w:p>
      <w:r>
        <w:br/>
        <w:t>Страшне порушення — вбивство людини: навіки гасить горіння духа в земному, неповторний образ всесвіту в сфері життя. Жертовник в серці.</w:t>
      </w:r>
    </w:p>
    <w:p>
      <w:r>
        <w:br/>
        <w:t>Дріт з колючками хтось крейдою побілив; за дротом — останні айстри.</w:t>
      </w:r>
    </w:p>
    <w:p>
      <w:r>
        <w:br/>
        <w:t>Якщо людей оточити золотим і рожевим дротом, покращає неволя чи ні?</w:t>
      </w:r>
    </w:p>
    <w:p>
      <w:r>
        <w:br/>
        <w:t>Отакий для душі атеїзм: пофарбований зверху, при-золочений позитивістичними реченнями, а на споді іржаві колючки.</w:t>
      </w:r>
    </w:p>
    <w:p>
      <w:r>
        <w:br/>
        <w:t>Ними душу відгороджують від Творця.</w:t>
      </w:r>
    </w:p>
    <w:p>
      <w:r>
        <w:br/>
        <w:t>Сиди в кошарці, що зветься "прогресивна". Хай він сказиться такий "прогрес"! Він — давня неволя і темна обмеженість.</w:t>
      </w:r>
    </w:p>
    <w:p>
      <w:r>
        <w:br/>
        <w:t>Хочу свободи для духа.</w:t>
      </w:r>
    </w:p>
    <w:p>
      <w:r>
        <w:br/>
        <w:t>Кому любо, вірте в безвір'я. Тільки, будь ласка, не реклямуйте, як бальзам. Нг надівайте хомута на крилату душу людства. Самі носіть!</w:t>
      </w:r>
    </w:p>
    <w:p>
      <w:r>
        <w:br/>
        <w:t>По зруйнованих грядках блукає туман з зав'язаними очима... Натикається пальцями на похилені соняшники, а сонця не бачить: сам же закрив його.</w:t>
      </w:r>
    </w:p>
    <w:p>
      <w:r>
        <w:br/>
        <w:t>* * *</w:t>
      </w:r>
    </w:p>
    <w:p>
      <w:r>
        <w:br/>
        <w:t>Сьогодні, річко, не біля тебе, не сердься!... смуткую, згадуючи: — в затоні душа з того світу купається, але її не видно, лиш: комишинки — косничний шелест — клопочуться (як людські почуття).</w:t>
      </w:r>
    </w:p>
    <w:p>
      <w:r>
        <w:br/>
        <w:t>Мир блакитний.</w:t>
      </w:r>
    </w:p>
    <w:p>
      <w:r>
        <w:br/>
        <w:t>А з височини, на сивій струні, павучок до райдужин-ки, що на вістрі листка: присвітити хоче.</w:t>
      </w:r>
    </w:p>
    <w:p>
      <w:r>
        <w:br/>
        <w:t>Дрібний віснику, що приніс? Якщо горе, заридаю! Кращз страждати, ніж каменем жити.</w:t>
      </w:r>
    </w:p>
    <w:p>
      <w:r>
        <w:br/>
        <w:t>Птиця кричить, докоряє: чого люди свого серця бояться!</w:t>
      </w:r>
    </w:p>
    <w:p>
      <w:r>
        <w:br/>
        <w:t>Біля табору — чистотіл, кульбаба, котик; петрів батіг з васильками: літо. Джміль гостює. Повітря стоїть</w:t>
      </w:r>
    </w:p>
    <w:p>
      <w:r>
        <w:br/>
        <w:t>— струна в роялі, торкне бджола, воно пророкотить глибиною.</w:t>
      </w:r>
    </w:p>
    <w:p>
      <w:r>
        <w:br/>
        <w:t>Поблизу церква і чую: кличе душа наша до Бога... Мимо два біженці; один каже:</w:t>
      </w:r>
    </w:p>
    <w:p>
      <w:r>
        <w:br/>
        <w:t>" — Можна з американцями жити! Три тижні в лікарні пролежав, мертва колода. Видужав, ліки в них</w:t>
      </w:r>
    </w:p>
    <w:p>
      <w:r>
        <w:br/>
        <w:t>— ніде таких немає; і не платив."</w:t>
      </w:r>
    </w:p>
    <w:p>
      <w:r>
        <w:br/>
        <w:t>А є причина, що гніздо комуністів каз'/ться, кленучи Америку; через неї неможна:</w:t>
      </w:r>
    </w:p>
    <w:p>
      <w:r>
        <w:br/>
        <w:t>дротом колючим світові руки в'язати.</w:t>
      </w:r>
    </w:p>
    <w:p>
      <w:r>
        <w:br/>
        <w:t>Прибули американці — спинилась смерть; ні розстрілів, ні шибениць в таборах, що рясніло при "надлюдях".</w:t>
      </w:r>
    </w:p>
    <w:p>
      <w:r>
        <w:br/>
        <w:t>Диво! після Гітлера і його "друзяки" з Москви: ніби сон. Але що з нами буде?</w:t>
      </w:r>
    </w:p>
    <w:p>
      <w:r>
        <w:br/>
        <w:t>Муравлик мандрує через сторінку мого писання; коник шелгстить. Як вони, істотки дрібножильні, живуть з ласки Всевишнього, нам чого боятися? Іду до тебе, річко — до водоспаду.</w:t>
      </w:r>
    </w:p>
    <w:p>
      <w:r>
        <w:br/>
        <w:t>* * *</w:t>
      </w:r>
    </w:p>
    <w:p>
      <w:r>
        <w:br/>
        <w:t>Гроза відтемніла над будинок, — синя ковдра. З другої сторони акорд мармуровий котить: величезний!</w:t>
      </w:r>
    </w:p>
    <w:p>
      <w:r>
        <w:br/>
        <w:t>Найзеленіша зелень зібрала воду в листатих жменях. Сивіє капуста. Цибуля випросталась гадюками (вжалити хочуть!).</w:t>
      </w:r>
    </w:p>
    <w:p>
      <w:r>
        <w:br/>
        <w:t>Стебло — лист — вусик — квіт — плід; невгомонна многість буяє й сміється в росі. Простягається до перехожого.</w:t>
      </w:r>
    </w:p>
    <w:p>
      <w:r>
        <w:br/>
        <w:t>Сіно в покосах пишно лягло та громадисто, мов хмари — он найдалі...</w:t>
      </w:r>
    </w:p>
    <w:p>
      <w:r>
        <w:br/>
        <w:t>Брижечки біжать по придорожніх водах.</w:t>
      </w:r>
    </w:p>
    <w:p>
      <w:r>
        <w:br/>
        <w:t>Проїжджаючи на чалому коні, сонце хилить спис: торкає ним чорнобривця.</w:t>
      </w:r>
    </w:p>
    <w:p>
      <w:r>
        <w:br/>
        <w:t>Радісний ти, світе!</w:t>
      </w:r>
    </w:p>
    <w:p>
      <w:r>
        <w:br/>
        <w:t>Але тіні в тобі... ось від зухвальців, що сьогодні, як повідають селяни, вибили вікна в церкві і вкрали чашу з престола.</w:t>
      </w:r>
    </w:p>
    <w:p>
      <w:r>
        <w:br/>
        <w:t>Чесність так низько ціниться.</w:t>
      </w:r>
    </w:p>
    <w:p>
      <w:r>
        <w:br/>
        <w:t>Так високо ціниться: чи "свій", себто — який в людини квиток. Чорнобривці жаріють.</w:t>
      </w:r>
    </w:p>
    <w:p>
      <w:r>
        <w:br/>
        <w:t>Держава на острові; все є —від муэзю до інтеліджен-су; і ніхто, бачте, за це не дражнить: "нацисти"...</w:t>
      </w:r>
    </w:p>
    <w:p>
      <w:r>
        <w:br/>
        <w:t>Тепер он Ізраїль на камінні пальму садить.</w:t>
      </w:r>
    </w:p>
    <w:p>
      <w:r>
        <w:br/>
        <w:t>Наші ж хуторянці — долонями об поли, очі заплющують, як де, проти червоного ірода, свячена бомби блисне за Україну: "чи ти не самошедший?! — шепчуть, — цить, бо хтось почує"...</w:t>
      </w:r>
    </w:p>
    <w:p>
      <w:r>
        <w:br/>
        <w:t>А тоді з-за рукава: "ми, голубе, той... конґресиком; сторгуємось та могорич зап'ємо." Думають: наче теличку з базару, державу приведуть — рябеньку.</w:t>
      </w:r>
    </w:p>
    <w:p>
      <w:r>
        <w:br/>
        <w:t>Хахли!</w:t>
      </w:r>
    </w:p>
    <w:p>
      <w:r>
        <w:br/>
        <w:t>Це "гречухокомплекс"; — нездужають, як той три-жди мордоносець: все б під ґанком північним спину чухати.</w:t>
      </w:r>
    </w:p>
    <w:p>
      <w:r>
        <w:br/>
        <w:t>Бува й такий раб; йому тавро з лоба стирають, — він обурюється, аж тупотить... "не торкайтесь, — хрипить, — це кокарда, з предків заслужена!"</w:t>
      </w:r>
    </w:p>
    <w:p>
      <w:r>
        <w:br/>
        <w:t>Бува й такий раб: намордник носить, мов Бетговена слухає.</w:t>
      </w:r>
    </w:p>
    <w:p>
      <w:r>
        <w:br/>
        <w:t>* * *</w:t>
      </w:r>
    </w:p>
    <w:p>
      <w:r>
        <w:br/>
        <w:t>Євангелист повчає, чувши з уст Спасителя: кожен, хто ненавидить брата, чоловікогубець... — всі люди брати! повчає. Правда: велика, як небо в зорях. То чо"му в нас злоби багато?</w:t>
      </w:r>
    </w:p>
    <w:p>
      <w:r>
        <w:br/>
        <w:t>Дивишся: порфіроносний вирізує народи, а голубом витуркотує.</w:t>
      </w:r>
    </w:p>
    <w:p>
      <w:r>
        <w:br/>
        <w:t>Хочеш любити його, а в грудях блискавка точить ніж. Каєшся; і знов ненавидиш.</w:t>
      </w:r>
    </w:p>
    <w:p>
      <w:r>
        <w:br/>
        <w:t>Найкраще он річці — біжить, уваги не відводить. Просвітлена, люба: ластівка! В ній і рибина плеснеться, мов рокитин листок.</w:t>
      </w:r>
    </w:p>
    <w:p>
      <w:r>
        <w:br/>
        <w:t>Ніжна пожежа бузкова через паркан схилилась;</w:t>
      </w:r>
    </w:p>
    <w:p>
      <w:r>
        <w:br/>
        <w:t>... річка смиренна; лише там, де каміння дорогу перегородило, — піниться! лютує! десятьма звірюками гривастими з пустелі: рев звідти, бризк, гуркіт.</w:t>
      </w:r>
    </w:p>
    <w:p>
      <w:r>
        <w:br/>
        <w:t>Отак буває в світі. Хочемо найтихішими жити, а вдаримось об кляту силу, — кипимо кров'ю, заборони ламаємо.</w:t>
      </w:r>
    </w:p>
    <w:p>
      <w:r>
        <w:br/>
        <w:t>Здається, так треба, чи ні?..</w:t>
      </w:r>
    </w:p>
    <w:p>
      <w:r>
        <w:br/>
        <w:t>Дві думки мечами через світ — крешуть іскри одна об одну.</w:t>
      </w:r>
    </w:p>
    <w:p>
      <w:r>
        <w:br/>
        <w:t>Серце, що в цвіту, тими іскрами обсипане — гадаємо: чи дано істину, мов золоту нитку? — втягни в огненну голку, корогву спасіння ший... для серця єсть: люби ближнього!</w:t>
      </w:r>
    </w:p>
    <w:p>
      <w:r>
        <w:br/>
        <w:t>* * *</w:t>
      </w:r>
    </w:p>
    <w:p>
      <w:r>
        <w:br/>
        <w:t>Полетить пристрій, оглянеться "земліт" на домівлю — дрібна!</w:t>
      </w:r>
    </w:p>
    <w:p>
      <w:r>
        <w:br/>
        <w:t>Люди: пилок, прибитий до поверхні. Мов би й нема. ( так подивиться).</w:t>
      </w:r>
    </w:p>
    <w:p>
      <w:r>
        <w:br/>
        <w:t>А милосердний Творець — ні; бачить душі — високі стають на суд до світляного трону: тополі в рожеве сонце сонатами шумлять.</w:t>
      </w:r>
    </w:p>
    <w:p>
      <w:r>
        <w:br/>
        <w:t>— Чи пряли, душі, нетлінну нитку, призначену від мене?</w:t>
      </w:r>
    </w:p>
    <w:p>
      <w:r>
        <w:br/>
        <w:t>— Ні, почали, — відказують.</w:t>
      </w:r>
    </w:p>
    <w:p>
      <w:r>
        <w:br/>
        <w:t>— Ідіть не лініться! — скаже Господь, — скоро покличу в мій сад навіки.</w:t>
      </w:r>
    </w:p>
    <w:p>
      <w:r>
        <w:br/>
        <w:t>Так дивиться Творець. Він близько. Метелики тремтять від його проміння.</w:t>
      </w:r>
    </w:p>
    <w:p>
      <w:r>
        <w:br/>
        <w:t>Авґсбурґ, 1948-1949.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Жайворонкові джерела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