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Зерно і полова</w:t>
      </w:r>
    </w:p>
    <w:p>
      <w:r>
        <w:br/>
        <w:t xml:space="preserve"> (малюнки сільського каламуту у 4 діяї)</w:t>
      </w:r>
    </w:p>
    <w:p>
      <w:r>
        <w:br/>
        <w:t>ЛИЦЕДІЇ:&lt;br /&gt;</w:t>
        <w:br/>
        <w:t>Данило Кугутенко, селянин.&lt;br /&gt;</w:t>
        <w:br/>
        <w:t>Тетяна, його жінка.&lt;br /&gt;</w:t>
        <w:br/>
        <w:t>Килина, Данилова небога, дівчина.&lt;br /&gt;</w:t>
        <w:br/>
        <w:t>Макар&lt;br /&gt;</w:t>
        <w:br/>
        <w:t>Сидір селяне.&lt;br /&gt;</w:t>
        <w:br/>
        <w:t>Хвилимон&lt;br /&gt;</w:t>
        <w:br/>
        <w:t>Йосип&lt;br /&gt;</w:t>
        <w:br/>
        <w:t>Дмитропарубки.&lt;br /&gt;</w:t>
        <w:br/>
        <w:t>Лукія&lt;br /&gt;</w:t>
        <w:br/>
        <w:t>Теклядівчата.&lt;br /&gt;</w:t>
        <w:br/>
        <w:t>Андрій Тимохвійович, панський прикажчик.&lt;br /&gt;</w:t>
        <w:br/>
        <w:t>Урядник.&lt;br /&gt;</w:t>
        <w:br/>
        <w:t>Соцький.&lt;br /&gt;</w:t>
        <w:br/>
        <w:t>Митька&lt;br /&gt;</w:t>
        <w:br/>
        <w:t>Ванька — парубки.&lt;br /&gt;</w:t>
        <w:br/>
        <w:t>Яшка&lt;br /&gt;</w:t>
        <w:br/>
        <w:t>Гаврик —музиканти.</w:t>
      </w:r>
    </w:p>
    <w:p>
      <w:r>
        <w:br/>
        <w:t>1-й, 2-й і 3-й парубки, 1-а, 2-а і 3-я дівчата, хлопець, народ, стражники, парубки, дівчата і діти.</w:t>
      </w:r>
    </w:p>
    <w:p>
      <w:r>
        <w:br/>
        <w:t>Діється на селі.</w:t>
      </w:r>
    </w:p>
    <w:p>
      <w:r>
        <w:br/>
        <w:t>ДІЯ ПЕРША</w:t>
      </w:r>
    </w:p>
    <w:p>
      <w:r>
        <w:br/>
        <w:t>З правого боку причілок Данилової хати, тин, хвіртка; під хатою лежать колодки.</w:t>
      </w:r>
    </w:p>
    <w:p>
      <w:r>
        <w:br/>
        <w:t>ЯВА 1</w:t>
      </w:r>
    </w:p>
    <w:p>
      <w:r>
        <w:br/>
        <w:t>З лівого боку виходять Хвилимон, Йосип і Дмитро.</w:t>
      </w:r>
    </w:p>
    <w:p>
      <w:r>
        <w:br/>
        <w:t>Хвилимон. Невже не чули, що казав біля церкви Стьопка, лакей того пана, що торік продав двісті сімдесят десятин демиївцям?&lt;br /&gt;</w:t>
        <w:br/>
        <w:t>Йосип. Я не дочувавсь, а що таке?&lt;br /&gt;</w:t>
        <w:br/>
        <w:t>Дмитро. Ая стояв оддаля, то й овсім не чув.&lt;br /&gt;</w:t>
        <w:br/>
        <w:t>Хвилимон. Цікава сторія. Волосний писар, регочучи, промовив до старшини: "Отепер,— каже,— на святках ізнов пойдьоть у нас безшабашне п'янство в селі..."&lt;br /&gt;</w:t>
        <w:br/>
        <w:t>Йосип. Іменно, що пойдьоть... Писар наперед усіх налимониться: питиме цілий тиждень; а другий похмелятиметься...&lt;br /&gt;</w:t>
        <w:br/>
        <w:t>Дмитро (регоче). Та й старшина не відстане.&lt;br /&gt;</w:t>
        <w:br/>
        <w:t>Йосип. Недаром люде і ймення йому призначили: Непромийчарка!&lt;br /&gt;</w:t>
        <w:br/>
        <w:t>Хвилимон. "Торік,— каже писар,— по подщоту монопольщика у нашім селі вяпито горілки більш як на двадцять тисяч..."&lt;br /&gt;</w:t>
        <w:br/>
        <w:t>Дмитро. Ой-ой-ой! Невже на двадцять тисяч? Ловко!..&lt;br /&gt;</w:t>
        <w:br/>
        <w:t>Йосип. Та це ж можна б було прикупить десятин з двісті землі?&lt;br /&gt;</w:t>
        <w:br/>
        <w:t>Хвилимон. Ще б не можна, звісно, що можна б... Стьопка і втручився в їх розмову. "Ви,— каже,— господа начальники, лічите, скільки пропивають селяне; а коли б ви довідались, скільки пани пропивають та купці і всякі городяне... От я,— каже,— служу у пана сім год і знаю, на яку суму він купує в городі шогода вин та горілок, тільки задля свого дому: він один за сім літ більш потратив на питво як двадцять тисяч... А єсть такі пани, що ще більш тратять!.. От, господа начальники, над ким треба реготати!.. Та шкода,— каже,— нема кому!.."&lt;br /&gt;</w:t>
        <w:br/>
        <w:t>Дмитро. Що ж писар?&lt;br /&gt;</w:t>
        <w:br/>
        <w:t>Хвилимон. Що ж, облизався, та й тільки; а старшина зараз і одмовив: "Нам до панів нікоторого діла; на те вони й пани..."&lt;br /&gt;</w:t>
        <w:br/>
        <w:t>Йосип. Пани б то недоторканні?..&lt;br /&gt;</w:t>
        <w:br/>
        <w:t>Дмитро (регоче). А звісно, вони з іншого тіста!&lt;br /&gt;</w:t>
        <w:br/>
        <w:t>Хвилимон. Далі Стьопка і почав виявляти, що, каже, як пан або купець нап'ється так, що з ніг валиться, його садовлять у хваїтона або в каляску і везуть додому; а мужика тягнуть в часть, накладуть йому в шию по перве число та кишені повивертають; а іноді ще й ребра поламають... Старшина одвернувся від нього і одійшов, а за старшиною і писар посунув... Ніби і слухати бояться про таке.</w:t>
      </w:r>
    </w:p>
    <w:p>
      <w:r>
        <w:br/>
        <w:t>Пішли.</w:t>
      </w:r>
    </w:p>
    <w:p>
      <w:r>
        <w:br/>
        <w:t>ЯВА 2</w:t>
      </w:r>
    </w:p>
    <w:p>
      <w:r>
        <w:br/>
        <w:t>Лукія і Текля виходять з другого боку.&lt;br /&gt;</w:t>
        <w:br/>
        <w:t>Лукія. Гукнемо на Хвилимона, може, й він піде з нами до плащаниці?&lt;br /&gt;</w:t>
        <w:br/>
        <w:t>Текля. Це ж вони, мабуть, вже від плащаниці вернулись...&lt;br /&gt;</w:t>
        <w:br/>
        <w:t>Лукія. А може, й ні? Гукни-бо!..&lt;br /&gt;</w:t>
        <w:br/>
        <w:t>Текля. Знов тобі замарудилося Хвилимона? Чи давно нехтувала ним: і сякий, і такий, і бачить його не хочу, і розмови його не хочу чути?..&lt;br /&gt;</w:t>
        <w:br/>
        <w:t>Лукія (регоче). Еге ж, знов закортілось!.. Та ні, то я так, в шутки...&lt;br /&gt;</w:t>
        <w:br/>
        <w:t>Текля. Ой бачу я, що ти не в шутки закохана в ньому...&lt;br /&gt;</w:t>
        <w:br/>
        <w:t>Лукія. Хто, я? У Хвилимонові? Я в ньому закохана?.. Та нехай він тобі скисне!.. Ач, що вигадала!,. Ох і противний же він мені!.. Ох і гидкий!.. А дурний, дурний, аж крутиться!..&lt;br /&gt;</w:t>
        <w:br/>
        <w:t>Текля. Ну, вже ти варнякаєш казна-що!... Всі люде мають його за надто розумного.&lt;br /&gt;</w:t>
        <w:br/>
        <w:t>Лукія. Нехай хоч і весь світ лічить його за розумного, а мені він дурний!&lt;br /&gt;</w:t>
        <w:br/>
        <w:t>Текля. Глянь, глянь, якась чужостороння дівка чи молодиця зустрілася з парубками: Йосип і Дмитро пішли далі, а Хвилимон вернувся з нею... Сюди надходять... Підождемо та побачимо, що воно за людина...&lt;br /&gt;</w:t>
        <w:br/>
        <w:t>Лукія (спершу кинулась, щоб подивитись, а далі зупинилась). Не хочу дожидати... Я тобі докажу, що овсім я не закохана у Хвилимонові... Прийдуть святки, нізащо з ним не похристосуюся; захоче побалакати зо мною — плечима до нього повернусь,— ось що!.. Я тобі докажу і всім докажу!.. Ходім!.. Не хочеш? Ну, я й сама піду! (Пішла).&lt;br /&gt;</w:t>
        <w:br/>
        <w:t>Текля (йдучи за нею). Чудернацька ти дівка, їй-богу, чудернацька! (Пішла).&lt;br /&gt;</w:t>
        <w:br/>
        <w:t>ЯВА З&lt;br /&gt;</w:t>
        <w:br/>
        <w:t>Килина (з вузлом в руці) і Хвилимон.&lt;br /&gt;</w:t>
        <w:br/>
        <w:t>Хвилимон. Кажете, що писали до дядька листи?&lt;br /&gt;</w:t>
        <w:br/>
        <w:t>Килина. Двічі писала і ні на жодного листа не одібрала відповіді.&lt;br /&gt;</w:t>
        <w:br/>
        <w:t>Хвилимон. Певно, збирався відповідать... Звісно, як чоловік неграмотний.&lt;br /&gt;</w:t>
        <w:br/>
        <w:t>Килина. А ви грамотні? Хвилимон. Та неначебто трохи.&lt;br /&gt;</w:t>
        <w:br/>
        <w:t>Килина. У школі вчились чи так де? Хвилимон. Я скінчив сільську школу.&lt;br /&gt;</w:t>
        <w:br/>
        <w:t>Килина. Он як!.. А як ваше ймення?&lt;br /&gt;</w:t>
        <w:br/>
        <w:t>Хвилимон. Хвилимон.&lt;br /&gt;</w:t>
        <w:br/>
        <w:t>Килина. А по батюшці?&lt;br /&gt;</w:t>
        <w:br/>
        <w:t>Хвилимон. Ну, того хоч і не треба!..&lt;br /&gt;</w:t>
        <w:br/>
        <w:t>Килина. Чому не треба? В городі без сього не можна, незвичайно...&lt;br /&gt;</w:t>
        <w:br/>
        <w:t>Хвилимон. Так то ж у городі... Осе ж вам 5 хата вашого дядька,— пізнаєте?&lt;br /&gt;</w:t>
        <w:br/>
        <w:t>Килина. Як же я її пізнаю, коли мені не було й года, як моя мати пішла звідси і мене з собою взяла?..&lt;br /&gt;</w:t>
        <w:br/>
        <w:t>Хвилимон. А дядька ж ви бачили коли-небудь?&lt;br /&gt;</w:t>
        <w:br/>
        <w:t>Килина. Бачила, він скільки разів приїздив у город і одвідував матір.&lt;br /&gt;</w:t>
        <w:br/>
        <w:t>Хвилимон. А мати ваші служили там де, чи як?&lt;br /&gt;</w:t>
        <w:br/>
        <w:t>Килина. Служила... у одного пана... Нам добре жилося, доки пан живий був... Я спершу ходила в городську школу, а потім віддали мене в швачки... Як пан помер, то звідкись взялась його сестра, вона прибрала все до своїх рук і нас прогнала...</w:t>
      </w:r>
    </w:p>
    <w:p>
      <w:r>
        <w:br/>
        <w:t>Чутно за хатою гомін.</w:t>
      </w:r>
    </w:p>
    <w:p>
      <w:r>
        <w:br/>
        <w:t>Хвилимон. Ото ж і дядина ваша, ондечки з кимсь на вгороді гомонить.&lt;br /&gt;</w:t>
        <w:br/>
        <w:t>Килина. Дядину я либонь тільки двічі й бачила... Піду привітаюсь. (Хоче йти).&lt;br /&gt;</w:t>
        <w:br/>
        <w:t>Хвилимон. Виходьте иа святках на вулицю... до дівчат...&lt;br /&gt;</w:t>
        <w:br/>
        <w:t>Килина. Я ні з одною з ваших дівчат не знайома.&lt;br /&gt;</w:t>
        <w:br/>
        <w:t>Хвилимон. Так що ж, познайомитесь... Хіба довго? Вийшли на вулицю: "Христос воскресе!" — "Воістину!.." От і познайомились.&lt;br /&gt;</w:t>
        <w:br/>
        <w:t>Килина. Невже так зразу?&lt;br /&gt;</w:t>
        <w:br/>
        <w:t>Хвилимон. Авжеж. В городі, певно, примхи та церемонії?&lt;br /&gt;</w:t>
        <w:br/>
        <w:t>Килина. Там така поведенція, щоб хтось знайомий з вами і з тими, з котрими ви схочете познайомитись, підійшов з вами та й познайомив.&lt;br /&gt;</w:t>
        <w:br/>
        <w:t>Хвилимон. Чудернацько як!..&lt;br /&gt;</w:t>
        <w:br/>
        <w:t>Килина. А в селі сього звичаю нема?&lt;br /&gt;</w:t>
        <w:br/>
        <w:t>Хвилимон. Та й зроду-віку його не було!.. Може, й мені не слід було підходить до вас без такого, котрий...&lt;br /&gt;</w:t>
        <w:br/>
        <w:t>Килина. Так се так трапилось, що я мусила сама озватись до вас та спитати про дядькову хату... Піду до дядини. (Простягає руку). Будемо знайомі.&lt;br /&gt;</w:t>
        <w:br/>
        <w:t>Хвилимон (почоломкався). Побачимось на святках?&lt;br /&gt;</w:t>
        <w:br/>
        <w:t>Килина. А мабуть, що так. Я бачила, у вас там на горі качелі стоять. (Пішла на вгород).&lt;br /&gt;</w:t>
        <w:br/>
        <w:t>Хвилимон. Може, я мушу звати вас по-горолському?.. Я й не спитав, як вас... Знаю, що Килина, а як по батюшці?&lt;br /&gt;</w:t>
        <w:br/>
        <w:t>Килина (усміхнулась). Обійдемось і без батюшки!..&lt;br /&gt;</w:t>
        <w:br/>
        <w:t>Хвилимон. Себто згоджуєтесь з нашими слобідськими звичаями?..&lt;br /&gt;</w:t>
        <w:br/>
        <w:t>Килина. Поговірка каже: "На чиїм возі їдеш, того й пісню співай..."&lt;br /&gt;</w:t>
        <w:br/>
        <w:t>Хвилимон. А так. Нехай городяне в городах поводяться по-городському, а ми, слобожане,— по-слобідському.</w:t>
      </w:r>
    </w:p>
    <w:p>
      <w:r>
        <w:br/>
        <w:t>Килина пішла.</w:t>
      </w:r>
    </w:p>
    <w:p>
      <w:r>
        <w:br/>
        <w:t>ЯВА 4</w:t>
      </w:r>
    </w:p>
    <w:p>
      <w:r>
        <w:br/>
        <w:t>Виходить Йосип.</w:t>
      </w:r>
    </w:p>
    <w:p>
      <w:r>
        <w:br/>
        <w:t>Йосип. Хто вона така?&lt;br /&gt;</w:t>
        <w:br/>
        <w:t>Хвилимон. Кортить? Ач, який цікавий.&lt;br /&gt;</w:t>
        <w:br/>
        <w:t>Йосип. Ні, справді, що воно за людина?&lt;br /&gt;</w:t>
        <w:br/>
        <w:t>Хвилимон. Ходім, дорогою розкажу.</w:t>
      </w:r>
    </w:p>
    <w:p>
      <w:r>
        <w:br/>
        <w:t>Пішли.</w:t>
      </w:r>
    </w:p>
    <w:p>
      <w:r>
        <w:br/>
        <w:t>ЯВА 5</w:t>
      </w:r>
    </w:p>
    <w:p>
      <w:r>
        <w:br/>
        <w:t>Данило і Макар.&lt;br /&gt;</w:t>
        <w:br/>
        <w:t>Данило. Се вєрно, що за торішню ціну я не піду на поденну в якономію... Коли скрізь навкруги ціна пішла вгору, то я хіба у бога теля з'їв?&lt;br /&gt;</w:t>
        <w:br/>
        <w:t>Макар. Воно, конешне, годиться, щоб так, як ї по других якономіях... Що ж, наші людці маракують і сяк і так, іншого не розбереш... А щоб котрий висловив прямо, що, мовляв, ось так-то і так... то такого промеж нас і нема. Хоч і ти: торік теж сперечався, а опісля...&lt;br /&gt;</w:t>
        <w:br/>
        <w:t>Данило. Так то ж торік... Кажеш: нема промеж нас такого?.. А може, й знайдеться?., і повинен знайтись... І знайдеться такий!..&lt;br /&gt;</w:t>
        <w:br/>
        <w:t>Макар. Навряд.&lt;br /&gt;</w:t>
        <w:br/>
        <w:t>Данило. Ая знаю такого!&lt;br /&gt;</w:t>
        <w:br/>
        <w:t>Макар. Хвилимон би то?&lt;br /&gt;</w:t>
        <w:br/>
        <w:t>Данило. А може, й не Хвилимон?&lt;br /&gt;</w:t>
        <w:br/>
        <w:t>Макар. Так де ж він такий? Хто він?&lt;br /&gt;</w:t>
        <w:br/>
        <w:t>Данило. Де? Тутечки! А хто він такий? Я!&lt;br /&gt;</w:t>
        <w:br/>
        <w:t>Макар. Ну, побачимо...&lt;br /&gt;</w:t>
        <w:br/>
        <w:t>Данило. І побачиш, і почуєш! За торішню ціну я нізащо на світі!.. Як чоловікові не сорок копійок, а бабі не тридцять, так і нікоторої розмови зо мною, як води в рот наберу!..&lt;br /&gt;</w:t>
        <w:br/>
        <w:t>Макар. Не викрепиш.&lt;br /&gt;</w:t>
        <w:br/>
        <w:t>Данило. Викреплю.&lt;br /&gt;</w:t>
        <w:br/>
        <w:t>Макар. Ну, якщо той, то й я за тобою.&lt;br /&gt;</w:t>
        <w:br/>
        <w:t>Данило. Падлєц буду, викреплю!..</w:t>
      </w:r>
    </w:p>
    <w:p>
      <w:r>
        <w:br/>
        <w:t>ЯВА 6</w:t>
      </w:r>
    </w:p>
    <w:p>
      <w:r>
        <w:br/>
        <w:t>Данилиха іде з города, за нею Килина.</w:t>
      </w:r>
    </w:p>
    <w:p>
      <w:r>
        <w:br/>
        <w:t>Тетяна. Вітай, чоловіче, ось гостю.&lt;br /&gt;</w:t>
        <w:br/>
        <w:t>Данило. Що ж то за гостя?&lt;br /&gt;</w:t>
        <w:br/>
        <w:t>Макар. Гляди ж, держи слова. Прощай. (Пішов).&lt;br /&gt;</w:t>
        <w:br/>
        <w:t>Данило. Додержу. Ходи здоров.&lt;br /&gt;</w:t>
        <w:br/>
        <w:t>Килина (підходить). Здрастуйте, дядьку! (Кланяється).&lt;br /&gt;</w:t>
        <w:br/>
        <w:t>Данило. Це ж... либонь Килина?&lt;br /&gt;</w:t>
        <w:br/>
        <w:t>Килина. Та Килина ж... (Цілує його в руку).&lt;br /&gt;</w:t>
        <w:br/>
        <w:t>Данило. Це ж ти як: по волі чи по неволі?&lt;br /&gt;</w:t>
        <w:br/>
        <w:t>Килина. Більш по неволі. Без бумаги не дозволяють в городі жить... Доки жила при матері — не чепали...&lt;br /&gt;</w:t>
        <w:br/>
        <w:t>Данило. А тепер ти з матір'ю нарізнь?&lt;br /&gt;</w:t>
        <w:br/>
        <w:t>Килина. Нарізнь.&lt;br /&gt;</w:t>
        <w:br/>
        <w:t>Данило. Виходить, що треба пашпорта?.. Коли загостювала, то йди в хату, перебудь святки, а там вже поміркуємо...&lt;br /&gt;</w:t>
        <w:br/>
        <w:t>Тетяна. Похваляється Килина, що вона швачка.&lt;br /&gt;</w:t>
        <w:br/>
        <w:t>Данило. Та це я знаю. Вчилась же у школі, а потім і шитву навчена. Доки мати при панові знаходилась, їм обом добре було...&lt;br /&gt;</w:t>
        <w:br/>
        <w:t>Тетяна. От, кажу, коли б вона раніш була прийшла, хоч би так тижнів за два до свят, мала б з шитва чималий заробіток: у нас тепер помеж дівчатьми мода на кохточки та на обсмикані спідниці; хвартухи теж почали обтягувать на пузі, щоб облипав як на обичайці — отак достометнісенько, як у тебе... Чи й голова у тебе вся гребінцями обтикана, як ото у других?&lt;br /&gt;</w:t>
        <w:br/>
        <w:t>Килина. Як люде, так і я. Адже приказка каже: "З вовками жить, пововчи й вить".&lt;br /&gt;</w:t>
        <w:br/>
        <w:t>Данило. А звісно... вєрно.&lt;br /&gt;</w:t>
        <w:br/>
        <w:t>Тетяна. А може, поспієш хоч шапочку пошить моєму малому?&lt;br /&gt;</w:t>
        <w:br/>
        <w:t>Килина. Ау вас їх багато?&lt;br /&gt;</w:t>
        <w:br/>
        <w:t>Тетяна. Старшенькому, Гараськові, восьмий пішов; Оринці п'ять; а Василеві два... Були ще старші та повмирали... Се б вже Оленці був би вісімнадцятий; а Павлові шістнадцять... (Зітхнула). Та господь прибрав!..&lt;br /&gt;</w:t>
        <w:br/>
        <w:t>Данило. З богом на спірку не підеш...&lt;br /&gt;</w:t>
        <w:br/>
        <w:t>Килина. Я, мабуть, поспію пошить дещо усім трьом... У мене знайдеться і ситчик.&lt;br /&gt;</w:t>
        <w:br/>
        <w:t>Тетяна. Та невже? От розумниця! Ходім же, ходім в хату!.. Певно, втомилася, доки дійшла з акзалу?&lt;br /&gt;</w:t>
        <w:br/>
        <w:t>Килина. Ні, я доїхала за гривеника аж до самого села з якимсь дядьком...&lt;br /&gt;</w:t>
        <w:br/>
        <w:t>Тетяна. З котрим же то? Ходім в хату, там розкажеш..</w:t>
      </w:r>
    </w:p>
    <w:p>
      <w:r>
        <w:br/>
        <w:t>Пішли в хату.</w:t>
      </w:r>
    </w:p>
    <w:p>
      <w:r>
        <w:br/>
        <w:t>ЯВ А 7</w:t>
      </w:r>
    </w:p>
    <w:p>
      <w:r>
        <w:br/>
        <w:t>Сидір виходить</w:t>
      </w:r>
    </w:p>
    <w:p>
      <w:r>
        <w:br/>
        <w:t>Сидір. Данило, гов! А постривай на хвилину.&lt;br /&gt;</w:t>
        <w:br/>
        <w:t>Данило (вертається). А що таке? Сидір. Чи правду ж ото каже Макар?&lt;br /&gt;</w:t>
        <w:br/>
        <w:t>Данило. А чому ж би Макарові і правди не сказати?&lt;br /&gt;</w:t>
        <w:br/>
        <w:t>Сидір. І ти не в шутки сказав?&lt;br /&gt;</w:t>
        <w:br/>
        <w:t>Данило. Не до шуток, брат...&lt;br /&gt;</w:t>
        <w:br/>
        <w:t>Сидір. Іменно. Коли, мовляв, на плечах остання свитина розлазиться, то вже не шутки на думці: доводиться латку на латку налатувати, та вже скоро й латок нестачить... Он як мені тепер!..&lt;br /&gt;</w:t>
        <w:br/>
        <w:t>Данило. Твоє діло не з медом.&lt;br /&gt;</w:t>
        <w:br/>
        <w:t>Сидір. Гол, як сокол!.. Все забрали, все поспродали... У тебе нічого не зачепили, бо грошенята здавна водились...&lt;br /&gt;</w:t>
        <w:br/>
        <w:t>Данило. Які там грошенята?&lt;br /&gt;</w:t>
        <w:br/>
        <w:t>Сидір. Скажеш, брешу? Завжди було, як поїдеш в город сестру Марфу одвідати, то й привезеш скількись карбованців...&lt;br /&gt;</w:t>
        <w:br/>
        <w:t>Данило. Не пам'ятаю я того...&lt;br /&gt;</w:t>
        <w:br/>
        <w:t>Сидір. Отакої вигадай! Було, як тільки підоп'єш трохи, зараз і хвастаєш, що ось-то яка у мене сестра Марфа: і розумна, і багата, і мене награждає!..&lt;br /&gt;</w:t>
        <w:br/>
        <w:t>Данило. Може, й було колись...&lt;br /&gt;</w:t>
        <w:br/>
        <w:t>Сидір. А в мене ніколи того не було... Так не підеш на поденну за торішню ціну?&lt;br /&gt;</w:t>
        <w:br/>
        <w:t>Данило. Не піду.&lt;br /&gt;</w:t>
        <w:br/>
        <w:t>Сидір. Давай руку, і я з тобою! Нехай з мене дві шкури здеруть, нехай хоч і закатують, а вже я слово додержу. Осе біжу до лавошника, чи не позиче хоч скількись там хунтів пшеничного борошна на пасочку.&lt;br /&gt;</w:t>
        <w:br/>
        <w:t>Данило. Багато лавошникові винен? Сидір. Якось спроможусь, то й віддам!.. Може б, ти зарятував мене?&lt;br /&gt;</w:t>
        <w:br/>
        <w:t>Данило. У самого зосталось на один тільки заміс.&lt;br /&gt;</w:t>
        <w:br/>
        <w:t>Сидір. Ну, прощавай. (Хутко пішов).&lt;br /&gt;</w:t>
        <w:br/>
        <w:t>Тетяна (у вікно). Іди вже в хату. Чого се він приходив?&lt;br /&gt;</w:t>
        <w:br/>
        <w:t>Данило. Прохав борошна пшеничного позичить.&lt;br /&gt;</w:t>
        <w:br/>
        <w:t>Тетяна. Що ж, позичиш?&lt;br /&gt;</w:t>
        <w:br/>
        <w:t>Данило. Ні. Дай йому руками, то не виходиш ногами... (Пішов у хату).</w:t>
      </w:r>
    </w:p>
    <w:p>
      <w:r>
        <w:br/>
        <w:t>ЯВА 8</w:t>
      </w:r>
    </w:p>
    <w:p>
      <w:r>
        <w:br/>
        <w:t>Ванька і Митька.</w:t>
      </w:r>
    </w:p>
    <w:p>
      <w:r>
        <w:br/>
        <w:t>Ванька. Та се ж ти всі гроші повиграєш у наших хлопців на святках!..&lt;br /&gt;</w:t>
        <w:br/>
        <w:t>Митька. А хіба-разві мало я їх програв? Бувало, як украду у батька якого двогривеного чи злотого— зараз і програю. І били ж мене батько за се, драли як Сидорову козу!.. Ну, тепер наша взяла!..&lt;br /&gt;</w:t>
        <w:br/>
        <w:t>Ванька. І як ти так ловко навчився?.. А де карт здобув?&lt;br /&gt;</w:t>
        <w:br/>
        <w:t>Митька. В городі, в трактирі, у одного парня, у того, що чай подає, у нього навчився грати, у нього й карти купив.&lt;br /&gt;</w:t>
        <w:br/>
        <w:t>Ванька. Багато заплатив за колоду?&lt;br /&gt;</w:t>
        <w:br/>
        <w:t>Митька. Сорок копійок.&lt;br /&gt;</w:t>
        <w:br/>
        <w:t>Ванька. Ой-ой-ой!.. Аж сорок копійок?&lt;br /&gt;</w:t>
        <w:br/>
        <w:t>Митька. Разлі єто так дорого? Се ж не нові, нові так вони ще дорожче стоять.&lt;br /&gt;</w:t>
        <w:br/>
        <w:t>Ванька. Хіба дорожче?&lt;br /&gt;</w:t>
        <w:br/>
        <w:t>Митька. Є такі, що по три цілкових.&lt;br /&gt;</w:t>
        <w:br/>
        <w:t>Ванька. От так дорожнеча!.. А за науку багато дав?&lt;br /&gt;</w:t>
        <w:br/>
        <w:t>Митька. Віддав кумачову рубашку, гармонію і руб серебра.&lt;br /&gt;</w:t>
        <w:br/>
        <w:t>Ванька. Ой-ой-ой! В тебе була і кумачова рубашка? От щасливий!..&lt;br /&gt;</w:t>
        <w:br/>
        <w:t>Митька. Ловка була рубаха!.. А за гармонію три цілкових серебра заплатив!&lt;br /&gt;</w:t>
        <w:br/>
        <w:t>Ванька. Певно, в городі чимало грошенят заробив?&lt;br /&gt;</w:t>
        <w:br/>
        <w:t>Митька. Були, брат, дєнєжки. Видали ми і по 25 цілкових серебра!..&lt;br /&gt;</w:t>
        <w:br/>
        <w:t>Ванька. Додому багато приніс?&lt;br /&gt;</w:t>
        <w:br/>
        <w:t>Митька. Пустяки, так мелоч... Больш што прогуляв з мамзелями і всякими баришнями!..&lt;br /&gt;</w:t>
        <w:br/>
        <w:t>Ванька. За те ж зодягнувся по-городському.&lt;br /&gt;</w:t>
        <w:br/>
        <w:t>Митька. Адьожа у меня всяка єсть... Єсть даже собственной большой чайник і портабашник серебряной... Захочу заробить дєнєг, знов піду в город, пристану до канпанії... Там, брат, бувають такі заробітки, що другой і в полгода стольки не заробе, скольки я за одну ніч.&lt;br /&gt;</w:t>
        <w:br/>
        <w:t>Ванька. Що ж то за заробітки?&lt;br /&gt;</w:t>
        <w:br/>
        <w:t>Митька. Називаються "ночні похожденія". Спершу, правда, брала мене опаска; ну, потом как привик, так оченно даже антиресно. Єжели хочеш, так я й тєбя можу взять у каипанію?..&lt;br /&gt;</w:t>
        <w:br/>
        <w:t>Ванька. Страшнувато.&lt;br /&gt;</w:t>
        <w:br/>
        <w:t>Митька. Нісколько!.. Привикнеш, так і нічаво.&lt;br /&gt;</w:t>
        <w:br/>
        <w:t>Ванька. А на картах навчиш?&lt;br /&gt;</w:t>
        <w:br/>
        <w:t>Митька. А звєсно.&lt;br /&gt;</w:t>
        <w:br/>
        <w:t>Ванька. Ану, покажи ще якого фокуса. І невже ти всі карти бачиш наскрізь?&lt;br /&gt;</w:t>
        <w:br/>
        <w:t>Митька. Іншу наскрізь, іншу по прикметам.&lt;br /&gt;</w:t>
        <w:br/>
        <w:t>Ванька. По яким прикметам?&lt;br /&gt;</w:t>
        <w:br/>
        <w:t>Митька. А по таким, що не скажу... Рано хочеш усьо знать... Штоб у карт грать, так мені требується помошник,-понімаєш? Єжели зумієш мовчать і помагатимеш мине, так вгощу монополочкою і тебе вивчу вигравать... А не вдержиш язика за зубами, так шабаш і товаришуванню нашому, і всьому: ти мене не знаєш, я тебе не видав,— во што! Ось воно по-нашому как.&lt;br /&gt;</w:t>
        <w:br/>
        <w:t>Ванька. Хрест мене побий, мовчатиму! Митька. Ходім куди-небудь, штоб ніхто не помішав... Ходім під повітку до нас або до вас.&lt;br /&gt;</w:t>
        <w:br/>
        <w:t>Ванька. До нас, у нас безпечніш.</w:t>
      </w:r>
    </w:p>
    <w:p>
      <w:r>
        <w:br/>
        <w:t>Пішли.</w:t>
      </w:r>
    </w:p>
    <w:p>
      <w:r>
        <w:br/>
        <w:t>Митька (говорить за лаштунками). Наші поштаники вам на втиралники.&lt;br /&gt;</w:t>
        <w:br/>
        <w:t>ЯВА 9</w:t>
      </w:r>
    </w:p>
    <w:p>
      <w:r>
        <w:br/>
        <w:t>Лукія і Текля ідуть звідти, куди пішли Митька і Банька.</w:t>
      </w:r>
    </w:p>
    <w:p>
      <w:r>
        <w:br/>
        <w:t>Лукія. Невже то Митька Кривощоченко? Текля. Та ніхто ж як він.&lt;br /&gt;</w:t>
        <w:br/>
        <w:t>Лукія. Ач, як вилюднів, я й не пізнала!.. Та як хороше прибрався. (Гукає). Митька! Невже це ти?&lt;br /&gt;</w:t>
        <w:br/>
        <w:t>Митька (вертається). Пачаму ж я ти, єжели я вам гавару: ви?&lt;br /&gt;</w:t>
        <w:br/>
        <w:t>Текля. Ну, я піду додому, мені ніколи. (Пішла).&lt;br /&gt;</w:t>
        <w:br/>
        <w:t>Лукія. Які ви стали той... чепурні.&lt;br /&gt;</w:t>
        <w:br/>
        <w:t>Митька. Ну й ви покрасивєлі... (Чоломкається з Лукїею). Діслітельно город дайоть кожному чалавєку городську особливость. Примером, возьміть даже біздушной предмет. Скажем: городськой сапог, как мой, і деревенськой чобіт, как от у Ваньки. (Гукає за лаштунки). Подожди, Ванічка, я сей секунд!.. Да. Так вот, как сапог не под пару чоботу, так городськая личность не соприкасаєма до деревенськой.&lt;br /&gt;</w:t>
        <w:br/>
        <w:t>Лукія. Ач, як вивчились балакати.&lt;br /&gt;</w:t>
        <w:br/>
        <w:t>Митька. Приятно було б нам поближе познайомиться... Как ви об єтом? Єжели вийдете под качелі, так понімайте меня за вашого кавалера... Можна ращитувать?&lt;br /&gt;</w:t>
        <w:br/>
        <w:t>Лукія (маніжиться). Ач, вже й уговорили...&lt;br /&gt;</w:t>
        <w:br/>
        <w:t>Митька. Ех!.. Будь єто де в закутку, а не на вулиці, так би 1 розцілував вас всю как єсть, по городському манеру!..&lt;br /&gt;</w:t>
        <w:br/>
        <w:t>Лукія. Така б то хороша?&lt;br /&gt;</w:t>
        <w:br/>
        <w:t>Митька. Точно как у пєсні: словно кралечка росписная, на картинкє намальованая!&lt;br /&gt;</w:t>
        <w:br/>
        <w:t>Лукія. Приходьте сьогодня смерком до нас у леваду.&lt;br /&gt;</w:t>
        <w:br/>
        <w:t>Митька. Не прийду, а прилетю, как птиця на улюбльонних крилах!.. І с тем до вечернього свиданія. (Чоломкається). Так познакомимся поближче?.. Слихали таку пєсню: "Ще, ще, ще, присуньмося ближче ще!.." (Гукає). Іду, Ванічка, сей секунд іду!.. Іщо раз до приятного!.. (Пішов).&lt;br /&gt;</w:t>
        <w:br/>
        <w:t>Лукія. Нехай вже Хвилимон тепер з досади поскрегоче зубами!.. На його очах горнутимусь до Митьки, немов навіки закохана в ньому!..</w:t>
      </w:r>
    </w:p>
    <w:p>
      <w:r>
        <w:br/>
        <w:t>ЯВА 10</w:t>
      </w:r>
    </w:p>
    <w:p>
      <w:r>
        <w:br/>
        <w:t>З хати виходить Килина.&lt;br /&gt;</w:t>
        <w:br/>
        <w:t>Лукія(убік). А це що за чужа?&lt;br /&gt;</w:t>
        <w:br/>
        <w:t>Килина. Якась дівчина. Де ж воно те горнятко? (Шукає очима). Чи не познайомитись так, як ото Хвилимон казав? (Підходить). Здрастуйте.&lt;br /&gt;</w:t>
        <w:br/>
        <w:t>Лукія. Здрастуйте і ви.&lt;br /&gt;</w:t>
        <w:br/>
        <w:t>Килина. Давайте познайомимось...&lt;br /&gt;</w:t>
        <w:br/>
        <w:t>Лукія. А ви ж звідки?&lt;br /&gt;</w:t>
        <w:br/>
        <w:t>Килина. З города.&lt;br /&gt;</w:t>
        <w:br/>
        <w:t>Лукія. Хто ж ви такі будете?&lt;br /&gt;</w:t>
        <w:br/>
        <w:t>Килина. Оце хата мого дядька.&lt;br /&gt;</w:t>
        <w:br/>
        <w:t>Лукія. То ви небога Данилові?&lt;br /&gt;</w:t>
        <w:br/>
        <w:t>Килина. Еге ж.&lt;br /&gt;</w:t>
        <w:br/>
        <w:t>Лукія. Ви дочка Марфи-Килина?&lt;br /&gt;</w:t>
        <w:br/>
        <w:t>Килина. Я вона і є.&lt;br /&gt;</w:t>
        <w:br/>
        <w:t>Лукія. Чули, чули... Он ви хто такі!.. Давно прибули?&lt;br /&gt;</w:t>
        <w:br/>
        <w:t>Килина. Сьогодня.&lt;br /&gt;</w:t>
        <w:br/>
        <w:t>Лукія. Це чи не вас Хвилимон провів до хати?&lt;br /&gt;</w:t>
        <w:br/>
        <w:t>Килина. Еге ж, мене.&lt;br /&gt;</w:t>
        <w:br/>
        <w:t>Лукія. Бач що!.. Ви ж заміжня чи ще дівка?&lt;br /&gt;</w:t>
        <w:br/>
        <w:t>Килина. Дівка.&lt;br /&gt;</w:t>
        <w:br/>
        <w:t>Лукія. До вподоби вам Хвилимон?&lt;br /&gt;</w:t>
        <w:br/>
        <w:t>Килина. Як вам сказати? Либонь він нічого собі парень.&lt;br /&gt;</w:t>
        <w:br/>
        <w:t>Лукія. Ви ще не придивились до нього... Ось придивіться гарненько.&lt;br /&gt;</w:t>
        <w:br/>
        <w:t>Килина. Навіщо?&lt;br /&gt;</w:t>
        <w:br/>
        <w:t>Тетяна (у вікні). Килино, невже не знайшла?&lt;br /&gt;</w:t>
        <w:br/>
        <w:t>Килина. Се я з вами загаялася... (Відгукує). Знайшла, дядино! Осьдечки несу. (Вхопила горнятко з білою глиною). Прощавайте. Будемо ж знайомі. (Пішла)-.&lt;br /&gt;</w:t>
        <w:br/>
        <w:t>Лукія. Авжеж... Певно, вона вже впала Хвилимонові в око!,. А що він їй до серця припав, то се вже видко... Ой, чогось серце Моє раптом спалахнуло!.. (Глянула убік). Чи ба, Хвилимон сюди йде з Йоси-пом!.. Не хочу його бачити!.. Щоб він пропав, щоб він сказився, щоб йому добра не було!.. Тьфу, та ще тьфу!.. (Пішла).&lt;br /&gt;</w:t>
        <w:br/>
        <w:t>ЯВА 11&lt;br /&gt;</w:t>
        <w:br/>
        <w:t>З хати виходить Данило з вірьовкою в руці, назустріч йому йдуть Хвилимон і Йосип.</w:t>
      </w:r>
    </w:p>
    <w:p>
      <w:r>
        <w:br/>
        <w:t>Данило. Здорові хлопці. Куди се простуєте?&lt;br /&gt;</w:t>
        <w:br/>
        <w:t>Хвилимон і Йосип. Та так... будь-куди.&lt;br /&gt;</w:t>
        <w:br/>
        <w:t>Данило. Підете після свят у якономію на по-денну?&lt;br /&gt;</w:t>
        <w:br/>
        <w:t>Хвилимон. Я не піду, мені треба досіять ячмінь.&lt;br /&gt;</w:t>
        <w:br/>
        <w:t>Йосип. Я піду.&lt;br /&gt;</w:t>
        <w:br/>
        <w:t>Данило. А як за ціну? Я так що піду тільки за 40.&lt;br /&gt;</w:t>
        <w:br/>
        <w:t>Йосип. А як не дадуть?&lt;br /&gt;</w:t>
        <w:br/>
        <w:t>Данило. То й мене не візьмуть.&lt;br /&gt;</w:t>
        <w:br/>
        <w:t>Йосип. Ви й торік спершу ухилялись, а далі й згодились.&lt;br /&gt;</w:t>
        <w:br/>
        <w:t>Данило. А тепер шабаш, як сказав, так і буде.&lt;br /&gt;</w:t>
        <w:br/>
        <w:t>Йосип. Та воно ловко б було, якби всі, як один.&lt;br /&gt;</w:t>
        <w:br/>
        <w:t>Данило. І будемо, як один.&lt;br /&gt;</w:t>
        <w:br/>
        <w:t>Хвилимон. Пора вже й справді нам пожаліть себе.&lt;br /&gt;</w:t>
        <w:br/>
        <w:t>Данило. Авжеж, пора. Положим, тобі що? Твій батько при достатках, а іншим хоч зараз здихай!..&lt;br /&gt;</w:t>
        <w:br/>
        <w:t>Хвилимон. Та й вам ще не час бідкатись. Хоч батько мій і при достатках, але у мене не настільки ще шкура потовщала, щоб я не почувався людським горем...&lt;br /&gt;</w:t>
        <w:br/>
        <w:t>Данило. Треба держатись міцно одно одного, то й буде наше зверху.&lt;br /&gt;</w:t>
        <w:br/>
        <w:t>Хвилимон. Коли б же додумались до того, щоб міцно держатись одно другого.&lt;br /&gt;</w:t>
        <w:br/>
        <w:t>Данило. Нехай собі другі як хотять, а я сказав слово, і шабаш!.. Одначе треба йти на тік соломи внести, Тетяна заходжується паски пекти... (Пішов на тік).&lt;br /&gt;</w:t>
        <w:br/>
        <w:t>Xвилимон. Так ходім почитаємо? Цікава Так книжка.&lt;br /&gt;</w:t>
        <w:br/>
        <w:t>Йосип. Хто то такий, шо дає тобі книжечку?&lt;br /&gt;</w:t>
        <w:br/>
        <w:t>Хвилимон. А тобі хіба не однаково, хто він?&lt;br /&gt;</w:t>
        <w:br/>
        <w:t>Йосип. По-московському списана?..&lt;br /&gt;</w:t>
        <w:br/>
        <w:t>Xвилимон. Ні, по-нашому.&lt;br /&gt;</w:t>
        <w:br/>
        <w:t>Йосип. Справді? Ну, ходім!..</w:t>
      </w:r>
    </w:p>
    <w:p>
      <w:r>
        <w:br/>
        <w:t>Пішли.</w:t>
      </w:r>
    </w:p>
    <w:p>
      <w:r>
        <w:br/>
        <w:t>Завіса</w:t>
      </w:r>
    </w:p>
    <w:p>
      <w:r>
        <w:br/>
        <w:t>ДІЯ ДРУГА</w:t>
      </w:r>
    </w:p>
    <w:p>
      <w:r>
        <w:br/>
        <w:t>Середина Данилової хати. Піл, мисник, скриня, стіл, лави, жердки з одежею... Обставини виявляють деякі достатки. На столі паска, скількись крашанок, на тарілці кусок сала, сіль і т. ін.</w:t>
      </w:r>
    </w:p>
    <w:p>
      <w:r>
        <w:br/>
        <w:t>ЯВА І</w:t>
      </w:r>
    </w:p>
    <w:p>
      <w:r>
        <w:br/>
        <w:t>За столом сидять Андрій Тимохвійович і Данило.&lt;br /&gt;</w:t>
        <w:br/>
        <w:t>Данило (трохи під чаркою). Даремно ви, Андрію Тимохвійовичу, наважаєтеся мене наполохати... Як воно овсім і не з мене почалося.&lt;br /&gt;</w:t>
        <w:br/>
        <w:t>Андрій Тимохвійович. А люде гаворать, що з тебе. Он і Макар гаворить... Почав я з ним роздабарювать, так вон сперначалу сперетчался, ну далі і виразил: "Умовте спершу Данила, бо з нього діло почалось, а мене умовлять хоч і не треба..."&lt;br /&gt;</w:t>
        <w:br/>
        <w:t>Данило. Макар би то, кажете, так сказав?.. Ловко!..&lt;br /&gt;</w:t>
        <w:br/>
        <w:t>Андрій Тимохвійович (наливає). Викушай ще чарку.&lt;br /&gt;</w:t>
        <w:br/>
        <w:t>Данило. Чи не буде вже?&lt;br /&gt;</w:t>
        <w:br/>
        <w:t>Андрій Тимохвійович. Чого ж буде? Як у свято не пить її, то коли ж і пить?&lt;br /&gt;</w:t>
        <w:br/>
        <w:t>Данило. Та воно, положим, тошно що... А ви хіба не викушаєте?&lt;br /&gt;</w:t>
        <w:br/>
        <w:t>Андрій Тимохвійович. Е, мені як до кожного пить, то дуже накладно буде: я вже сьогодня поверх десятка перелив.&lt;br /&gt;</w:t>
        <w:br/>
        <w:t>Данило. Та вас і кварта не подужає: телесні нівроку, так як натоптані.&lt;br /&gt;</w:t>
        <w:br/>
        <w:t>Андрій Тимохвійович. Ну то как же, га? Післязавтра починати роботу — сівбу, оранку, так мені конче надобно знати.&lt;br /&gt;</w:t>
        <w:br/>
        <w:t>Данило (підсовує чарку). Ви ж хоч поздоровкайтесь.&lt;br /&gt;</w:t>
        <w:br/>
        <w:t>Андрій Тимохвійович. Ну, будьмо здорові. Чи то пак: Христос воскрес!..&lt;br /&gt;</w:t>
        <w:br/>
        <w:t>Данило. Воістину!&lt;br /&gt;</w:t>
        <w:br/>
        <w:t>Андрій Тимохвійович (надпив, долив і частує Данила). Дєйствуй!..&lt;br /&gt;</w:t>
        <w:br/>
        <w:t>Данило (випив). Так Макар сказав, що його умовляти не треба?.. Ну, а мене, мабуть, так що не вмовите.&lt;br /&gt;</w:t>
        <w:br/>
        <w:t>Андрій Тимохвійович. Невжлі люди хочуть, штоб наш пан зробив так, как ото другі дєлають, што до станового либо до справника?.. Гляди, Данило, з тебе почалось, тобі найбільше і влетить!&lt;br /&gt;</w:t>
        <w:br/>
        <w:t>Данило. Хто докаже, що з мене почалось, хто?&lt;br /&gt;</w:t>
        <w:br/>
        <w:t>Андрій Тимохвійович. Знайдуться такі. Знаєш поговірку: "Були б побрязкачі, а послухачі знайдуться"? Побрязкачами мир держиться.</w:t>
      </w:r>
    </w:p>
    <w:p>
      <w:r>
        <w:br/>
        <w:t>ЯВА 2</w:t>
      </w:r>
    </w:p>
    <w:p>
      <w:r>
        <w:br/>
        <w:t>Входить Килина, дуже чепурно зодягнена.</w:t>
      </w:r>
    </w:p>
    <w:p>
      <w:r>
        <w:br/>
        <w:t>Андрій Тимохвійович. А це що за персона?&lt;br /&gt;</w:t>
        <w:br/>
        <w:t>Данило. Се моя небога.&lt;br /&gt;</w:t>
        <w:br/>
        <w:t>Килина (кланяється). Христос воскрес!&lt;br /&gt;</w:t>
        <w:br/>
        <w:t>Андрій Тимохвійович. Воістину!.. Можна з вами похристосуваться?&lt;br /&gt;</w:t>
        <w:br/>
        <w:t>Килина. Чому ж не можна, коли се закон?&lt;br /&gt;</w:t>
        <w:br/>
        <w:t>Андрій Тимохвійович. Так позвольте. (Христосується тричі). Ех, шкода, що писанки не взяв з собою!.. Не знав, що буде такой случай... Ви ж скедова?&lt;br /&gt;</w:t>
        <w:br/>
        <w:t>Килина. З города. (Сіла на лаві).&lt;br /&gt;</w:t>
        <w:br/>
        <w:t>Данило. Ось якраз перед святками приїхала.&lt;br /&gt;</w:t>
        <w:br/>
        <w:t>Андрій Тимохвійович. Так?&lt;br /&gt;</w:t>
        <w:br/>
        <w:t>Данило. Вона у нас і грамотійка, і швачка.&lt;br /&gt;</w:t>
        <w:br/>
        <w:t>Андрій Тимохвійович. Приятно і даже оченно приятно... Ви так і запомніть, што писанка за мною та ще й не простая. (Набік). Ловка мамзель! (До неї). А нащот шитва, єжелі согласні, у моєї жони лавсігда робота... вам можна буде до нас, і єто будеть ікстаті...&lt;br /&gt;</w:t>
        <w:br/>
        <w:t>Килина. Що кстаті?&lt;br /&gt;</w:t>
        <w:br/>
        <w:t>Андрій Тимохвійович. Што значить... Ну, как вам єто виразить?.. Познайомитесь з нами... І все ж у нас горниці как слєдуєть... В городі ви, розумєється, привикли до горниць?..&lt;br /&gt;</w:t>
        <w:br/>
        <w:t>Килина. Мало до чого чоловік не звикне... В селі треба привикати до простої хати.&lt;br /&gt;</w:t>
        <w:br/>
        <w:t>Андрій Тимохвійович. Зачім же єто?&lt;br /&gt;</w:t>
        <w:br/>
        <w:t>Килина. Поговірка каже: "Стели ніжки по одіжки..."&lt;br /&gt;</w:t>
        <w:br/>
        <w:t>Андрій Тимохвійович. Ну, штоб при вашой... антиресності... Как ви можете знать свою судьбу?&lt;br /&gt;</w:t>
        <w:br/>
        <w:t>Килина. А ви свою судьбу знаєте?&lt;br /&gt;</w:t>
        <w:br/>
        <w:t>Андрій Тимохвійович. Я што ж... я... вот 1 паш дяденька знаїть... знаєте, я при довжності такой, што дай бог і всякому!..&lt;br /&gt;</w:t>
        <w:br/>
        <w:t>Килина. Сьогодня таке, що дай бог, а завтра може спобігти таке, що й не дай бог... Найкраще, коли людина призвичаюється не до розкошів і приймає без ремства те, що доля посилає.&lt;br /&gt;</w:t>
        <w:br/>
        <w:t>Андрій Тимохвійович. Єто ви умно і даже иочснно умно...&lt;br /&gt;</w:t>
        <w:br/>
        <w:t>Килина. Дядьку, куди дядина пішли?&lt;br /&gt;</w:t>
        <w:br/>
        <w:t>Данило. Вона в коморі, сказать, там біля усяких мобелів... одбира горох від квасолі, перемішалося... Завтра думає посіяти. Кажу їй: гріх на третій день СВЯТ сіяти, а вона одмовила: "Хвилимон у книжці вичитав, що овсім не гріх!.."&lt;br /&gt;</w:t>
        <w:br/>
        <w:t>Килина. Піду допоможу дядині. (Пішла).&lt;br /&gt;</w:t>
        <w:br/>
        <w:t>Андрій Тимохвійович. Ну, Данило, скажу тобі, що небога у тебе щиколад!..&lt;br /&gt;</w:t>
        <w:br/>
        <w:t>Данило. Як?&lt;br /&gt;</w:t>
        <w:br/>
        <w:t>Андрій Тимохвійович. Не понімаєш ти, в чім сила!.. За таку небогу годиться почастуватись. (Наливає). Викушай!..&lt;br /&gt;</w:t>
        <w:br/>
        <w:t>Данило. Призволяйтесь ви самі спершу.&lt;br /&gt;</w:t>
        <w:br/>
        <w:t>Андрій Тимохвійович. І я вип'ю. За здоров'є такої кралі штоб не випить? (П'є і частує Данила). Ну-ка, употреби!&lt;br /&gt;</w:t>
        <w:br/>
        <w:t>Данило (випив). Вона грамотійка і швачка!&lt;br /&gt;</w:t>
        <w:br/>
        <w:t>Андрій Тимохвійович. Не в том ращот! Звєсно, как ти нікогда не бував в кафе-шантажі...&lt;br /&gt;</w:t>
        <w:br/>
        <w:t>Данило. Де, кажете, не бував?&lt;br /&gt;</w:t>
        <w:br/>
        <w:t>Андрій Тимохвійович. Кафе-шантаж. Кажеться, там і надпись єсть: "Просвітительнеє зданіє". Чи можить єто я в другом месті видал — не пам'ятаю. Агромадноє строєніє! З одного боку буфет, значить, нащот усякого продовольствія; а далі сад, в саду столики і стулля, штоб публіка могла випивать і закусювать. З другого боку, на взвишенії, мамзелі, пропасть мамзелей!.. Стоять в ряд і поють усякі романци; поють-поють, а потім кожна візьме у руку платячко і так ним сюди-туди: хвіть-хвіть!.. Оченно приятно!.. Поють даже і малсирські пісні, значить, как вот в дєревнях... Іншому і єто любопитно...&lt;br /&gt;</w:t>
        <w:br/>
        <w:t>Данило. Не видав. Чого не видав, то не видав...&lt;br /&gt;</w:t>
        <w:br/>
        <w:t>Андрій Тимохвійович. Да, город точно просвіщаїть... Уночі, куди не глянь: світло і світло!.. Вогні, лампи, хвинарі, гас, ліктричество! Сказать так, што увесь город наскрозь просвіщон!..&lt;br /&gt;</w:t>
        <w:br/>
        <w:t>Данило. І нащо б то збавлять стільки світла?&lt;br /&gt;</w:t>
        <w:br/>
        <w:t>Андрій Тимохвійович. Ех, даби ти побував в кафе-шантажі!.. Давай вип'єм!</w:t>
      </w:r>
    </w:p>
    <w:p>
      <w:r>
        <w:br/>
        <w:t>П'ють.</w:t>
      </w:r>
    </w:p>
    <w:p>
      <w:r>
        <w:br/>
        <w:t>Да, скажу так, што небогу твою какраз до єтіх мамзелей можна прировнять, ну, нікак не до деревенщини!..&lt;br /&gt;</w:t>
        <w:br/>
        <w:t>Данило. Кажу ж вам: грамотійка і швачка!&lt;br /&gt;</w:t>
        <w:br/>
        <w:t>Андрій Тимохвійович.Ти всьо свойо.&lt;br /&gt;</w:t>
        <w:br/>
        <w:t>Данило. Ну да. Меншому шапочку пошила, старшенькому штаненята...&lt;br /&gt;</w:t>
        <w:br/>
        <w:t>Андрій Тимохвійович. Досадно, што не понімаєш ти... Ну, одначе опосля об єтом... Ну, как же про дєло?&lt;br /&gt;</w:t>
        <w:br/>
        <w:t>Данило. У мене щось у голові вже гуде. Кажете: Макар згоден?.. А з Сидором не балакали?&lt;br /&gt;</w:t>
        <w:br/>
        <w:t>Андрій Тимохвійович. У мене нема охоти з усякой шантрапой балакати. Какі з Сидором розговори?.. Не за 30, а за 15 пойдьоть!.. Вот што,-Данило. Я хочу, штоб твоя небога познайомилась з моєю жоною і как найскорше... Я так понімаю, што єтоє знайомство будить їй под фасон і под ндрав... Так вот єй кампанія... Только што жона моя усьо болєїть...&lt;br /&gt;</w:t>
        <w:br/>
        <w:t>Данило (сміється). Заїздили жінку? Ви кожну заїздите... Ще б такий не заїздив!..&lt;br /&gt;</w:t>
        <w:br/>
        <w:t>Андрій Тимохвійович. Ех, скажу тобі откровенно, што вимучила вона меня... Іноді как вхопить досада за серце, ну така досада, што!.. І тольки подумаєш: господи, когда б вона хоть скарєй помьорла... Вип'єм, брат.</w:t>
      </w:r>
    </w:p>
    <w:p>
      <w:r>
        <w:br/>
        <w:t>Частуються.</w:t>
      </w:r>
    </w:p>
    <w:p>
      <w:r>
        <w:br/>
        <w:t>Данило. Я вже не хотів би... щось голбва... (П'є).&lt;br /&gt;</w:t>
        <w:br/>
        <w:t>Андрій Тимохвійович. Данило! Вот как будить дєло наше. Ти соглашайся при людях на 30, а меж нами буде сорок,-o понімаєш?&lt;br /&gt;</w:t>
        <w:br/>
        <w:t>Данило. Як меж нами?&lt;br /&gt;</w:t>
        <w:br/>
        <w:t>Андрій Тимохвійович. Нишком-тишком. Я тобі буду щоразу доплачувати гривеника наодинці...</w:t>
      </w:r>
    </w:p>
    <w:p>
      <w:r>
        <w:br/>
        <w:t>ЯВА З</w:t>
      </w:r>
    </w:p>
    <w:p>
      <w:r>
        <w:br/>
        <w:t>Входить Хвилимон.</w:t>
      </w:r>
    </w:p>
    <w:p>
      <w:r>
        <w:br/>
        <w:t>Хвилимон. Христос воскрес!&lt;br /&gt;</w:t>
        <w:br/>
        <w:t>Данило. Воістину!..&lt;br /&gt;</w:t>
        <w:br/>
        <w:t>Хвилимон. Чи ваша хазяйка дома?&lt;br /&gt;</w:t>
        <w:br/>
        <w:t>Данило. А що тобі до моєї хазяйки?&lt;br /&gt;</w:t>
        <w:br/>
        <w:t>Хвилимон. Питала, чи не візьмусь полагодить на завтра черевики, попоролись би то, чи що? Так от я й прийшов...&lt;br /&gt;</w:t>
        <w:br/>
        <w:t>Данило. Стало бить, третього дня не святкуватимеш?&lt;br /&gt;</w:t>
        <w:br/>
        <w:t>Хвилимон. На мою думку, і двох день багато.&lt;br /&gt;</w:t>
        <w:br/>
        <w:t>Данило. А кой-де святкують і четвертий.&lt;br /&gt;</w:t>
        <w:br/>
        <w:t>Xвилимон. Ті, котрі у свято богові моляться, а не п'янствують.&lt;br /&gt;</w:t>
        <w:br/>
        <w:t>Данило. А коли ж і пить, як не в свято?.. Тетяна там, у коморі.&lt;br /&gt;</w:t>
        <w:br/>
        <w:t>Хвилимон. Ага. (Хоче йти).&lt;br /&gt;</w:t>
        <w:br/>
        <w:t>Данило. Слухай, ти. Казано мені, що ти коло гойдалки дуже умизгався біля моєї небоги...&lt;br /&gt;</w:t>
        <w:br/>
        <w:t>Хвилимон. А хіба заборонено розмовляти з вашою небогою?&lt;br /&gt;</w:t>
        <w:br/>
        <w:t>Данило. Не то що, а...&lt;br /&gt;</w:t>
        <w:br/>
        <w:t>Андрій Тимохвійович. Пословиця говориться: "Знай свірчок свій шосток".&lt;br /&gt;</w:t>
        <w:br/>
        <w:t>Хвилимон. От вам сю пословицю і годиться пам'ятати.&lt;br /&gt;</w:t>
        <w:br/>
        <w:t>Андрій Тимохвійович. Пачому?&lt;br /&gt;</w:t>
        <w:br/>
        <w:t>Хвилимон. Щоб не часто вганялись за чужими жінками.&lt;br /&gt;</w:t>
        <w:br/>
        <w:t>Андрій Тимохвійович. Ну, єто ти врьош!..&lt;br /&gt;</w:t>
        <w:br/>
        <w:t>Хвилимон. Нехай ті вруть, котрі вас застуковали з своїми жінками та дочками.&lt;br /&gt;</w:t>
        <w:br/>
        <w:t>Андрій Тимохвійович. Дурак ти, вот што я тобі скажу, хворменной дурак!..&lt;br /&gt;</w:t>
        <w:br/>
        <w:t>Хвилимон. А я вам сього не скажу. Одне через те, що ви старіші за мене, а вдруге: я не такий сміливий, як ви... Та й заводить сварку в чужій хаті незручно якось...&lt;br /&gt;</w:t>
        <w:br/>
        <w:t>Андрій Тимохвійович. Яз тобою не жалаю розсуждать... Прощай, Данило. (Хутко пішов).&lt;br /&gt;</w:t>
        <w:br/>
        <w:t>Данило. Ходіть здорові!&lt;br /&gt;</w:t>
        <w:br/>
        <w:t>Хвилимон. Чого се він до вас прителіпався?&lt;br /&gt;</w:t>
        <w:br/>
        <w:t>Данило. Так, у гості...&lt;br /&gt;</w:t>
        <w:br/>
        <w:t>Хвилимон. Чи не приходив збивати вас з ціни?&lt;br /&gt;</w:t>
        <w:br/>
        <w:t>Данило. Про се... не було розмови.&lt;br /&gt;</w:t>
        <w:br/>
        <w:t>Хвилимон (глянув у вікно). Чого се він зупинився біля комори? Заглядає у щілину... Цікавий!.. Так я піду. (Мотнувши на прощанне головою, пішов).&lt;br /&gt;</w:t>
        <w:br/>
        <w:t>Данило (помовчав). От тобі й маєш: прикажчик покинув пляшку з горілкою. (Дивиться на пляшку). Небагато й зосталось. (Наливає чарку).</w:t>
      </w:r>
    </w:p>
    <w:p>
      <w:r>
        <w:br/>
        <w:t>ЯВА 4</w:t>
      </w:r>
    </w:p>
    <w:p>
      <w:r>
        <w:br/>
        <w:t>Входить Тетяна.</w:t>
      </w:r>
    </w:p>
    <w:p>
      <w:r>
        <w:br/>
        <w:t>Тетяна. Про віщо ви тут радились з прикажчиком?.. Чи, мабуть, більш частувались?.. Де ж се вони?.. Де я їх заділа?.. (Дивиться під лавою і під полом).&lt;br /&gt;</w:t>
        <w:br/>
        <w:t>Данило. А ти гляди мені, не здумай у гречку скакати з прикажчиком.&lt;br /&gt;</w:t>
        <w:br/>
        <w:t>Тетяна. Чи ти осе не сказився?&lt;br /&gt;</w:t>
        <w:br/>
        <w:t>Данило. Чудасія, брат ти мій! Як увійшла в хату Килина, як глянув прикажчик на неї, то так і зашарів, мов жаром всього його поняло! Так неначе стріскати її захотів!.. Охочий до бабів!.. Все огляда її та й огляда, по всіх телесах очима так і ганя: то на перси, то на шию зведе очі, то на хвартушок...&lt;br /&gt;</w:t>
        <w:br/>
        <w:t>Тетяна. У нього очі завидющі!.. От у тебе завидющі очі на горілку.&lt;br /&gt;</w:t>
        <w:br/>
        <w:t>Данило. Приніс прикажчик... Звісно, свято, чому не випить? Покинув пляшку, а в пляшці ще чарок зо дві... Може, ти вип'єш?..&lt;br /&gt;</w:t>
        <w:br/>
        <w:t>Тетяна. Нехай вона тобі пропаде!&lt;br /&gt;</w:t>
        <w:br/>
        <w:t>Данило А я вип'ю. (П'є). Ну й чудак же, іменно чудак!.. Так очима і стриба... (Регоче). То на перси, то на шию, то на хвартушок... Так і стриба, так і стриба по всіх телесах!.. Одначе, у мене голова щось важчає...&lt;br /&gt;</w:t>
        <w:br/>
        <w:t>Тетяна. Лягай краще та спочинь.&lt;br /&gt;</w:t>
        <w:br/>
        <w:t>Данило. І ляжу... Нікуди не піду.&lt;br /&gt;</w:t>
        <w:br/>
        <w:t>Тетяна. І слава господеві!&lt;br /&gt;</w:t>
        <w:br/>
        <w:t>Данило (ліг на полу). Хм... штука!.. Очі як у гадюки, брат ти мій!.. Сюди очима, туди!.. То на перси, то на шию, то на хвартушок... (Заснув).&lt;br /&gt;</w:t>
        <w:br/>
        <w:t>Тетяна (знайшла черевики). Аж осьдечки вони. Коли б швидш полатав, а то нових шкода. (Понесла).&lt;br /&gt;</w:t>
        <w:br/>
        <w:t>Данило (крізь сон). Так і стриба... так і стриба...</w:t>
      </w:r>
    </w:p>
    <w:p>
      <w:r>
        <w:br/>
        <w:t>Я В А 5</w:t>
      </w:r>
    </w:p>
    <w:p>
      <w:r>
        <w:br/>
        <w:t>Входить Сидір.&lt;br /&gt;</w:t>
        <w:br/>
        <w:t>Сидір. Христос воскрес!.. О, чи ба, нікого нема в хаті!.. Ба ні, ондечки Данило лежить... (Підходить до Данила). Данило, гов!.. Прокинься-бо, чуєш?.. Данило!.. П'яний, чи що?.. Горілкою здорово тхне!..&lt;br /&gt;</w:t>
        <w:br/>
        <w:t>Данило (крізь сон). Ну чудернацький же такий — біда!..&lt;br /&gt;</w:t>
        <w:br/>
        <w:t>Сидір. Хто? Чи не ти чудернацький?&lt;br /&gt;</w:t>
        <w:br/>
        <w:t>Данило. Так і стриба очима... то на перси, то на шию очі зверне, то на хвартушок...&lt;br /&gt;</w:t>
        <w:br/>
        <w:t>Сидір. Що таке? Який хвартушок?.. Зайду, мабуть, опісля. (Хоче йти, назустріч Тетяна і Килина). Христос воскрес!.. Заходив до Данила — спить.&lt;br /&gt;</w:t>
        <w:br/>
        <w:t>Тетяна. Не тривожте, нехай спочине.&lt;br /&gt;</w:t>
        <w:br/>
        <w:t>Килина (взяла з мисника шитво і сіла на лаві). Осьдечки моя робота...&lt;br /&gt;</w:t>
        <w:br/>
        <w:t>Сидір. Про якийсь хвартушок верзе сонний... Чуєте? Прикажчик зараз забожився, що нібито Данило згодився на поденну по 30 копійок!.. А хто ж бунтарив, щоб дешевше як на 40 не пійти?.. Чи приходиться ж отак колобродить?..&lt;br /&gt;</w:t>
        <w:br/>
        <w:t>Тетяна. А може, прикажчик бреше?&lt;br /&gt;</w:t>
        <w:br/>
        <w:t>Сидір. Так забожився ж!..&lt;br /&gt;</w:t>
        <w:br/>
        <w:t>Тетяна. Хіба йому важко забожитись?&lt;br /&gt;</w:t>
        <w:br/>
        <w:t>Сидір. То я той... я опісля надійду. (Пішов).&lt;br /&gt;</w:t>
        <w:br/>
        <w:t>Килина. Невже дядько згодились? Хіба вони й справді такі, що й сюди й туди?..&lt;br /&gt;</w:t>
        <w:br/>
        <w:t>Тетяна. Доки тверезий, то й держиться слова, а як сьорбне...&lt;br /&gt;</w:t>
        <w:br/>
        <w:t>Килина. Нащо ж вони п'ють?&lt;br /&gt;</w:t>
        <w:br/>
        <w:t>Тетяна. То-то що нащо!.. Коли б не пив, хіба б ми такими хазяями були, як зараз?&lt;br /&gt;</w:t>
        <w:br/>
        <w:t>Килина. І шкодливий же, мабуть, отой прикажчик?&lt;br /&gt;</w:t>
        <w:br/>
        <w:t>Тетяна. Данило казав, нібибто до тебе залицявся...&lt;br /&gt;</w:t>
        <w:br/>
        <w:t>Килина. Як звіряка, очі все витріщав та облизувався... Дядько похвалилися, що я швачка, так він зараз і присікався, що у жінки його завжди є шитво, що хотів би, щоб я за те шитво взялась...&lt;br /&gt;</w:t>
        <w:br/>
        <w:t>Тетяна. Мабуть же, і заплатять добре?..&lt;br /&gt;</w:t>
        <w:br/>
        <w:t>Килина. Як яка робота. (Помовчала). Та не-вже ж, дядино, у вас ніхто не читає газет?&lt;br /&gt;</w:t>
        <w:br/>
        <w:t>Тетяна. Не знаю, голубко... Чого не знаю, того не знаю!.. Чула я, що колись щось таке вичитував людям Хвилимон; так урядник як наскочив, зараз одійняв бамагу, ще й в холодну хотів забрати Хвилимона та ще койкого.&lt;br /&gt;</w:t>
        <w:br/>
        <w:t>Килина. У городі щодня продають газети, щодня можна вичитати, яка новина в світі...&lt;br /&gt;</w:t>
        <w:br/>
        <w:t>Тетяна. Ми тут в слободі живемо, як у пущі... У городах, певно, вільніш живеться?.. Мовляв, вільніш живеться, вільніш і дихається...</w:t>
      </w:r>
    </w:p>
    <w:p>
      <w:r>
        <w:br/>
        <w:t>ЯВА 6</w:t>
      </w:r>
    </w:p>
    <w:p>
      <w:r>
        <w:br/>
        <w:t>Ті ж і Хвилимон.</w:t>
      </w:r>
    </w:p>
    <w:p>
      <w:r>
        <w:br/>
        <w:t>Хвилимон (весело). Ті ж гості та в ту ж і хату. (Показує черевики). Тут інакше не можна полатать, як тільки союзи накласти; а щоб так, як ви кажете,— пристрочити, то так не можна: шкура по краях геть обтріпалась і попідгнивала... А ось тут шматок зовсім одпав...&lt;br /&gt;</w:t>
        <w:br/>
        <w:t>Тетяна. Та яй сама не знаю, як краще. А дорого за союзи візьмете?&lt;br /&gt;</w:t>
        <w:br/>
        <w:t>Хвилимон. Та хто його зна, що з вас і взяти.&lt;br /&gt;</w:t>
        <w:br/>
        <w:t>Килина. Беріть так, щоб було і по-божому і по-людському.&lt;br /&gt;</w:t>
        <w:br/>
        <w:t>Хвилимон. Шістдесят копійок дасте?&lt;br /&gt;</w:t>
        <w:br/>
        <w:t>Тетяна. А чи не дорого ж буде?&lt;br /&gt;</w:t>
        <w:br/>
        <w:t>Хвилимон. День цілий прийдеться згаяти... Ще ж і товар мій... Та вже і набойки прийдеться за одним заходом підладнати...</w:t>
      </w:r>
    </w:p>
    <w:p>
      <w:r>
        <w:br/>
        <w:t>ЯВА 7</w:t>
      </w:r>
    </w:p>
    <w:p>
      <w:r>
        <w:br/>
        <w:t>Ті ж і хлопець.</w:t>
      </w:r>
    </w:p>
    <w:p>
      <w:r>
        <w:br/>
        <w:t>Хлопець (киває пальцем на Килину). Ідіть, вас прикажчик требують, там робота якась...&lt;br /&gt;</w:t>
        <w:br/>
        <w:t>Килина. Требують?&lt;br /&gt;</w:t>
        <w:br/>
        <w:t>Хвилимон. Як же се ти, хлопче, увійшов в хату та й не поздоровкався?&lt;br /&gt;</w:t>
        <w:br/>
        <w:t>Хлопець. Без надобності.&lt;br /&gt;</w:t>
        <w:br/>
        <w:t>Хвилимон. Невже тебе ні батько, ні мати не вчили людському поводженню?&lt;br /&gt;</w:t>
        <w:br/>
        <w:t>Хлопець. Я не знаю, про віщо ти кажеш...&lt;br /&gt;</w:t>
        <w:br/>
        <w:t>Хвилимон. Де твій батько?&lt;br /&gt;</w:t>
        <w:br/>
        <w:t>Хлопець. Хіба я знаю?&lt;br /&gt;</w:t>
        <w:br/>
        <w:t>Хвилимон. А мати?&lt;br /&gt;</w:t>
        <w:br/>
        <w:t>Хлопець. На хуторах, у наймах...&lt;br /&gt;</w:t>
        <w:br/>
        <w:t>Килина. Як тобі прикажчик сказав?.. (Бере з мисника крашанку). На ось тобі крашанку.&lt;br /&gt;</w:t>
        <w:br/>
        <w:t>Хлопець (бере і кладе за пазуху). Сказав: піди поклич мені небогу Данилову. Адже ви небога?&lt;br /&gt;</w:t>
        <w:br/>
        <w:t>Килина. А їсти хочеш? На ось тобі шматок паски.&lt;br /&gt;</w:t>
        <w:br/>
        <w:t>Хлопець (ховає хліб за пазуху). Ходім швидш.&lt;br /&gt;</w:t>
        <w:br/>
        <w:t>Килина. Я завтра прийду.&lt;br /&gt;</w:t>
        <w:br/>
        <w:t>Хлопець. Так вони требують, щоб зараз.&lt;br /&gt;</w:t>
        <w:br/>
        <w:t>Килина. Ні, зараз я не піду.&lt;br /&gt;</w:t>
        <w:br/>
        <w:t>Хлопець. Та як же?&lt;br /&gt;</w:t>
        <w:br/>
        <w:t>Килина. Так і скажи, що завтра прийду.&lt;br /&gt;</w:t>
        <w:br/>
        <w:t>Хлопець. Отакої!.. Вже й самуваря настановили; меду, горіхів і всяких ласощів наставляли на стіл... Нуте-бо, ходім.&lt;br /&gt;</w:t>
        <w:br/>
        <w:t>Килина. Сказала ж, що завтра прийду.&lt;br /&gt;</w:t>
        <w:br/>
        <w:t>Хлопець (чухає потилицю). Розгніваються здорово.&lt;br /&gt;</w:t>
        <w:br/>
        <w:t>Килина. На кого?&lt;br /&gt;</w:t>
        <w:br/>
        <w:t>Xлопець. Та й на вас і на всіх... Я краще скажу, що ви заслабли... (Пішов).&lt;br /&gt;</w:t>
        <w:br/>
        <w:t>Хвилимон. Так я вам на завтра і встругну союзи.&lt;br /&gt;</w:t>
        <w:br/>
        <w:t>Тетяна. Пожалуста, зробіть, бо нових ботиків дуже шкода.&lt;br /&gt;</w:t>
        <w:br/>
        <w:t>Хвилимон. Зараз і засяду за шитво.&lt;br /&gt;</w:t>
        <w:br/>
        <w:t>Тетяна. А не гріх сьогодня шити?&lt;br /&gt;</w:t>
        <w:br/>
        <w:t>Хвилимон. Я і вчора шив. Трудитися ніколи не гріх. До вечора один союз приладнаю, а завтра до сніданку другий... А вечір наш... Зоставайтесь здорові. (Пішов).&lt;br /&gt;</w:t>
        <w:br/>
        <w:t>Тетяна. Помічаю я, що ти йому неабияк до мислі припала.&lt;br /&gt;</w:t>
        <w:br/>
        <w:t>Килина (зітхає). А хто його зна... Може, й ні?&lt;br /&gt;</w:t>
        <w:br/>
        <w:t>Тетяна. Невже не признався?&lt;br /&gt;</w:t>
        <w:br/>
        <w:t>Килина. Ні.&lt;br /&gt;</w:t>
        <w:br/>
        <w:t>Тетяна. Про віщо ж розмову ведете, як зійдетесь?&lt;br /&gt;</w:t>
        <w:br/>
        <w:t>Килина. Так... як вам сказати?.. Більш про людське, ніж про своє...</w:t>
      </w:r>
    </w:p>
    <w:p>
      <w:r>
        <w:br/>
        <w:t>ЯВ А 8</w:t>
      </w:r>
    </w:p>
    <w:p>
      <w:r>
        <w:br/>
        <w:t>Ті ж і Лукія.</w:t>
      </w:r>
    </w:p>
    <w:p>
      <w:r>
        <w:br/>
        <w:t>Лукія. Христос воскрес!..&lt;br /&gt;</w:t>
        <w:br/>
        <w:t>Тетяна і Килина. Воістину...&lt;br /&gt;</w:t>
        <w:br/>
        <w:t>Лукія (до Килини). А я осе до вас.&lt;br /&gt;</w:t>
        <w:br/>
        <w:t>Килина. Сідайте.</w:t>
      </w:r>
    </w:p>
    <w:p>
      <w:r>
        <w:br/>
        <w:t>Лукія сіла.</w:t>
      </w:r>
    </w:p>
    <w:p>
      <w:r>
        <w:br/>
        <w:t>Роботу яку маєте чи діло яке?&lt;br /&gt;</w:t>
        <w:br/>
        <w:t>Лукія. У нас сьогодня складчина. Дівчата і хлопці доручили мені, щоб я і вас покликала.&lt;br /&gt;</w:t>
        <w:br/>
        <w:t>Тетяна. А в кого ж буде гулянка?&lt;br /&gt;</w:t>
        <w:br/>
        <w:t>Лукія. У Байбузенчихи Ганни. Музики будуть.&lt;br /&gt;</w:t>
        <w:br/>
        <w:t>Тетяна. У Байбузенків хата простора, там вволю можна натанцюватись.&lt;br /&gt;</w:t>
        <w:br/>
        <w:t>Лукія. Танцювати можна і в подвір'ї, а в хаті буде вечеря.&lt;br /&gt;</w:t>
        <w:br/>
        <w:t>Килина. Я до танців зовсім незугарна.&lt;br /&gt;</w:t>
        <w:br/>
        <w:t>Лукія. Тобто не вмієте танцювати?&lt;br /&gt;</w:t>
        <w:br/>
        <w:t>Килина. Уміть умію, але...&lt;br /&gt;</w:t>
        <w:br/>
        <w:t>Лукія. На людей подивитесь і себе покажете.&lt;br /&gt;</w:t>
        <w:br/>
        <w:t>Тетяна. Авжеж. А скільки треба дати у складчину?&lt;br /&gt;</w:t>
        <w:br/>
        <w:t>Лукія. Дівчата грошей не дають, а хлопці складуть по двогривеному — на музику та на горілку, а дівчата позносять з дому хто масла, сиру, сала...&lt;br /&gt;</w:t>
        <w:br/>
        <w:t>Килина. У мене нічого нема: ні масла, ні сиру...&lt;br /&gt;</w:t>
        <w:br/>
        <w:t>Лукія. Так що ж, ви у нас гостя. Прийдете?&lt;br /&gt;</w:t>
        <w:br/>
        <w:t>Килина. Та й сама не знаю.&lt;br /&gt;</w:t>
        <w:br/>
        <w:t>Лукія. І Хвилимон там буде.&lt;br /&gt;</w:t>
        <w:br/>
        <w:t>Килина. Хіба я повинна там бути, де і Хвилимон?&lt;br /&gt;</w:t>
        <w:br/>
        <w:t>Лукія. Та все ж таки... Зайти за вами чи сами потрапите?&lt;br /&gt;</w:t>
        <w:br/>
        <w:t>Килина. їй-богу, не знаю, що вам і сказати.&lt;br /&gt;</w:t>
        <w:br/>
        <w:t>Тетяна. Авжеж іди. Як же таки не піти помеж молодь та не погуляти?&lt;br /&gt;</w:t>
        <w:br/>
        <w:t>Килина. Ну, то я прийду.&lt;br /&gt;</w:t>
        <w:br/>
        <w:t>Лукія. Ми ж вас ждатимем, глядіть, приходьте! (Побігла).&lt;br /&gt;</w:t>
        <w:br/>
        <w:t>Данило (здорово захріп і забормотав). От чудернацький чоловік!.. Слухай... одначе ти очима не дуже на мою жінку, а то я тобі!.. (Розмахнувся і трохи не впав додолу).&lt;br /&gt;</w:t>
        <w:br/>
        <w:t>Тетяна. Тю, скажений, ще розіб'ється!.. (Підбігає і поправляє йому голову). Ач, нализався!..&lt;br /&gt;</w:t>
        <w:br/>
        <w:t>Килина. Намочіть рушника та прикладіть їм до голови...&lt;br /&gt;</w:t>
        <w:br/>
        <w:t>Тетяна. Невже так годиться?&lt;br /&gt;</w:t>
        <w:br/>
        <w:t>Килина. Мати було, як тільки пан нап'ється, завжди мокрого рушника йому до голови прикладають.&lt;br /&gt;</w:t>
        <w:br/>
        <w:t>Тетяна (намочує рушника). Панькалася твоя мати з паном, а як віддячив?..&lt;br /&gt;</w:t>
        <w:br/>
        <w:t>Килина. Збирався все духовну писати, казав, що й мене наградить; але несподівано помер, і все пропало...</w:t>
      </w:r>
    </w:p>
    <w:p>
      <w:r>
        <w:br/>
        <w:t>Обмотують вдвох Данилові голову.</w:t>
      </w:r>
    </w:p>
    <w:p>
      <w:r>
        <w:br/>
        <w:t>Завіса</w:t>
      </w:r>
    </w:p>
    <w:p>
      <w:r>
        <w:br/>
        <w:t>ДІЯ ТРЕТЯ</w:t>
      </w:r>
    </w:p>
    <w:p>
      <w:r>
        <w:br/>
        <w:t>Подвір'є, в глибині хата.</w:t>
      </w:r>
    </w:p>
    <w:p>
      <w:r>
        <w:br/>
        <w:t>ЯВА 1</w:t>
      </w:r>
    </w:p>
    <w:p>
      <w:r>
        <w:br/>
        <w:t>Дівчата виходять з хати.</w:t>
      </w:r>
    </w:p>
    <w:p>
      <w:r>
        <w:br/>
        <w:t>1-а дівчина. Ну, нехай тепер тітка Байбузенчиха тільки порядкують, а їстівного понаносили вволю. Чотири десятки яєць, більш півсотні крашанок, борошна пшеничного, мабуть, з півпуда; і сала, і масла, і сир, і троє курчат...&lt;br /&gt;</w:t>
        <w:br/>
        <w:t>2-а дівчина. А я гасу принесла, щоб аж дві лампи горіло за вечерьою...&lt;br /&gt;</w:t>
        <w:br/>
        <w:t>1-а дівчина. Я хотіла вкрасти порося, а воно, прокляте, як закувікає; а свиня як кинеться на мене, мало-мало не порвала... Мати з сіней вискочили та як закричать: "А хто там колошка свиней?.." А я зігнулась та як дремену на вгород, а далі на леваду!.. Біжу та думаю: коли б хоч борошно не розсипалось, що в рукава понакрадала...&lt;br /&gt;</w:t>
        <w:br/>
        <w:t>3-я дівчина. А я, сестрички, нічого не принесла.&lt;br /&gt;</w:t>
        <w:br/>
        <w:t>Дівчата. Та ти відома скупердяга.&lt;br /&gt;</w:t>
        <w:br/>
        <w:t>3-я дівчина. У нас сьогодня нещастє трапилось.&lt;br /&gt;</w:t>
        <w:br/>
        <w:t>Дівчата. Яке? Що ж там таке?&lt;br /&gt;</w:t>
        <w:br/>
        <w:t>3-я дівчина. У нас було занялося в коморі!.. Добре, що батько дочулись, що щось портниною смердить та кинулись мерщій до комори. Слава богу, успіли все вирятувати, тільки новий мішок більш як наполовину зотлів... Позносили все з комори в хату, через те і не змогла нічого вкрасти... О, так шкода, дівчаточка, мішка. Вірите, новісенький мішок більш як наполовину зотлів... Отаке горе!..&lt;br /&gt;</w:t>
        <w:br/>
        <w:t>1-а дівчина. Ондечки парубки вже йдуть.</w:t>
      </w:r>
    </w:p>
    <w:p>
      <w:r>
        <w:br/>
        <w:t>ЯВА 2</w:t>
      </w:r>
    </w:p>
    <w:p>
      <w:r>
        <w:br/>
        <w:t>Парубки.</w:t>
      </w:r>
    </w:p>
    <w:p>
      <w:r>
        <w:br/>
        <w:t>Парубки. Добривечір!&lt;br /&gt;</w:t>
        <w:br/>
        <w:t>1-й парубок. Мабуть, так воно буде, що гульні сьогодня не буде.&lt;br /&gt;</w:t>
        <w:br/>
        <w:t>Дівчата. Як не буде, чому?&lt;br /&gt;</w:t>
        <w:br/>
        <w:t>1-й парубок. Нема з чого платити, кишені продерлися... Таке, братця, мошенство у нас повелось, що вже далі, мовляв, і нікуди!.. Чули? Махтей договорив музиканта Яшку на свадьбу за руб і тридцять копійок. Дав завдатку йому тридцять копійок, а останніх так і не віддав. Каже: я й так розорився, мало не десять відер горілки вистановив на весіллє...&lt;br /&gt;</w:t>
        <w:br/>
        <w:t>Дівчата. Так і не віддав?&lt;br /&gt;</w:t>
        <w:br/>
        <w:t>1-й парубок. Ну да, а Пилип ще краще зробив. Той після весілля вигнав Яшку з двору ще й собаками нацькував. Каже Яшка: голосники в гармонії зовсім попсувались, ледве полагодив. Тепер Яшка і Сашко змовились грати укупі, але гроші клади їм вперед.&lt;br /&gt;</w:t>
        <w:br/>
        <w:t>2-й парубок. А скільки запросили за гулянку?&lt;br /&gt;</w:t>
        <w:br/>
        <w:t>1-й парубок. Шість гривень обом.&lt;br /&gt;</w:t>
        <w:br/>
        <w:t>2-й парубок. Та давайте складатись.&lt;br /&gt;</w:t>
        <w:br/>
        <w:t>1-й парубок. Складешся, як Митька геть обчистив кишені.&lt;br /&gt;</w:t>
        <w:br/>
        <w:t>3-й парубок. Ну й грає ж, проклятущий парень, так ловко, немов наскрізь бачить карти!&lt;br /&gt;</w:t>
        <w:br/>
        <w:t>1-й парубок. Певно, таки бачить?&lt;br /&gt;</w:t>
        <w:br/>
        <w:t>2-й парубок. Кажуть же, що бувають такі очі, що крізь стіни бачать.&lt;br /&gt;</w:t>
        <w:br/>
        <w:t>1-а дівчина (до другої). Невже Килина прийде?&lt;br /&gt;</w:t>
        <w:br/>
        <w:t>2-а дівчина. Лукія заходила за нею, кликала, так вона і не одмовилась...&lt;br /&gt;</w:t>
        <w:br/>
        <w:t>3-й парубок. Я кажу так: коли Митька повигравав у всіх гроші, так нехай музик найме!&lt;br /&gt;</w:t>
        <w:br/>
        <w:t>1-й парубок. А як не схоче наняти, то можна наполохати його, сказати, що засядемо на нього біля Лукіїної левади увечері...&lt;br /&gt;</w:t>
        <w:br/>
        <w:t>3-й парубок. Воно і слід-таки засісти та полічити ребра... Він, сказати, вже від нашого гурту відрізнився, городським став: попразникує та й знов подасться в город, так нехай і не зачепає наших дівчат.&lt;br /&gt;</w:t>
        <w:br/>
        <w:t>1-й парубок. Іменно, нехай не зачепає!..&lt;br /&gt;</w:t>
        <w:br/>
        <w:t>1-а дівчина. А вам яке діло, чи зачепає, чи ні?.. Хіба всі дівчата вам запродані, чи як?&lt;br /&gt;</w:t>
        <w:br/>
        <w:t>2-а дівчина. Гляньте, ондечки якраз Лукія йде.&lt;br /&gt;</w:t>
        <w:br/>
        <w:t>1-й парубок. Ну да, се вона, а поруч з нею Митька!..&lt;br /&gt;</w:t>
        <w:br/>
        <w:t>3-й парубок. Він таки справді біля Лукії умизгається...</w:t>
      </w:r>
    </w:p>
    <w:p>
      <w:r>
        <w:br/>
        <w:t>ЯВА З</w:t>
      </w:r>
    </w:p>
    <w:p>
      <w:r>
        <w:br/>
        <w:t>Ті ж, Лукія і Митька.</w:t>
      </w:r>
    </w:p>
    <w:p>
      <w:r>
        <w:br/>
        <w:t>Лукія. Христос воскрес!&lt;br /&gt;</w:t>
        <w:br/>
        <w:t>Всі. Воістину!..&lt;br /&gt;</w:t>
        <w:br/>
        <w:t>Митька. Как видно, кампанія вже порядошна собралася, а чиво ж ні музик, ні спєвов?.. Што єто за абнакавеніє такоє?&lt;br /&gt;</w:t>
        <w:br/>
        <w:t>1-й парубок. Співали б, якби було за що промочити горлянку, та й музик нема за що наняти.&lt;br /&gt;</w:t>
        <w:br/>
        <w:t>Митька. Ну, єжелі на то йдьот, так подавайте музикантов, я платю. (Приспівує і пританцьовує).&lt;br /&gt;</w:t>
        <w:br/>
        <w:t>Музиканти мої,&lt;br /&gt;</w:t>
        <w:br/>
        <w:t>Заіграйте мені,&lt;br /&gt;</w:t>
        <w:br/>
        <w:t>Заіграйте ви такої,&lt;br /&gt;</w:t>
        <w:br/>
        <w:t>Просто руської простої!..&lt;br /&gt;</w:t>
        <w:br/>
        <w:t>Вот как у нас по-городському!..&lt;br /&gt;</w:t>
        <w:br/>
        <w:t>Парубки. Ай парень, от друзяка!..&lt;br /&gt;</w:t>
        <w:br/>
        <w:t>Митька. А што ж, дєнєг жалєть? Разлі дєньги нас дєлають, а не ми дєньги?.. Лукея пойдьоть зо мною кадрель танцювать?&lt;br /&gt;</w:t>
        <w:br/>
        <w:t>Лукія. Я кадрелі не вмію танцювать.&lt;br /&gt;</w:t>
        <w:br/>
        <w:t>Митька. Єто пустяка стоїть навчиться. Тольки должно буть деревенські музиканти кадрелі не зограють? Так што ж, ми станцуєм камарицьку!&lt;br /&gt;</w:t>
        <w:br/>
        <w:t>1-й парубок. Яшка, так той усякої на гармонії заграє.&lt;br /&gt;</w:t>
        <w:br/>
        <w:t>Митька. А кака гармошка? Німецька чи тальянка?&lt;br /&gt;</w:t>
        <w:br/>
        <w:t>1-й парубок. А хто його знає?&lt;br /&gt;</w:t>
        <w:br/>
        <w:t>Митька. А другой музикант з какім струментом?&lt;br /&gt;</w:t>
        <w:br/>
        <w:t>1-й парубок. З балабайкою.&lt;br /&gt;</w:t>
        <w:br/>
        <w:t>Митька. Вот чудесно!.. Так подавайте музикантові.. А поки музиканти прийдуть, чи не хоче хто заграти на щастє: в три листика лйбо в стукалку?&lt;br /&gt;</w:t>
        <w:br/>
        <w:t>1-й парубок. Обстукав ти всіх ущент!..&lt;br /&gt;</w:t>
        <w:br/>
        <w:t>Митька. Невже бездєнежьє? Ну єто жалко!.. А можеть у кого завалялся в кармані какой двоєгривенной?.. (Виймає з кишені карти і тасує).&lt;br /&gt;</w:t>
        <w:br/>
        <w:t>1-а дівчина (до Луки). Чого ж вона з тобою не прийшла?&lt;br /&gt;</w:t>
        <w:br/>
        <w:t>Лукія. Маніжиться, сказано— городська!.. Почала чепуритись та причісуватись... Я не діждалась і єама пішла.&lt;br /&gt;</w:t>
        <w:br/>
        <w:t>Митька. Нєт охотніков? Жалко, жалко. А мине сегодня не повезьоть, потому у чомсь другом повезло... (Підморгнув Луки). Знаю, што програл би... Так подавайте по крайності музикантов.&lt;br /&gt;</w:t>
        <w:br/>
        <w:t>1-й парубок. Без грошей не підуть... Вперед треба гроші заплатити.&lt;br /&gt;</w:t>
        <w:br/>
        <w:t>Митька. А скольки?&lt;br /&gt;</w:t>
        <w:br/>
        <w:t>1-й парубок. Шість гривень.&lt;br /&gt;</w:t>
        <w:br/>
        <w:t>Митька. Ізвольте, вот оні. (Дає гроші, перший парубок хутко пішов). Єсть меж вами одна дівиця — красотка, ради которой согласен отдать всьо, скольки єсть в карманах... Пойду от вас в город, по крайності будете успоминать меня!.. Што ж, охотников поіграть нема? Ну, я вам хвокуси покажу. Станьте тольки всі окроме, а я тут. Вот смотріть, я стасую колоду. (Тасує). Пожалуйте, возьміть каку карту. Лукея, І ті,міть. Взяли? Хорошо! Заприметьте кака, покажіть всєм, тольки мине не показуйте. Ладно. Покладіть її o юда. Раз, два, три! Либо: єн, цен, дрен!.. Звольте, стасуйте карти. Стасували? Давайте сюда. Вот вам три карти, вот вам, вам, вам... Скольки? Десять человек. Значить, тридцять карт, а у меня шесть. Карта, карта, де ти, озовись? Как? Ти говориш, у третього? (Пере у третього карту). Вот гдє ти. (Показує). Вона?&lt;br /&gt;</w:t>
        <w:br/>
        <w:t>Всі. Вона, вона! Ну, диви!.. І як він може?&lt;br /&gt;</w:t>
        <w:br/>
        <w:t>Митька. Тепер другой хвокус.&lt;br /&gt;</w:t>
        <w:br/>
        <w:t>Декотрі. Ще раз сей, ще раз!..&lt;br /&gt;</w:t>
        <w:br/>
        <w:t>Митька. Другой покажу, а потім сей. Вот возьміть карту. Запримєтили? Харашо. Какою хочете штоб вона була зверху? Первою, п'ятою, десятою?&lt;br /&gt;</w:t>
        <w:br/>
        <w:t>Лукія. Нехай буде п'ятою.&lt;br /&gt;</w:t>
        <w:br/>
        <w:t>Митька. Можна. Раз, два, три!.. Либо: єн, цен, ,дрсн!.. Вот вам одна, друга, третя, четверта, а п'ята?.. (Показує карту).&lt;br /&gt;</w:t>
        <w:br/>
        <w:t>Всі. Вона, вона!.. От так хвокус!.. Очі одводить, не інакше!&lt;br /&gt;</w:t>
        <w:br/>
        <w:t>Митька. Іще хвокус. Назвіть мені тільки першу карту, а останні я сам назву. Кака єто карта?&lt;br /&gt;</w:t>
        <w:br/>
        <w:t>Лукія. Жирова краля.&lt;br /&gt;</w:t>
        <w:br/>
        <w:t>Митька. А єто: винова дев'ятка. Туз бубновий. Носійка червова. Хлап жировий. Шістка бубнова. Краля викова...&lt;br /&gt;</w:t>
        <w:br/>
        <w:t>Всі. Ну, диви!.. І як він може?.. Звісно, не своїм духом!..</w:t>
      </w:r>
    </w:p>
    <w:p>
      <w:r>
        <w:br/>
        <w:t>ЯВА 4</w:t>
      </w:r>
    </w:p>
    <w:p>
      <w:r>
        <w:br/>
        <w:t>Ті ж і Ванька.</w:t>
      </w:r>
    </w:p>
    <w:p>
      <w:r>
        <w:br/>
        <w:t>Ванька. І не сволоч же ти, Митька? Сказав: заразом підемо; я зайшов за ним, а його давно вже нема... Хвокуси? Дай я їм покажу сього хвокуса!..&lt;br /&gt;</w:t>
        <w:br/>
        <w:t>Декотрі. Хіба ти тямиш?&lt;br /&gt;</w:t>
        <w:br/>
        <w:t>Ванька. Я можу... Дай, Митька, я їм покажу.&lt;br /&gt;</w:t>
        <w:br/>
        <w:t>Митька. Ти іщо не зовсім окуратно можеш.&lt;br /&gt;</w:t>
        <w:br/>
        <w:t>Ванька. Ов-ва!.. Ось дайно карти. (Бере карти і робить хвокуса зовсім незграбно). Ну, скажіть, яка перша карта?&lt;br /&gt;</w:t>
        <w:br/>
        <w:t>Лукія. Король бубновий.&lt;br /&gt;</w:t>
        <w:br/>
        <w:t>Ванька. А се ось: хлап виновий, а се... се сімка жирова.&lt;br /&gt;</w:t>
        <w:br/>
        <w:t>Декотрі. Ніт, бо вісімка.&lt;br /&gt;</w:t>
        <w:br/>
        <w:t>Другі. Еге, він підглядає карту! Спершу подивиться, а потім ніби вгадує.&lt;br /&gt;</w:t>
        <w:br/>
        <w:t>Ванька. Де підглядаю? Коли?.. Зовсім не підглядаю.&lt;br /&gt;</w:t>
        <w:br/>
        <w:t>Митька. Отдай карти, как ти іщо не провзошол...&lt;br /&gt;</w:t>
        <w:br/>
        <w:t>Ванька (не дає). Та постривай-бо!&lt;br /&gt;</w:t>
        <w:br/>
        <w:t>Митька. Нєт, Ванічка, не хвастай... Отдай, гавару, карти.&lt;br /&gt;</w:t>
        <w:br/>
        <w:t>Ванька (ховає карти). Не дам!..&lt;br /&gt;</w:t>
        <w:br/>
        <w:t>Декотрі (регочуть). Ну вже й хвокусник! Спершу підгляне, потім вгадує!..&lt;br /&gt;</w:t>
        <w:br/>
        <w:t>Ванька. Думаєте, Митька не підглядає?&lt;br /&gt;</w:t>
        <w:br/>
        <w:t>Декотрі. Авжеж ні.&lt;br /&gt;</w:t>
        <w:br/>
        <w:t>Ванька. Ба підглядає!.. Отакечки поверне карти обличчям до себе, а потім кожну і називає... Кожен раз, як ховає карти за спину, гляне на карту й назве її.&lt;br /&gt;</w:t>
        <w:br/>
        <w:t>Декотрі. Он як!.. Ну й хвокус!.. Я думав, що він справді одводить очі.&lt;br /&gt;</w:t>
        <w:br/>
        <w:t>Митька. Вся сила в проворстві і хватці.&lt;br /&gt;</w:t>
        <w:br/>
        <w:t>Ванька. Він як грає у карти, дак хвацько пересмикує карти.&lt;br /&gt;</w:t>
        <w:br/>
        <w:t>Митька. Ну, єто ти брьош!..&lt;br /&gt;</w:t>
        <w:br/>
        <w:t>Ванька. Може, ти брьош, а не я?&lt;br /&gt;</w:t>
        <w:br/>
        <w:t>Лукія. Ану, ще заведіться!..&lt;br /&gt;</w:t>
        <w:br/>
        <w:t>Ванька. Він казав, що й мене вивчить вигравати...&lt;br /&gt;</w:t>
        <w:br/>
        <w:t>Декотрі. "Вивчить вигравати"? Хіба він виграв хвокусами?&lt;br /&gt;</w:t>
        <w:br/>
        <w:t>Ванька. А ви думаєте як? Пересмикував карти... Доки промовить: єн, цен, дрен — і пересмикує. А то ще й по прикметам.&lt;br /&gt;</w:t>
        <w:br/>
        <w:t>Митька. Ванька! Не вєрте йому, господа, он п'яний!.. Совєтую тибє помовчать!..&lt;br /&gt;</w:t>
        <w:br/>
        <w:t>Ванька. Чого я буду мовчати? Скажеш, що ти мене не підмовляв, щоб я йшов за тобою в город? Каже: "Я навчу тебе, як гроші вночі заробляти..."&lt;br /&gt;</w:t>
        <w:br/>
        <w:t>Митька. Мало чаво в шутки не гавориться...</w:t>
      </w:r>
    </w:p>
    <w:p>
      <w:r>
        <w:br/>
        <w:t>ЯВА 5</w:t>
      </w:r>
    </w:p>
    <w:p>
      <w:r>
        <w:br/>
        <w:t>Ті ж, музиканти і 1-й парубок.</w:t>
      </w:r>
    </w:p>
    <w:p>
      <w:r>
        <w:br/>
        <w:t>1-й парубок. Ось вам і музики.&lt;br /&gt;</w:t>
        <w:br/>
        <w:t>Яшка (музикант). Как дєньги в карман, так і Яшка на лицо.&lt;br /&gt;</w:t>
        <w:br/>
        <w:t>Гаврик. Ну да, такоє опреділеніє пойдьоть наповсігда. А то кой-котрі завели моду не платити.&lt;br /&gt;</w:t>
        <w:br/>
        <w:t>Яшка. Жулики которі, через те й не платять.&lt;br /&gt;</w:t>
        <w:br/>
        <w:t>Гаврик. Достометні шкарпійони, либо хуже того!..&lt;br /&gt;</w:t>
        <w:br/>
        <w:t>Яшка. Што ж, почньом з польки.</w:t>
      </w:r>
    </w:p>
    <w:p>
      <w:r>
        <w:br/>
        <w:t>Сідають під хатою, починають грати, дівчата і хлопці танцюють.</w:t>
      </w:r>
    </w:p>
    <w:p>
      <w:r>
        <w:br/>
        <w:t>Ой їхав, їхав, їхав,&lt;br /&gt;</w:t>
        <w:br/>
        <w:t>Чом до мене не заїхав?..</w:t>
      </w:r>
    </w:p>
    <w:p>
      <w:r>
        <w:br/>
        <w:t>Гаврик (примовляє),</w:t>
      </w:r>
    </w:p>
    <w:p>
      <w:r>
        <w:br/>
        <w:t>А я тебе дожидала,&lt;br /&gt;</w:t>
        <w:br/>
        <w:t>З помийниці воду брала.</w:t>
      </w:r>
    </w:p>
    <w:p>
      <w:r>
        <w:br/>
        <w:t>Яшка (програвши яку хвилю, знов примовляє. Аж доки не скінчать грати, примовляють почергово). З помийниці воду брала, Вареники учиняла...&lt;br /&gt;</w:t>
        <w:br/>
        <w:t>Гаврик.</w:t>
      </w:r>
    </w:p>
    <w:p>
      <w:r>
        <w:br/>
        <w:t>Ой ти їхав, а я спала,&lt;br /&gt;</w:t>
        <w:br/>
        <w:t>Ой ти свиснув, а я встала.</w:t>
      </w:r>
    </w:p>
    <w:p>
      <w:r>
        <w:br/>
        <w:t>Яшка.&lt;br /&gt;</w:t>
        <w:br/>
        <w:t>Та забула попитати,&lt;br /&gt;</w:t>
        <w:br/>
        <w:t>Чого їхав коло хати.</w:t>
      </w:r>
    </w:p>
    <w:p>
      <w:r>
        <w:br/>
        <w:t>Гаврик.</w:t>
      </w:r>
    </w:p>
    <w:p>
      <w:r>
        <w:br/>
        <w:t>Ой ти дуб, я береза,&lt;br /&gt;</w:t>
        <w:br/>
        <w:t>Ой ти п'яний, я твереза.</w:t>
      </w:r>
    </w:p>
    <w:p>
      <w:r>
        <w:br/>
        <w:t>Яшка.</w:t>
      </w:r>
    </w:p>
    <w:p>
      <w:r>
        <w:br/>
        <w:t>Ой ти старий, я молода,&lt;br /&gt;</w:t>
        <w:br/>
        <w:t>Тим меж нами незлагода.</w:t>
      </w:r>
    </w:p>
    <w:p>
      <w:r>
        <w:br/>
        <w:t>Гаврик.</w:t>
      </w:r>
    </w:p>
    <w:p>
      <w:r>
        <w:br/>
        <w:t>Тарас коня напував,&lt;br /&gt;</w:t>
        <w:br/>
        <w:t>Дзюба воду брала.</w:t>
      </w:r>
    </w:p>
    <w:p>
      <w:r>
        <w:br/>
        <w:t>Яшка.</w:t>
      </w:r>
    </w:p>
    <w:p>
      <w:r>
        <w:br/>
        <w:t>Тарас дзюбі заспівав,&lt;br /&gt;</w:t>
        <w:br/>
        <w:t>Дзюба сподобала...</w:t>
      </w:r>
    </w:p>
    <w:p>
      <w:r>
        <w:br/>
        <w:t>Гаврик.</w:t>
      </w:r>
    </w:p>
    <w:p>
      <w:r>
        <w:br/>
        <w:t>Тарас коня напував,&lt;br /&gt;</w:t>
        <w:br/>
        <w:t>Дзюба воду брала...</w:t>
      </w:r>
    </w:p>
    <w:p>
      <w:r>
        <w:br/>
        <w:t>Яшка.</w:t>
      </w:r>
    </w:p>
    <w:p>
      <w:r>
        <w:br/>
        <w:t>Тарас дзюбі вибив зуби,&lt;br /&gt;</w:t>
        <w:br/>
        <w:t>Дзюба к чорту впала...</w:t>
      </w:r>
    </w:p>
    <w:p>
      <w:r>
        <w:br/>
        <w:t>Митька. Ану, розступіться, абиякі, нехай потанцюють он які!.. (Починає танцювати).&lt;br /&gt;</w:t>
        <w:br/>
        <w:t>Декотрі. Ну й ловко ж ногами перебирає!..&lt;br /&gt;</w:t>
        <w:br/>
        <w:t>Другі. В городі навчився... Город до всього приведе.</w:t>
      </w:r>
    </w:p>
    <w:p>
      <w:r>
        <w:br/>
        <w:t>Декотрі.До всього павука!..</w:t>
      </w:r>
    </w:p>
    <w:p>
      <w:r>
        <w:br/>
        <w:t>Дівчата. Ану, Лукіе, з вивихом.&lt;br /&gt;</w:t>
        <w:br/>
        <w:t>Митька. (показує рукою). Пажалуйте,Лукея, сдличиться!..</w:t>
      </w:r>
    </w:p>
    <w:p>
      <w:r>
        <w:br/>
        <w:t>Довго танцюють. Зупиняються.</w:t>
      </w:r>
    </w:p>
    <w:p>
      <w:r>
        <w:br/>
        <w:t>На первой раз хоть і достаточно.&lt;br /&gt;</w:t>
        <w:br/>
        <w:t>Лукія. Ой, заморилася як!.. (Витирає лице хусточкою і, доки танцюють другі, одходить з Митькою набік).&lt;br /&gt;</w:t>
        <w:br/>
        <w:t>Яшка (примовляє).&lt;br /&gt;</w:t>
        <w:br/>
        <w:t>Не виросте вище кропу лобода,&lt;br /&gt;</w:t>
        <w:br/>
        <w:t>Та не буде краще попа попадя.&lt;br /&gt;</w:t>
        <w:br/>
        <w:t>Митька. Как же вона сказала?&lt;br /&gt;</w:t>
        <w:br/>
        <w:t>Лукія. Пізніш, каже, прийду, а зараз не можна... Миндруса дожидає.&lt;br /&gt;</w:t>
        <w:br/>
        <w:t>Митька. Каково?&lt;br /&gt;</w:t>
        <w:br/>
        <w:t>Лукія. Та Хвилимона ж.&lt;br /&gt;</w:t>
        <w:br/>
        <w:t>Митька. Вот странно і вдивительно!.. Гаварать, що будто би на Хвилимона усі дівчата засматруються!.. Не понять нікак, што в ньом антиресного!..&lt;br /&gt;</w:t>
        <w:br/>
        <w:t>Лукія. Котрі придурковаті, ті й задивляються...&lt;br /&gt;</w:t>
        <w:br/>
        <w:t>Гаврик (промовляє).</w:t>
      </w:r>
    </w:p>
    <w:p>
      <w:r>
        <w:br/>
        <w:t>Піп у церкві книжечку читає,&lt;br /&gt;</w:t>
        <w:br/>
        <w:t>Про попадю все думоньку думає.</w:t>
      </w:r>
    </w:p>
    <w:p>
      <w:r>
        <w:br/>
        <w:t>Лукія. Глядіть же, гарненько її вишустріть, як прийде!&lt;br /&gt;</w:t>
        <w:br/>
        <w:t>Митька. Поверте, моя красотка, за словом в карман не полізу!&lt;br /&gt;</w:t>
        <w:br/>
        <w:t>Яшка (промовляє).&lt;br /&gt;</w:t>
        <w:br/>
        <w:t>Читав, читав книжечку, перестав.&lt;br /&gt;</w:t>
        <w:br/>
        <w:t>Аж приходе додомоньку — попаденьки не застав.&lt;br /&gt;</w:t>
        <w:br/>
        <w:t>Лукія. Якщо не образите її при людях так, щоб вона і очей більш не з'являла у нашім селі, то не буду виходити до вас увечері,— чуєте?&lt;br /&gt;</w:t>
        <w:br/>
        <w:t>Митька. Слішу достаточно і понімаю, прекрасно понімаю!..</w:t>
      </w:r>
    </w:p>
    <w:p>
      <w:r>
        <w:br/>
        <w:t>ЯВА 6</w:t>
      </w:r>
    </w:p>
    <w:p>
      <w:r>
        <w:br/>
        <w:t>Меж дівчатами з'являється Килина, а оддаля Хвилимон і Йосип.</w:t>
      </w:r>
    </w:p>
    <w:p>
      <w:r>
        <w:br/>
        <w:t>Лукія (побачила Килину). Гляньте, гляньте, ондечки й вона!&lt;br /&gt;</w:t>
        <w:br/>
        <w:t>Митька. Да, єто точно, што вона, ми зустрічались!..</w:t>
      </w:r>
    </w:p>
    <w:p>
      <w:r>
        <w:br/>
        <w:t>Музики перестають грати.</w:t>
      </w:r>
    </w:p>
    <w:p>
      <w:r>
        <w:br/>
        <w:t>Яшка. Так можна і втомитися. Гаврик. Даже і очень...&lt;br /&gt;</w:t>
        <w:br/>
        <w:t>1-й парубок (підходить до музик з пляшкою). Пора почастуватися.&lt;br /&gt;</w:t>
        <w:br/>
        <w:t>Килина. Добривечір вам та Христос воскрес!&lt;br /&gt;</w:t>
        <w:br/>
        <w:t>Всі. Воістину! Воістину!..&lt;br /&gt;</w:t>
        <w:br/>
        <w:t>Митька (до Лукії). За нею цельной хвост, зовсєм на городськой хвасон: аж два кавалера! (Підходе до Килини), Наше вам почтеніє!.. (Простягає руку).&lt;br /&gt;</w:t>
        <w:br/>
        <w:t>Килина (не дає руки). Я вас... либонь не знаю. Ви хто ж такі?&lt;br /&gt;</w:t>
        <w:br/>
        <w:t>Дівчата (промеж себе). Як чепурно зодягнена...&lt;br /&gt;</w:t>
        <w:br/>
        <w:t>Митька. Я хто такой? Всьо тот же прежньой, нискольки не другой... Невжлі не познали?&lt;br /&gt;</w:t>
        <w:br/>
        <w:t>Килина. Зовсім ви мені не по знаку.&lt;br /&gt;</w:t>
        <w:br/>
        <w:t>Митька. А в сквері, што на Катеринославській?..&lt;br /&gt;</w:t>
        <w:br/>
        <w:t>Килина. Що ж таке в сквері?&lt;br /&gt;</w:t>
        <w:br/>
        <w:t>Митька. Що?.. Як вчились у мадистках?&lt;br /&gt;</w:t>
        <w:br/>
        <w:t>Килина. Та що з того?&lt;br /&gt;</w:t>
        <w:br/>
        <w:t>Митька. У єтой, как вона? Вота, што коло мосту... направо...&lt;br /&gt;</w:t>
        <w:br/>
        <w:t>Килина. Мостів в городі багато, а модисток ще більше.&lt;br /&gt;</w:t>
        <w:br/>
        <w:t>Митька. Так я вам другой случай предоставлю. Ви з лакейом Сенькою із пивной, которая зветься Ялтинською, знакомство імєли?&lt;br /&gt;</w:t>
        <w:br/>
        <w:t>Килина. Вам же яке діло до того, з ким я знакомство мала?&lt;br /&gt;</w:t>
        <w:br/>
        <w:t>Митька. І любов з ним завішували?&lt;br /&gt;</w:t>
        <w:br/>
        <w:t>Килина. А ви що ж: підглядали чи підслухували?..&lt;br /&gt;</w:t>
        <w:br/>
        <w:t>Митька. Потому што вас упознал. Скольки разов ми з вами пиво пили і мороженим я вас вгощал.&lt;br /&gt;</w:t>
        <w:br/>
        <w:t>Килина. Ні разу! Я з вами ніколи і нігде не зустрічалась... Не прилипайте, пожалуста.&lt;br /&gt;</w:t>
        <w:br/>
        <w:t>Митька. Што ж ви так хвазаномію копилите?&lt;br /&gt;</w:t>
        <w:br/>
        <w:t>Килина (до всіх). Скажіть йому, будь ласка, щоб не чеплявся до мене. Зродувіку я його не бачила!..&lt;br /&gt;</w:t>
        <w:br/>
        <w:t>Митька. Не бачила? Как не бачила? (Наступає на неї).&lt;br /&gt;</w:t>
        <w:br/>
        <w:t>Хвилимон (одштовхнув його плечем). Одійди, одійди, не налазь!..&lt;br /&gt;</w:t>
        <w:br/>
        <w:t>Митька (задьористо). Я говору, што знаю, а ти, брат, осади!..&lt;br /&gt;</w:t>
        <w:br/>
        <w:t>Хвилимон (знов одштовхнув його). Гляди, щоб я тебе не посадив.&lt;br /&gt;</w:t>
        <w:br/>
        <w:t>Митька. А ти їй как: брат, сват чи кака родня?&lt;br /&gt;</w:t>
        <w:br/>
        <w:t>Хвилимон. Хто б я не був, а ти не налазь, доки мордяка не бита!..&lt;br /&gt;</w:t>
        <w:br/>
        <w:t>Митька. Ти заступаєшся за неї, заступаєшся?.. А знаєш, за кого ти заступаєшся?&lt;br /&gt;</w:t>
        <w:br/>
        <w:t>Хвилимон. Знаю!..&lt;br /&gt;</w:t>
        <w:br/>
        <w:t>Митька. Вона городська шлюха!..&lt;br /&gt;</w:t>
        <w:br/>
        <w:t>Хвилимон (б'є його по морді). Брешеш, розсукин син!..&lt;br /&gt;</w:t>
        <w:br/>
        <w:t>Килина. Ах!.. (Схопилась за голову). Чи не за сим мене кликано на гулянку?</w:t>
      </w:r>
    </w:p>
    <w:p>
      <w:r>
        <w:br/>
        <w:t>Хвилимон одходить з нею набік.</w:t>
      </w:r>
    </w:p>
    <w:p>
      <w:r>
        <w:br/>
        <w:t>Митька. Братці, за што вон меня розкров'янив? Я докажу, докажу!..</w:t>
      </w:r>
    </w:p>
    <w:p>
      <w:r>
        <w:br/>
        <w:t>ЯВА 7</w:t>
      </w:r>
    </w:p>
    <w:p>
      <w:r>
        <w:br/>
        <w:t>Ті ж і соцький з бляхою на грудях.</w:t>
      </w:r>
    </w:p>
    <w:p>
      <w:r>
        <w:br/>
        <w:t>Соцький. Бач, де їх чортяка зібрала!.. Геть зараз по хатах, урядник сказав, що нагаями розжене!.. Сказано вам, що тільки під качелями можна збиратись?..&lt;br /&gt;</w:t>
        <w:br/>
        <w:t>Парубки (полохливо). Та ми той... Звісно, думали, як свято.&lt;br /&gt;</w:t>
        <w:br/>
        <w:t>Соцький. Щастє ваше, що урядник тепер гостює у прикажчика, а то він би вам задав!.. Там і стражників частують; пісень таких забористих задирають, що аж!.. Гетьте, кажу вам, зараз!..</w:t>
      </w:r>
    </w:p>
    <w:p>
      <w:r>
        <w:br/>
        <w:t>Парубки і дівчата одходять нехотя вглибину.</w:t>
      </w:r>
    </w:p>
    <w:p>
      <w:r>
        <w:br/>
        <w:t>А ти тут, Митька? Тебе, брат, шукають!..&lt;br /&gt;</w:t>
        <w:br/>
        <w:t>Митька. Хто?&lt;br /&gt;</w:t>
        <w:br/>
        <w:t>Соцький. 3 города приїхали... жандари, чи що?&lt;br /&gt;</w:t>
        <w:br/>
        <w:t>Митька (з ляком). Та не можеть бить... Дяденька, кажіть, що ви меня не бачили... (Хутко пішов).&lt;br /&gt;</w:t>
        <w:br/>
        <w:t>Соцький. Куди ж ти? Далеко не втечеш, брат, упіймають!.. Певно, проштрахвився в городі?.. (Йде набік). Піду послухаю, як стражники співають... Ух і ловко ж!.. (Приспівує тихенько).</w:t>
      </w:r>
    </w:p>
    <w:p>
      <w:r>
        <w:br/>
        <w:t>Соловей, соловей тьох, тьох, тьох!..&lt;br /&gt;</w:t>
        <w:br/>
        <w:t>Канарейочка ох, ох, ох!..</w:t>
      </w:r>
    </w:p>
    <w:p>
      <w:r>
        <w:br/>
        <w:t>1-й парубок. От тобі й погуляли.&lt;br /&gt;</w:t>
        <w:br/>
        <w:t>Яшка. Ми как договорені, дак согласнії і під качелями грати.&lt;br /&gt;</w:t>
        <w:br/>
        <w:t>Всі. Що ж робити? Гайда, братця, під качелі!.. (Пішли).</w:t>
      </w:r>
    </w:p>
    <w:p>
      <w:r>
        <w:br/>
        <w:t>Завіса</w:t>
      </w:r>
    </w:p>
    <w:p>
      <w:r>
        <w:br/>
        <w:t>ДІЯ ЧЕТВЕРТА</w:t>
      </w:r>
    </w:p>
    <w:p>
      <w:r>
        <w:br/>
        <w:t>Біля Данилової хати.</w:t>
      </w:r>
    </w:p>
    <w:p>
      <w:r>
        <w:br/>
        <w:t>ЯВА 1</w:t>
      </w:r>
    </w:p>
    <w:p>
      <w:r>
        <w:br/>
        <w:t>Йосип і Хвилинон.</w:t>
      </w:r>
    </w:p>
    <w:p>
      <w:r>
        <w:br/>
        <w:t>Хвилимон. Ая тобі кажу, що не пізно, вчитись ніколи не пізно. Хіба я давно навчився? Годів з три, не більш... Приходь, вчитиму. Згодом майстерську одкриєм, ще й вивіску змалюємо, як ото у городах...&lt;br /&gt;</w:t>
        <w:br/>
        <w:t>Йосип. Та, мабуть, ходитиму... Мене цікавить шевство.&lt;br /&gt;</w:t>
        <w:br/>
        <w:t>Xвилимон. А на сходці будеш?&lt;br /&gt;</w:t>
        <w:br/>
        <w:t>Йосип. Навряд чи вдасться сходка... Доки зберуться, чого доброго, урядник наскочить та й розжене, як і завжди... Та ще кого-небудь і в холодну затопирить.&lt;br /&gt;</w:t>
        <w:br/>
        <w:t>Хвилимон. Вовка боятись — в ліс не ходити.&lt;br /&gt;</w:t>
        <w:br/>
        <w:t>Йосип. І що б було святками оббігати усе село, тоді було б діло. Троє день святкували... Вп'ятьох чи вшістьох можна б було все село скаламутить.&lt;br /&gt;</w:t>
        <w:br/>
        <w:t>Хвилимон. Люде, братухо, як кажуть, завжди заднім умом кріпкі. Але мені здається, що так всі скаламутились.&lt;br /&gt;</w:t>
        <w:br/>
        <w:t>Йосип (показує на Данилову хату). Коли б осей не подався відразу назад, як торік?..&lt;br /&gt;</w:t>
        <w:br/>
        <w:t>Хвилимон. На мою думку, не подасться.&lt;br /&gt;</w:t>
        <w:br/>
        <w:t>Йосип. Та я, пожалуй, прийду.&lt;br /&gt;</w:t>
        <w:br/>
        <w:t>Хвилимон. Як прийдеш, то не ховайся поза плечима других.&lt;br /&gt;</w:t>
        <w:br/>
        <w:t>Йосип. Коли ж я ховався?&lt;br /&gt;</w:t>
        <w:br/>
        <w:t>Хвилимон. Я не кажу, що ховався, а кажу, щоб не сховався тепер.&lt;br /&gt;</w:t>
        <w:br/>
        <w:t>Йосип. Се вже тобі скортіло шпигонуть мене за віщось?&lt;br /&gt;</w:t>
        <w:br/>
        <w:t>Хвилимон. Отже і на думці того не мав.&lt;br /&gt;</w:t>
        <w:br/>
        <w:t>Йосип. А де буде сходка?&lt;br /&gt;</w:t>
        <w:br/>
        <w:t>Хвилимон. Почнеться будьде, а де скінчиться — хто його зна.&lt;br /&gt;</w:t>
        <w:br/>
        <w:t>Йосип. Прийду. А ти тут зостанешся?&lt;br /&gt;</w:t>
        <w:br/>
        <w:t>Хвилимон. Не кортить далі йти...&lt;br /&gt;</w:t>
        <w:br/>
        <w:t>Йосип. Гляди, не проґав сходки.&lt;br /&gt;</w:t>
        <w:br/>
        <w:t>Хвилимон. Іменно, якраз такий, що проґавить.&lt;br /&gt;</w:t>
        <w:br/>
        <w:t>Йосип (помовчав). Сватав би вже швидше Килину.&lt;br /&gt;</w:t>
        <w:br/>
        <w:t>Хвилимон. Таке діло прихапком не коїться...&lt;br /&gt;</w:t>
        <w:br/>
        <w:t>Йосип. Слухай, товаришу, я постерігаю, що ти сьогодня не такий, як завжди: ніби стурбований чим чи засмучений?&lt;br /&gt;</w:t>
        <w:br/>
        <w:t>Хвилимон. Мушу тобі признатись... Спало мені на думку неабияке питаннє і ніяк не відкасну його від своєї душі.&lt;br /&gt;</w:t>
        <w:br/>
        <w:t>Йосип. Що ж таке?&lt;br /&gt;</w:t>
        <w:br/>
        <w:t>Хвилимон. Як ото Митька образив Килину і я пішов з нею від гурту, так вона всю дорогу промовляла: "Так мені і слід!.." Почав допитувати її, так вона одповіла: "Я,— каже,— цілком заслужила таке прізвище..." Довів її до хати, почав прохати, щоб розказала мені — не згодилась; прохав хоч хвилину посидіти o— не вмовив. Думав, може, після вечері вийде — не вийшла! Світло погасили, а я все дожидав, дожидав мало не до півночі — не діждався... І знов цікавить мене те, що чого то вчора прикажчик був у Данила в хаті?&lt;br /&gt;</w:t>
        <w:br/>
        <w:t>Йосип. Невже? Килина б то впала йому в око?&lt;br /&gt;</w:t>
        <w:br/>
        <w:t>Хвилимон. Не знаю... Сьогодня Килина ходила З Тетяною до прикажчиків. Тетяна сама вернулася, я її перестрів, спитав про Килину. Вона одмовила, що нібито Килина зосталась мірку здіймати з прикажчиці — на кохту, чи що... Що воно рипнуло дверима?</w:t>
      </w:r>
    </w:p>
    <w:p>
      <w:r>
        <w:br/>
        <w:t>Чутно гомін Данила і Тетяни. Се Данило та Тетяна.</w:t>
      </w:r>
    </w:p>
    <w:p>
      <w:r>
        <w:br/>
        <w:t>Пішли за вугол. Вже смеркає.</w:t>
      </w:r>
    </w:p>
    <w:p>
      <w:r>
        <w:br/>
        <w:t>Згодом Йосип пішов, а Хвилимон зостався за причілком.</w:t>
      </w:r>
    </w:p>
    <w:p>
      <w:r>
        <w:br/>
        <w:t>ЯВА 2</w:t>
      </w:r>
    </w:p>
    <w:p>
      <w:r>
        <w:br/>
        <w:t>Виходять Данило і Тетяна.</w:t>
      </w:r>
    </w:p>
    <w:p>
      <w:r>
        <w:br/>
        <w:t>Данило. Се було б розчудесне діло, коли б Килину умовити.&lt;br /&gt;</w:t>
        <w:br/>
        <w:t>Тетяна. А я не вірю прикажчикові.&lt;br /&gt;</w:t>
        <w:br/>
        <w:t>Данило. Так я ж тобі кажу: посадовив мене на канапці, тричі перехрестився, потім зняв окопу і поцілував. "От,— каже,— присягаюсь тобі святим хрестом перед оконою, що возлюбив її більш своєї душі, і коли б,— каже,— моя жінка померла, зараз би повінчався з нею..." Жінка його на той мент вийшла на свіже повітрє, на піддашок: ледве-ледве дибає. Що вона помре, то се певно, знахарки давно вже нанюхали, що від неї землею тхне...&lt;br /&gt;</w:t>
        <w:br/>
        <w:t>Тетяна. Як собі хочеш, а я не візьмусь умовляти Килину...&lt;br /&gt;</w:t>
        <w:br/>
        <w:t>Хвилимон (наслухує). Куди умовляти, до чого?..&lt;br /&gt;</w:t>
        <w:br/>
        <w:t>Тетяна. Я вбачаю у тім гріх, та ще й великий гріх!..&lt;br /&gt;</w:t>
        <w:br/>
        <w:t>Хвилимон. Що таке?&lt;br /&gt;</w:t>
        <w:br/>
        <w:t>Данило. Який же то гріх? Якби він був удівець... А тут доводиться дожидати, доки помре.&lt;br /&gt;</w:t>
        <w:br/>
        <w:t>Тетяна. А як не скоро помре?&lt;br /&gt;</w:t>
        <w:br/>
        <w:t>Данило. Скоро не скоро, а мусить померти... Ти подумай, яка вигода. "Нехай тільки,— каже,-вона згодиться до мене за полюбовницю, дам тобі пару волів на вибір, дам корову". Подумай: пару волів! Тоді у нас свій плуг буде.&lt;br /&gt;</w:t>
        <w:br/>
        <w:t>Тетяна. Конешне, мати свій плуг — велике діло!..&lt;br /&gt;</w:t>
        <w:br/>
        <w:t>Данило. Одну корову маємо, а то буде дві.&lt;br /&gt;</w:t>
        <w:br/>
        <w:t>Тетяна. Та звісно... Але краще говори ти з нею, вона тобі небога, а не мені... Я і не насмію і не вмію умовляти.&lt;br /&gt;</w:t>
        <w:br/>
        <w:t>Данило. Щоб баба та не вміла? На те ви й баби, щоб памороки людям заморочувати!..&lt;br /&gt;</w:t>
        <w:br/>
        <w:t>Тетяна. Ні, я того не вмію.&lt;br /&gt;</w:t>
        <w:br/>
        <w:t>Данило. Ти ж бачила, що я почав з нею розмову, так вона порскає... і зараз з хати втекла... Куди вона пішла?&lt;br /&gt;</w:t>
        <w:br/>
        <w:t>Тетяна. А хто її зна.&lt;br /&gt;</w:t>
        <w:br/>
        <w:t>Данило. Піди до Ганнущенків, певно, вона там. Поклич її. Такий случай та щоб ним знехтувати, хіба ж можна?&lt;br /&gt;</w:t>
        <w:br/>
        <w:t>Тетяна. Чи корову з телям дасть, чи, може, ялову?&lt;br /&gt;</w:t>
        <w:br/>
        <w:t>Данило. Авжеж, з телям. Та хіба ж ото і всього? Він і грошей дасть і хліба дасть... Розохотився так до Килини, що хоч візьми і виверни йому всі кишені: горить, аж пала!.. Як говоре, то неначе у грудях у нього аж клекотить!.. Піди лиш за Килиною.&lt;br /&gt;</w:t>
        <w:br/>
        <w:t>Тетяна. Та піду... але вговоряти не втямлю і як... Звісно, хто б не схотів пару волів та ще й корову? (Пішла).&lt;br /&gt;</w:t>
        <w:br/>
        <w:t>Хвилимон (підходить до Данила). Добривечір!&lt;br /&gt;</w:t>
        <w:br/>
        <w:t>Данило. Та положим... А що скажеш?&lt;br /&gt;</w:t>
        <w:br/>
        <w:t>Хвилимон. Ви що ж отеє затіваєте?&lt;br /&gt;</w:t>
        <w:br/>
        <w:t>Данило. А що таке?&lt;br /&gt;</w:t>
        <w:br/>
        <w:t>Хвилимон. Кажуть, що підслухати взагалі погано... Се правда. Але підслухати злодія, котрий наважається людину обікрасти, чи грабителя або душогуба, то таке підслуханнє не буде ганебне...&lt;br /&gt;</w:t>
        <w:br/>
        <w:t>Данило. Про віщо ти варнякаєш, я щось не втямлю?..&lt;br /&gt;</w:t>
        <w:br/>
        <w:t>Хвилимон. Що це ви хочете заподіяти вашій небозі?&lt;br /&gt;</w:t>
        <w:br/>
        <w:t>Данило. А тобі яке діло?&lt;br /&gt;</w:t>
        <w:br/>
        <w:t>Хвилимон. Діло честі, моє діло людське!..&lt;br /&gt;</w:t>
        <w:br/>
        <w:t>Данило. Іди краще звідси, бо се діло не твоєї парахвії!..&lt;br /&gt;</w:t>
        <w:br/>
        <w:t>Хвилимон. Не піду. Ви можете вигнати мене з своєї хати, з подвір'я; а з вулиці не проженете, доки ви не соцький і не урядник...&lt;br /&gt;</w:t>
        <w:br/>
        <w:t>Данило. Одійди, доки я не взяв ломаки в руки!..&lt;br /&gt;</w:t>
        <w:br/>
        <w:t>Хвилимон. А хіба у мене нема рук? Ви візьмете одну ломаку, а я другу.&lt;br /&gt;</w:t>
        <w:br/>
        <w:t>Данило. То це я мушу на ґвалт гукати, чи що, щоб тебе здихатись? Чого лізеш в вічі?&lt;br /&gt;</w:t>
        <w:br/>
        <w:t>Хвилимон. Я не лізу! І вам совітую не підступати ближч до мене, бо в мене руки не зв'язані!..</w:t>
      </w:r>
    </w:p>
    <w:p>
      <w:r>
        <w:br/>
        <w:t>ЯВА З</w:t>
      </w:r>
    </w:p>
    <w:p>
      <w:r>
        <w:br/>
        <w:t>Тетяна і Килина.</w:t>
      </w:r>
    </w:p>
    <w:p>
      <w:r>
        <w:br/>
        <w:t>Данило. Се напасть якась!..&lt;br /&gt;</w:t>
        <w:br/>
        <w:t>Килина (чоломкається з Хвилимоном). Сваритесь?&lt;br /&gt;</w:t>
        <w:br/>
        <w:t>Хвилимон. Ваш дядько мало не на бійку йде.&lt;br /&gt;</w:t>
        <w:br/>
        <w:t>Данило. Ходім, небого, в хату, діло є.&lt;br /&gt;</w:t>
        <w:br/>
        <w:t>Килина. Ви, дядьку, про те ж хочете балакати?&lt;br /&gt;</w:t>
        <w:br/>
        <w:t>Данило. А там почуєш!.. (До Хвилимона). Слухай. Як тільки ти заглянеш у вікно або підійдеш підслухати, єй-єй, так і шпортону рогачем в вічі!.. (Пішов).&lt;br /&gt;</w:t>
        <w:br/>
        <w:t>Хвилимон. Се щось лихе затівається!.. Нічого роздумувати і відкладати діло надалі!.. Піду і скажу все батькові: вони намагались, щоб я оженився, от і ввольню їх волю. (Пішов).</w:t>
      </w:r>
    </w:p>
    <w:p>
      <w:r>
        <w:br/>
        <w:t>ЯВА 4</w:t>
      </w:r>
    </w:p>
    <w:p>
      <w:r>
        <w:br/>
        <w:t>Лукія і Текля. Смеркає.</w:t>
      </w:r>
    </w:p>
    <w:p>
      <w:r>
        <w:br/>
        <w:t>Лукія. Бач, я вгадала, де Хвилимон! То ж він пішов, авжеж, він!.. Невже і тепер він не відкаснеться від Килини?&lt;br /&gt;</w:t>
        <w:br/>
        <w:t>Текля. Виходить, що я правду казала, що ти закохана в Хвилимона.&lt;br /&gt;</w:t>
        <w:br/>
        <w:t>Лукія. Що ж, нехай і правда буде!.. Скільки намагалася відвернути від нього серце — несила моя; наважилась покохати Митьку...&lt;br /&gt;</w:t>
        <w:br/>
        <w:t>Текля. Найшла кого кохати! Вже його потарабанили кудись...&lt;br /&gt;</w:t>
        <w:br/>
        <w:t>Лукія. Все ж таки він приятний... так хороше говорить по-городському...&lt;br /&gt;</w:t>
        <w:br/>
        <w:t>Текля. Ну вже й хороше!.. Та, може, Хвилимон і не закоханий в Килині? Може, і він тебе дратує та вивіря. А стривай. Чи Килина в хаті? (Заглядає у вікно. Крізь вікно висовується рогач і б'є Теклю). Ой!..&lt;br /&gt;</w:t>
        <w:br/>
        <w:t>Данило (кричить). А що, підслухав?&lt;br /&gt;</w:t>
        <w:br/>
        <w:t>Текля. Ой боженьку!.. Геть розбив око!.. (Затуляє вид руками).&lt;br /&gt;</w:t>
        <w:br/>
        <w:t>Лукія. Певно, Данило п'яний або сказився!.. Тікаймо!..</w:t>
      </w:r>
    </w:p>
    <w:p>
      <w:r>
        <w:br/>
        <w:t>Хутко побігли.</w:t>
      </w:r>
    </w:p>
    <w:p>
      <w:r>
        <w:br/>
        <w:t>ЯВА 5</w:t>
      </w:r>
    </w:p>
    <w:p>
      <w:r>
        <w:br/>
        <w:t>Килина, Данило і Тетяна.</w:t>
      </w:r>
    </w:p>
    <w:p>
      <w:r>
        <w:br/>
        <w:t>Килина. Скоріш світ за очі піду, ніж пристану на вашу пораду.&lt;br /&gt;</w:t>
        <w:br/>
        <w:t>Данило. Іди, іди!.. І не знай, і забудь, що в тебе є дядько!..&lt;br /&gt;</w:t>
        <w:br/>
        <w:t>Килина. Я волію краще не знати роду-племені, ніж знати такого дядька.&lt;br /&gt;</w:t>
        <w:br/>
        <w:t>Данило. Так геть же з очей моїх зараз! Під три чорти!..&lt;br /&gt;</w:t>
        <w:br/>
        <w:t>Тетяна. Куди ж вона піде проти ночі?&lt;br /&gt;</w:t>
        <w:br/>
        <w:t>Данило. Мовчи ти, преподобниця!..&lt;br /&gt;</w:t>
        <w:br/>
        <w:t>Килина. Не турбуйтесь, дядино, знайду притулок. (Данилові). Запродали мою матір волосному писареві, котрий покинув її, як завагоніла, а потім вигнали її з рідної хати... Куди їй було подітись з малою дитиною та з соромом? Пішла в город, нанялась до пана за... полюбовницю... Тоді ви почали одвідувати матір та брати щоразу податки і з пана, і з матері...&lt;br /&gt;</w:t>
        <w:br/>
        <w:t>Мати передавала вам одними грішми більш як двісті карбованців...&lt;br /&gt;</w:t>
        <w:br/>
        <w:t>Данило. Брешеш ти, паскудо!..&lt;br /&gt;</w:t>
        <w:br/>
        <w:t>Килина. Чого доброго, й забожитесь?&lt;br /&gt;</w:t>
        <w:br/>
        <w:t>Тетяна. Що брав у Марфи гроші, то брав; не знаю, чи побагато?..&lt;br /&gt;</w:t>
        <w:br/>
        <w:t>Данило. Як візьму я отеє кілка в руки, то так оддубасю вас обох!..&lt;br /&gt;</w:t>
        <w:br/>
        <w:t>Килина. Що ж, бийте! Запродали сестру, а небогу вбийте!..&lt;br /&gt;</w:t>
        <w:br/>
        <w:t>Данило. Та я тобі, стерво собаче!.. (Кидається до неї).</w:t>
      </w:r>
    </w:p>
    <w:p>
      <w:r>
        <w:br/>
        <w:t>ЯВА 6</w:t>
      </w:r>
    </w:p>
    <w:p>
      <w:r>
        <w:br/>
        <w:t>Хвилимон.</w:t>
      </w:r>
    </w:p>
    <w:p>
      <w:r>
        <w:br/>
        <w:t>Хвилимон (заступив дорогу Данилові). Ні, бить не дам!&lt;br /&gt;</w:t>
        <w:br/>
        <w:t>Данило. Ти не даси?&lt;br /&gt;</w:t>
        <w:br/>
        <w:t>Хвилимон. Не дам!&lt;br /&gt;</w:t>
        <w:br/>
        <w:t>Данило. Ти звідки такий заступник? Та ще й з ломакою?&lt;br /&gt;</w:t>
        <w:br/>
        <w:t>Хвилимон. Ви наважались мене почастувати ломакою, так я собі взяв задля оборони.&lt;br /&gt;</w:t>
        <w:br/>
        <w:t>Данило (до Килини). Щоб і духу твого більш не смерділо в моїй хаті, чуєш? (Пішов в кату, за ним Тетяна).&lt;br /&gt;</w:t>
        <w:br/>
        <w:t>Килина. Отак у дядька погостювала!..&lt;br /&gt;</w:t>
        <w:br/>
        <w:t>Хвилимон. Заспокойтесь, будь ласка!..&lt;br /&gt;</w:t>
        <w:br/>
        <w:t>Килина. Он які бувають дядьки!..&lt;br /&gt;</w:t>
        <w:br/>
        <w:t>Хвилимон. Іноді й батьки такі бувають або ще й гірші.&lt;br /&gt;</w:t>
        <w:br/>
        <w:t>Килина. Навряд чи гіршого здибаєш...&lt;br /&gt;</w:t>
        <w:br/>
        <w:t>Хвилимон. Сядьмо ось там. О!.. Заспокойтеся ж, пожалуста.</w:t>
      </w:r>
    </w:p>
    <w:p>
      <w:r>
        <w:br/>
        <w:t>Сідають на колодках.</w:t>
      </w:r>
    </w:p>
    <w:p>
      <w:r>
        <w:br/>
        <w:t>Послухайте, що я вам казатиму... Слухатимете?&lt;br /&gt;</w:t>
        <w:br/>
        <w:t>Килина. Кажіть... Не знаю, чи втямлю щонебудь... Серце як не розірветься, думки вогнем палають!..&lt;br /&gt;</w:t>
        <w:br/>
        <w:t>Хвилимон. Коли хочете, я й підожду!..&lt;br /&gt;</w:t>
        <w:br/>
        <w:t>Килина. Ні... кажіть...&lt;br /&gt;</w:t>
        <w:br/>
        <w:t>Хвилимон. Гомоніли ми з вами до сього разу про всяку всячину, більш про людське, ніж про своє... Недавно ми познайомились, а вбачається, неначе ми давно-давно знайомі,— чи правда?&lt;br /&gt;</w:t>
        <w:br/>
        <w:t>Килина (киває головою). Так.&lt;br /&gt;</w:t>
        <w:br/>
        <w:t>Хвилимон. Давайте ж поговоримо по душі про своє власне, чи згодні?&lt;br /&gt;</w:t>
        <w:br/>
        <w:t>Килина. Гаразд... я слухатиму...&lt;br /&gt;</w:t>
        <w:br/>
        <w:t>Хвилимон. Не розмовлятиму обиняками, бо і не вмію по-такому... почну напрямки. Не знаю, як я вам, а ви мені цілком припали до душі... Зараз я і з батьком про се ж перегомонів...&lt;br /&gt;</w:t>
        <w:br/>
        <w:t>Килина. Вам мене не можна кохати!..&lt;br /&gt;</w:t>
        <w:br/>
        <w:t>Хвилимон (здивовано). Як-то не можна? Що то означа: "Не можна?" Хіба коханнє в залежності від нашої волі?&lt;br /&gt;</w:t>
        <w:br/>
        <w:t>Килина. Бо я вам не до пари...&lt;br /&gt;</w:t>
        <w:br/>
        <w:t>Хвилимон. Як не до пари? Чому не до пари?&lt;br /&gt;</w:t>
        <w:br/>
        <w:t>Килина. Не слід вам мене кохати!..&lt;br /&gt;</w:t>
        <w:br/>
        <w:t>Хвилимон. Се щось незрозуміле!.. "Не до пари"!.. "Не слід"!.. Може, ви хотіли сказати, що я не рівня вам?&lt;br /&gt;</w:t>
        <w:br/>
        <w:t>Килина. Я вам сказала так, як повинна була сказати... Шукайте собі дівчину, котра б варт була вас.&lt;br /&gt;</w:t>
        <w:br/>
        <w:t>Хвилимон. Я шукав довго і знайшов вас! Ви заволоділи всією моєю істотою, всім моїм серцем, всіма думками, якої ж мені ще від вас вартості треба?.. Сієї вашої розмови моє серце не розуміє!..&lt;br /&gt;</w:t>
        <w:br/>
        <w:t>Килина (з криком). Ох, які ж муки, які нестерпучі муки!.. (Починає ридати).&lt;br /&gt;</w:t>
        <w:br/>
        <w:t>Хвилимон. Килю, голубонько моя!.. Я вас кохаю більш всього на світі!.. Я вас кохаю такою, яка ви є зараз!.. Що мені до вашого минулого?.. Що ви зросли в городі, що служили там?.. Так що ж? Нужденні люде повині служити, повинні здобувати собі шматок хліба, повинні заробляти,— хіба то сором?&lt;br /&gt;</w:t>
        <w:br/>
        <w:t>Килина. Але як заробляти?&lt;br /&gt;</w:t>
        <w:br/>
        <w:t>Хвилимон. Грудиною та печінкою!.. Аби душа була не забруджена!..&lt;br /&gt;</w:t>
        <w:br/>
        <w:t>Килина. Душа?.. Душа!.. Душа моя забруджена!..&lt;br /&gt;</w:t>
        <w:br/>
        <w:t>Хвилимон. Що? Що таке? Не вірю!..&lt;br /&gt;</w:t>
        <w:br/>
        <w:t>Килина. Я така і є, якою мене ославив Митька!..&lt;br /&gt;</w:t>
        <w:br/>
        <w:t>Хвилимон. Як?!&lt;br /&gt;</w:t>
        <w:br/>
        <w:t>Килина. Я розкажу вам все як на духу... я мушу розказати вам все, бо се мій останній мент, остання хвиля!.. Бо і я... Бо ви мені тепер найдорожчі в світі!.. (Починає ридати, потім потроху стихає). Гляньте мені в вічі... Я хочу в них побачити мій присуд... (По паузі). Чули ви, що мати моя жила за полюбовницю у одного пана?..&lt;br /&gt;</w:t>
        <w:br/>
        <w:t>Хвилимон. Яке мені діло до того?&lt;br /&gt;</w:t>
        <w:br/>
        <w:t>Килина. Пан був дуже добрий, але він раптом помер, і нам дуже тяжко було жити; нас вигнали і все одняли... Мати почала пити, а потім мене запродала, запродала вдвох з якоюсь зводницею; вони мене чимсь підпоїли, і я ошаліла і не втямила, що зо мною скоїлось... Коли прокинулась в чужій кімнаті, очумалась в чужім ліжку, тоді тільки все зрозуміла... Він спершу вговоряв мене, потім почав лякати, що вб'є мене і вихопив з кишені револьвера... Продержав він мене до ночі і, як стемніло зовсім, тоді випустив на вулицю... Коли замкнулись за мною двері, я хутко побігла. Ніч була дуже темна. Я бігла до річки, не знаючи, де вона... Довго бігла, аж доки не наткнулась на городового. Він почав гримати на мене і хотів одвести у часть... Я почала прохати його, ледве вблагала... розказала йому, яка зо мною пригода трапилась. Пішла я від нього і вже, як розвиднілось, прийшла до матері, мати спала п'яна... Я почала шукати ножа, хотіла і матір зарізати, і собі перетнути горлянку... Не знайшла... Я розбудила матір і почала з нею сваритись, плакалась на неї, нарікала... Потім не знаю, як се вчинилося, що мені стало жаль матері. Як звечоріло, знов прийшла зводниця й почала з матір'ю частуватись та про віщось шептатись; я крадькома вийшла з кімнати і пішла куди очі дивились... Знов проблукала цілу ніч. Ранком зустрілась з однією по другою, з котрою вчилась у модистки... Вона теж із села, їй пощастило вийти заміж за путящого чоловіка, за слісаря... Гарна пара, добірна... Я часто раніш їх одвідувала. Мені подобалося, що вони промеж себе розмовляли по-українськи, а в зайвий час читали українські книжки... Вони мене приохотили до рідної мови. Прожила я у подруги скільки день; нараяли вони мені обернутись до адвоката... Я не захотіла судитись з матір'ю... Бог з нею! Потім чоловік моєї подруги сказав мені, що без паспорта мені в городі не можна жити, я не хотіла більш з матір'ю зустрічатись... Постерігши, як вона кудись пішла з дому, я скоріш зібрала своє збіжжє; знайшлись у мене чотири карбованці, я пішла на вокзал, купила білет і приїхала сюди... Тепер ви знаєте, яка я... (Встає). Прощайте... Спасибі вам за ті хвилини щастя і розваги, котрі пережила я в щирій бесіді з вами... Ніколи, ніколи, доки жива буду, їх не забуду!.. Завтра попрохаю у старшини паспорт, а сю ніч де-небудь переночую... Більш розмовляти нам ні об чім!..&lt;br /&gt;</w:t>
        <w:br/>
        <w:t>Хвилимон. Ні, є об чім!.. (Бере її за руки). Ви не повинні у тім, що з вами заподіяли лиходії, душа ваша не забруднена, совість світла, як скло!.. Клянусь богом святим, що ніхто від мене ніколи не довідається про ваше минуле, і нехай мене скарає господь, коли ним я попрекну вас!..&lt;br /&gt;</w:t>
        <w:br/>
        <w:t>Килина (кидається йому на шию). Ти мій спасителю!.. Ти мій отець, і мати, і все на світі!.. Ти сяєво моєї душі, ти світ моїх очей!.. (Цілує його ридаючи).</w:t>
      </w:r>
    </w:p>
    <w:p>
      <w:r>
        <w:br/>
        <w:t>ЯВА 7</w:t>
      </w:r>
    </w:p>
    <w:p>
      <w:r>
        <w:br/>
        <w:t>Ті ж і прикажчик.</w:t>
      </w:r>
    </w:p>
    <w:p>
      <w:r>
        <w:br/>
        <w:t>Прикажчик. Вот так сладкий поцілунок, настоящий карамель!..&lt;br /&gt;</w:t>
        <w:br/>
        <w:t>Xвилимо. А вам до чужого хисту зась!</w:t>
      </w:r>
    </w:p>
    <w:p>
      <w:r>
        <w:br/>
        <w:t>Пішли обоє.</w:t>
      </w:r>
    </w:p>
    <w:p>
      <w:r>
        <w:br/>
        <w:t>Прикажчик. Одначе, как видно, Килічка достаточно цибулізована!.. Єто как будьте і що і лучче, можна будить приголубить і дешевшим коштом... З нецибулізованими буваїть возня: доки уговориш її та усовістиш... і іногда бувають случаї, що і в уголовну ответственность ускочиш; а з такими розговори не довгі: цілковий либо два в зуби, і до свиданія, мамзель: ти меня не знала, я тебя не видав!... Треба тепер поскорій її отцедова переманити. (У вікно). Данило, а Данило!..</w:t>
      </w:r>
    </w:p>
    <w:p>
      <w:r>
        <w:br/>
        <w:t>ЯВА 8</w:t>
      </w:r>
    </w:p>
    <w:p>
      <w:r>
        <w:br/>
        <w:t>Прикажчик і Данило.</w:t>
      </w:r>
    </w:p>
    <w:p>
      <w:r>
        <w:br/>
        <w:t>Прикажчик. Ну, як наші діла?&lt;br /&gt;</w:t>
        <w:br/>
        <w:t>Данило. Хвилимон тут упутався, ось що!.. Погано!..&lt;br /&gt;</w:t>
        <w:br/>
        <w:t>Прикажчик. Ну, єто пустяковоє діло.&lt;br /&gt;</w:t>
        <w:br/>
        <w:t>Данило. Либонь думає сватать.&lt;br /&gt;</w:t>
        <w:br/>
        <w:t>Прикажчик. Ну, єтому можна і помішать... На єто єсть усякі способи... А як вона?&lt;br /&gt;</w:t>
        <w:br/>
        <w:t>Данило. Каже: скоріш світ за очі піду.&lt;br /&gt;</w:t>
        <w:br/>
        <w:t>Прикажчик. Вот єто так глупо!.. Не думав, што у неї така глупа хвантазія в голові... Видко, не так ти повів діло. Казав же тобі, що треба делікатно... Жалко, що мені не було часу, я урезонив би її... Повір, што, уміючи, всяку бабу можна одурачить... Подпоїть чим-либо, што другоєпрочеє... Ех!.. Ну та ще, на мою думку, діло не зовсім потеряне... Треба ось що по началу зробити... Чутно гомін, котрий все голоснішає і виголошується в лемент.</w:t>
      </w:r>
    </w:p>
    <w:p>
      <w:r>
        <w:br/>
        <w:t>А це що таке? Ого-го, ціла юрба сюди прьоть!.. Про віщо се вони гомонять?..&lt;br /&gt;</w:t>
        <w:br/>
        <w:t>Данило. Ото чи не про поденну радяться?&lt;br /&gt;</w:t>
        <w:br/>
        <w:t>Прикажчик. Ану, притаїмось та послухаємо. Ховаються за причілок.</w:t>
      </w:r>
    </w:p>
    <w:p>
      <w:r>
        <w:br/>
        <w:t>ЯВА 9&lt;br /&gt;</w:t>
        <w:br/>
        <w:t>Макар, Сидір, чоловіки, баби, дівчата і діти. Наприкінці виходить і Текля з підв'язаним оком.&lt;br /&gt;</w:t>
        <w:br/>
        <w:t>Макар. Я, братця, завжди так, як другі... Як гурт вимовить, так і нехай буде... Якщо сорок, то й сорок; а якщо не сорок...&lt;br /&gt;</w:t>
        <w:br/>
        <w:t>Сидір. А мене хоч розпанахайте отут, менш як за сорок не піду!.. Та з якої речі?.. От ще!..&lt;br /&gt;</w:t>
        <w:br/>
        <w:t>Декотрі. Воно, звичайно, дешевше і не слід би...&lt;br /&gt;</w:t>
        <w:br/>
        <w:t>Макар. Чутка давно йде, що скрізь вже пішла ціна вгору... І сьогодня якийсь проїжджий біля монопольки розказував... Стало бить, зупинив конячку, зліз з повозки, зайшов у монопольку, купив дві сотки, викушав одну, далі другу...&lt;br /&gt;</w:t>
        <w:br/>
        <w:t>Сидір. Ну да! Я теж бачив... Випив і не поморщився!..&lt;br /&gt;</w:t>
        <w:br/>
        <w:t>Макар. Потім розбалакався і почав питати, яка ціна у вас на поденну... та як почув, що по тридцять, то аж зареготів... "В городах,— каже,— на хвабриках тощо, давно вже про таку ціну забули!.."&lt;br /&gt;</w:t>
        <w:br/>
        <w:t>Сидір. Ну да. Іменно так і казав!&lt;br /&gt;</w:t>
        <w:br/>
        <w:t>Декотрі. Коли в городах пішла ціна вгору, то чого ж нам зівати?&lt;br /&gt;</w:t>
        <w:br/>
        <w:t>Другі. Городські люде розумніші від слобідських.&lt;br /&gt;</w:t>
        <w:br/>
        <w:t>Декотрі. Авжеж. Хіба нам до городян рівнятись розумом?&lt;br /&gt;</w:t>
        <w:br/>
        <w:t>Другі. Стало бить, і нам слід потрапляти за розумними, щоб не зостатись у дурнях.&lt;br /&gt;</w:t>
        <w:br/>
        <w:t>Сидір. Кажу вам, хоч розпанахайте мене, хоч роздеріть, а я не согласний дешевше як за сорок... Як-то можна дешевше?.. Не согласний!..&lt;br /&gt;</w:t>
        <w:br/>
        <w:t>Макар. А гукнемо на Данила.&lt;br /&gt;</w:t>
        <w:br/>
        <w:t>Сидір. Я певен, що і Данило так, як і я!</w:t>
      </w:r>
    </w:p>
    <w:p>
      <w:r>
        <w:br/>
        <w:t>ЯВА 10</w:t>
      </w:r>
    </w:p>
    <w:p>
      <w:r>
        <w:br/>
        <w:t>З'являється Данило.</w:t>
      </w:r>
    </w:p>
    <w:p>
      <w:r>
        <w:br/>
        <w:t>Данило. А може, я овсім не так, як ти? Добривечір!&lt;br /&gt;</w:t>
        <w:br/>
        <w:t>Всі. Добривечір.&lt;br /&gt;</w:t>
        <w:br/>
        <w:t>Данило. Я так зроблю, як мені власний розум скаже; а ти роби по-своєму.&lt;br /&gt;</w:t>
        <w:br/>
        <w:t>Сидір. 0-в-ва!.. Отакої!&lt;br /&gt;</w:t>
        <w:br/>
        <w:t>Макар. Але ж ти, Данило, казав мені, що теж не підеш дешевше як за сорок.&lt;br /&gt;</w:t>
        <w:br/>
        <w:t>Сидір. І мене запевняв! Як же се, га?&lt;br /&gt;</w:t>
        <w:br/>
        <w:t>Данило. Коли запевняв?&lt;br /&gt;</w:t>
        <w:br/>
        <w:t>Макар і Сидір. У п'ятницю!&lt;br /&gt;</w:t>
        <w:br/>
        <w:t>Данило. У п'ятницю? Перехрестіться! Я вас у п'ятницю либонь в вічі не видав...&lt;br /&gt;</w:t>
        <w:br/>
        <w:t>Сидір. А як від плащаниці заразом вертались?..&lt;br /&gt;</w:t>
        <w:br/>
        <w:t>Данило. Та ви чи не п'яні часом обоє, чи, може, тоді були п'яні?&lt;br /&gt;</w:t>
        <w:br/>
        <w:t>Сидір. Може, й був хто п'яний, а у мене тоді і рісочки в роті не було!..&lt;br /&gt;</w:t>
        <w:br/>
        <w:t>Макар. Та й хто ж би то у страшну п'ятницю пив би, хіба скажений?&lt;br /&gt;</w:t>
        <w:br/>
        <w:t>Данило. Є такі, що і в суботу п'ють.&lt;br /&gt;</w:t>
        <w:br/>
        <w:t>Народ. Бачите?.. А ви почали колошкать людей!..&lt;br /&gt;</w:t>
        <w:br/>
        <w:t>Декотрі. А найбільш Сидір!..&lt;br /&gt;</w:t>
        <w:br/>
        <w:t>Данило. Хто ще чув від мене про побільшеннє ціни? Кажіть, може, ще хто чув?&lt;br /&gt;</w:t>
        <w:br/>
        <w:t>Сидір. Аж забожився, що не згодиться інакше!..&lt;br /&gt;</w:t>
        <w:br/>
        <w:t>Макар. Аж тричі забожився!.. А тепер!..</w:t>
      </w:r>
    </w:p>
    <w:p>
      <w:r>
        <w:br/>
        <w:t>ЯВА 11</w:t>
      </w:r>
    </w:p>
    <w:p>
      <w:r>
        <w:br/>
        <w:t>Прикажчик, з другого боку Хвилимон, за ним Килина.</w:t>
      </w:r>
    </w:p>
    <w:p>
      <w:r>
        <w:br/>
        <w:t>Прикажчик. Добривечір вам, панове громадо!&lt;br /&gt;</w:t>
        <w:br/>
        <w:t>Всі. Добривечір.&lt;br /&gt;</w:t>
        <w:br/>
        <w:t>Сидір. Так, Данило, нечесно робити — от що!&lt;br /&gt;</w:t>
        <w:br/>
        <w:t>Прикажчик (усміхається). Хто про віщо, а Сидір все про честь. Чудак!.. Про віщо толкуєте?&lt;br /&gt;</w:t>
        <w:br/>
        <w:t>Народ. Та... звісно... об своїх ділах!..&lt;br /&gt;</w:t>
        <w:br/>
        <w:t>Прикажчик. Чи не змовляєтесь!.. Кортить до забастовки?.. А ви не чули хіба, що роблять забастовщикам?.. Ось у мене газета, може, прочитати?&lt;br /&gt;</w:t>
        <w:br/>
        <w:t>Хвилимон (підходить). Чули. Чули, що й прикажчикам іноді роблять!..&lt;br /&gt;</w:t>
        <w:br/>
        <w:t>Данило. Осьдечки той, котрий перший сказав, що не слід згоджуватись дешевше як за сорок!.. Каже: "Я вичитав про се в книжках та газетах!.." Я, учувши про це, може кой-кому і переказав... Може, і Сидорові, і Макарові казав... Але се не з мене почалось, а з Хвилимона.&lt;br /&gt;</w:t>
        <w:br/>
        <w:t>Прикажчик. Так се ти на забастовку підмовляєш?..&lt;br /&gt;</w:t>
        <w:br/>
        <w:t>Хвилимон. Я, може, й казав про те, що вичитав... Мало чого не говориться... Пишуть задля того, щоб люде читали...</w:t>
      </w:r>
    </w:p>
    <w:p>
      <w:r>
        <w:br/>
        <w:t>ЯВА 12</w:t>
      </w:r>
    </w:p>
    <w:p>
      <w:r>
        <w:br/>
        <w:t>Ті ж і урядник.</w:t>
      </w:r>
    </w:p>
    <w:p>
      <w:r>
        <w:br/>
        <w:t>Урядник. Што єто за сходка, што за митинг?&lt;br /&gt;</w:t>
        <w:br/>
        <w:t>Прикажчик (чоломкається з урядником). Моє поштеніє, Семен Антонович! Тут, как видите, скопище... Зговорюються, щоб піднять ціну на поденну либо забастовать...&lt;br /&gt;</w:t>
        <w:br/>
        <w:t>Урядник. А хто тут руководствує?&lt;br /&gt;</w:t>
        <w:br/>
        <w:t>Данило. Ніхто, як Хвилимон!..&lt;br /&gt;</w:t>
        <w:br/>
        <w:t>Прикажчик. Да, точно, єтот молодой человєк!.. А за ним Сидір, Макар і прочінекоторі...&lt;br /&gt;</w:t>
        <w:br/>
        <w:t>Хвилимон. Се кругла брехня!..&lt;br /&gt;</w:t>
        <w:br/>
        <w:t>Урядник. Так єто ти, голубчик? Давно слідкую за тобою. Книжечки читаєш, газети... Ти дуже вумной!..&lt;br /&gt;</w:t>
        <w:br/>
        <w:t>Хвилимон. А вам хотілося б мене за дурня мати? Ні, візьміть собі се прізвище.</w:t>
      </w:r>
    </w:p>
    <w:p>
      <w:r>
        <w:br/>
        <w:t>Дехто в гурті зареготав.</w:t>
      </w:r>
    </w:p>
    <w:p>
      <w:r>
        <w:br/>
        <w:t>Урядник. Што, как ти сказав?&lt;br /&gt;</w:t>
        <w:br/>
        <w:t>Хвилимон. Так, як чув!&lt;br /&gt;</w:t>
        <w:br/>
        <w:t>Урядник. Ах ти ж забастовщик!.. Стражники, схватить його!..&lt;br /&gt;</w:t>
        <w:br/>
        <w:t>Хвилимон (одпихае стражників). Люде добрі, громадяне!.. Та доки ж поневірятиметься над нами всяка погань?..&lt;br /&gt;</w:t>
        <w:br/>
        <w:t>Урядник. Как ти сказав? (Б'є його по лиці). Вот тебе погань!..&lt;br /&gt;</w:t>
        <w:br/>
        <w:t>Xвилимон. Е, ні, не так б'єш!.. (Б'є урядника).&lt;br /&gt;</w:t>
        <w:br/>
        <w:t>Урядник (стріляє його, баби і дівчата з криком розбігаються). Ви виділи, он меня ударив по рожі при ісполненії служебних обязаностей? (Ховає револьвер в кобуру).&lt;br /&gt;</w:t>
        <w:br/>
        <w:t>Хвилимон (падає). Ох!.. Громада — отара... Заполохана, знехтована, споневірена, німа отара овець!.. (Помирає).&lt;br /&gt;</w:t>
        <w:br/>
        <w:t>Килина. Ох, горенько моє тяжкеє, невимовнеє. (Ридає над трупом).&lt;br /&gt;</w:t>
        <w:br/>
        <w:t>Лукія (вибігає). Що тут вчинилось?&lt;br /&gt;</w:t>
        <w:br/>
        <w:t>Текля (тихо). Хвилимона вбито!&lt;br /&gt;</w:t>
        <w:br/>
        <w:t>Лукія. Вбито?! (Падає на плече Теклі).&lt;br /&gt;</w:t>
        <w:br/>
        <w:t>Урядник. Поставить стражу над трупом; а я сейчас заготовлю рапорт по начальству. (Пішов. Загальна паніка).&lt;br /&gt;</w:t>
        <w:br/>
        <w:t>Кінець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Зерно і полова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