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Зелений-зелений світ</w:t>
      </w:r>
    </w:p>
    <w:p>
      <w:r>
        <w:br/>
        <w:t xml:space="preserve"> &lt;p&gt;Розсунувши обережно колючі кущі малинника, вийшов на галявину хлопчик. Через плече у нього був перечеплений лук — зігнута ліщинова гілка. Стріли, гострі й тонкі, стриміли з-за мотузка, що заміняв малому пояс.</w:t>
      </w:r>
    </w:p>
    <w:p>
      <w:r>
        <w:br/>
        <w:t>Хлопчик уважно оглянув галявину. Ні, нема нікого. І він ступив на зелену соковиту траву. Ще раз озирнувся — все тихо, сонячно і так зелено, що навіть сонце здається зеленим.</w:t>
      </w:r>
    </w:p>
    <w:p>
      <w:r>
        <w:br/>
        <w:t>Гаряче повітря немов пливе кудись густою, тремтливою хвилею. А коли трохи примружити очі, то перед самим обличчям і далі безладно витанцьовують і раптом зникають прозорі кульки, крихітні, як голівка метелика. Спробуйте примружити очі — і відразу побачите ці кульки.</w:t>
      </w:r>
    </w:p>
    <w:p>
      <w:r>
        <w:br/>
        <w:t>Хлопчик сів на вогкувату траву, поклавши поруч лук і стріли, обхопив руками гострі, засмаглі коліна.</w:t>
      </w:r>
    </w:p>
    <w:p>
      <w:r>
        <w:br/>
        <w:t>Маленька галявина, а скільки цікавого тут! Порозвішував на кущі від гілки до гілки тоненькі ниточки павук — справжня тобі гойдалка! Десь зверху, з-поміж зеленого листя — тьвіть-тьвіть! — і скільки хоч приглядайся, а не видно пташки: заховалась, тільки голос подає.</w:t>
      </w:r>
    </w:p>
    <w:p>
      <w:r>
        <w:br/>
        <w:t>Он у траві — потемніла, не помічена ніким раніше суниця. Аж до самої осені всихатиме, якщо чийсь гострий, шпичастий язичок не продірявить її наскрізь. Можна б зірвати суницю, вона запашна, гіркувато-солодка на смак, але зовсім не хочеться рухатись, навіть руку ліньки простягти — так розігріло хлопчика сонце.</w:t>
      </w:r>
    </w:p>
    <w:p>
      <w:r>
        <w:br/>
        <w:t>Вискочив з трави коник, погойдався мить на кінчику стеблини і знову — шасть у густу зелень. Є така казка: просив горобець билинку поколихати його — билинка чомусь не схотіла; коникові й просити не треба — на якій хоч травинці поколишеться: крихітний він.</w:t>
      </w:r>
    </w:p>
    <w:p>
      <w:r>
        <w:br/>
        <w:t>Обліпили старий пеньок слизькі жовтуваті гриби. Їх і палицею не позбиваєш, аж прикипіли до грубої кори. А є гриб як подушечка: торкни його — а він враз розривається і звідтіль сиплеться порошок. Андрій каже, що це білчин зубний порошок. Жартує, звичайно.</w:t>
      </w:r>
    </w:p>
    <w:p>
      <w:r>
        <w:br/>
        <w:t>— Егей, Комахо, де ти? Ау-у!</w:t>
      </w:r>
    </w:p>
    <w:p>
      <w:r>
        <w:br/>
        <w:t>Це Андрій. Він завжди вигадує різні чудернацькі прізвиська молодшому братові, він каже, що Валентин — це дівчаче ім'я, не пасує так хлопцеві зватись. Що ж тепер порадиш! Валько ж не сам вибирав собі ім'я. Якби сам, то називався б він, напевно, Сашком або, ще краще, Андрієм.</w:t>
      </w:r>
    </w:p>
    <w:p>
      <w:r>
        <w:br/>
        <w:t>— Ти чого не озиваєшся? І зарубки ледь помітні робиш.</w:t>
      </w:r>
    </w:p>
    <w:p>
      <w:r>
        <w:br/>
        <w:t>Андрій підійшов ближче, сів поряд з братом. Малий мовчав, насуплено й зосереджено дивився на мурашку, що тягла навіщось угору по травині ялинову голочку.</w:t>
      </w:r>
    </w:p>
    <w:p>
      <w:r>
        <w:br/>
        <w:t>— Ти не гнівайся, мені нудно самому, я й прийшов до тебе.</w:t>
      </w:r>
    </w:p>
    <w:p>
      <w:r>
        <w:br/>
        <w:t>— Ага, а я ж тебе просив: не ходи слідом, я сам хочу. Я тебе знаю — ти боїшся, що я заблукаю? Боїшся, так?</w:t>
      </w:r>
    </w:p>
    <w:p>
      <w:r>
        <w:br/>
        <w:t>— А ти що ж думав? Звичайно, боюсь. Як я без тебе потім виберуся звідсіль?</w:t>
      </w:r>
    </w:p>
    <w:p>
      <w:r>
        <w:br/>
        <w:t>Андрій засміявся і ніби ненароком, торкнувши брата рукою, перекинув його горілиць на траву.</w:t>
      </w:r>
    </w:p>
    <w:p>
      <w:r>
        <w:br/>
        <w:t>Малий сердито вирвався:</w:t>
      </w:r>
    </w:p>
    <w:p>
      <w:r>
        <w:br/>
        <w:t>— Так-от, я ж не заблудився, я знайшовся, тепер ти йди, а я сам буду. Або хоч ніби сам,— раптом жалібно попросив він.</w:t>
      </w:r>
    </w:p>
    <w:p>
      <w:r>
        <w:br/>
        <w:t>— Справді,— серйозно погодився старший,— коли хтось дуже хоче побути на самоті, йому не слід набридати.</w:t>
      </w:r>
    </w:p>
    <w:p>
      <w:r>
        <w:br/>
        <w:t>Він думав: "Малому справді не боязко чи він хоче позбутися страху, хоче довести самому собі, що не боїться?"</w:t>
      </w:r>
    </w:p>
    <w:p>
      <w:r>
        <w:br/>
        <w:t>Андрій пішов геть, але не віддалився надто від галявини і зачаївся так, що брат не бачив його, хоч оглядався навколо. Зрештою, малому припала до вподоби ця гра — "ніби сам", вона влаштовувала його. Він відчув себе господарем галявини. Оглядав хазяйновито дерева, високо задираючи голову; гостре, маленьке підборіддя уперто випиналось. Спробував походити на руках. Худі, геть усі в подряпинках ноги ніяк не слухались, усе хотіли стати на землю, стриміли врізнобіч. Але все-таки хлопчик пройшов кілька "кроків" на руках.</w:t>
      </w:r>
    </w:p>
    <w:p>
      <w:r>
        <w:br/>
        <w:t>І раптом він помітив щось дуже цікаве у тому перевернутому догори ногами світі, бо блискавично став на рівні і рушив до високого світлокорого дерева. Внизу у стовбурі сосни було дупло. Та здаля й не сказав би, що то дупло: в отвір його немовби хтось вставив тонкий картон, майстерно розмальований під колір дерева. Коричневі, жовто-білі й брунатні смуги чергувались так гарно, що Валя, зачарований тим дивом, не міг одірвати погляду від візерунка.</w:t>
      </w:r>
    </w:p>
    <w:p>
      <w:r>
        <w:br/>
        <w:t>У незвичайній розмальованій "шибці" була невеличка дірочка, крізь яку щомиті влітали й вилітали дикі бджоли. Хлопчик стояв тихенько і приглядався. Через якийсь час він помітив: біля отвору, як біля воріт, поставлено вартового. Бджола-вартовий не відлітала нікуди, хіба на якусь дрібочку віддалиться — і знову гуде на тому ж місці, що й перше.</w:t>
      </w:r>
    </w:p>
    <w:p>
      <w:r>
        <w:br/>
        <w:t>Скільки Валько отак стояв — він би не міг сказати. І раптом вартового змінили: перша бджола полетіла геть, а натомість бриніла густо вже зовсім інша. Хлопчик захоплено, аж до вух, усміхнувся: це було схоже на якусь неймовірну, найдивовижнішу казку.</w:t>
      </w:r>
    </w:p>
    <w:p>
      <w:r>
        <w:br/>
        <w:t>Цікаво, як там усередині? От би зазирнути! Хлопчик ніяк не міг опертись спокусливому бажанню. Звичайно, він не збирався робити щось погане, він лише хотів побачити, що там є усередині,— як колись будь-що прагнув проникнути в таємниці заводних автомобілів і літачків.</w:t>
      </w:r>
    </w:p>
    <w:p>
      <w:r>
        <w:br/>
        <w:t>Хлопчик узяв до рук довгу гостру стрілу і проткнув нею тоненьку стінку. І враз блискавкою викотився з дупла — Валькові здалось, що просто йому в обличчя викотився,— розгніваний, розгуканий, волохатий клубок, темно-коричневий, грізний і войовничий. Хлопчик затулив обличчя руками і кинувся тікати наосліп, не віднімаючи рук од лиця і ледь зрозуміло кличучи маму.</w:t>
      </w:r>
    </w:p>
    <w:p>
      <w:r>
        <w:br/>
        <w:t>— Стій! Не біжи, падай, чуєш, падай! — почув Валько раптом голос Андрія. Брат звалив його на землю, прикрив зверху своїм тілом і завмер.</w:t>
      </w:r>
    </w:p>
    <w:p>
      <w:r>
        <w:br/>
        <w:t>А потім, коли обидва підвелися, Валько винувато і з гірким жалем подивився на Андрія — бо то йому бджоли відплатили за братову цікавість...</w:t>
      </w:r>
    </w:p>
    <w:p>
      <w:r>
        <w:br/>
        <w:t>Андрій над силу спробував усміхнутись:</w:t>
      </w:r>
    </w:p>
    <w:p>
      <w:r>
        <w:br/>
        <w:t>— Що, "Нібисам", зіпсував хатинку бджолам? Нічого, вони ще до вечора усе відремонтують.</w:t>
      </w:r>
    </w:p>
    <w:p>
      <w:r>
        <w:br/>
        <w:t>— А ти-и?</w:t>
      </w:r>
    </w:p>
    <w:p>
      <w:r>
        <w:br/>
        <w:t>— Могло бути й гірше,— сказав брат, обмацуючи припухлу потилицю.— Не журись. І ніколи не тікай од бджіл, вони поминуть лежачого й далі полетять. Одразу падай, запам'ятав?</w:t>
      </w:r>
    </w:p>
    <w:p>
      <w:r>
        <w:br/>
        <w:t>Валько міцно тримався за братову руку, через плече в нього висів лук, що дивом не зламався. Малий весь час торкався пальцем опухлого вуха, але враз зиркав на Андрія і намагався не думати, що вухо болить і смикає. І хоч воно все-таки боліло, світ поволі знову ставав зелений, і сонце також здавалося сліпучо-зеленим, і на блакитному небі було ніби приклеєне зелене листя високих, гіллястих дерев. І десь там унизу, біля світлокорої сосни, бджоли, мабуть, старанно й дбайливо знову замуровували вхід до своєї оселі, гнівливо згадуючи цікавого збитошника...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Зелений-зелений світ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