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трав'яні зайчики (збірка)</w:t>
      </w:r>
    </w:p>
    <w:p>
      <w:r>
        <w:br/>
        <w:t xml:space="preserve"> ВЕСНА</w:t>
      </w:r>
    </w:p>
    <w:p>
      <w:r>
        <w:br/>
        <w:t>А вже весна-весняночка&lt;br /&gt;</w:t>
        <w:br/>
        <w:t>крапотить ізраночка.&lt;br /&gt;</w:t>
        <w:br/>
        <w:t>Ноги скачуть,&lt;br /&gt;</w:t>
        <w:br/>
        <w:t>крига плаче,&lt;br /&gt;</w:t>
        <w:br/>
        <w:t>золотий казан кипить.</w:t>
      </w:r>
    </w:p>
    <w:p>
      <w:r>
        <w:br/>
        <w:t>ДЗВОНИКИ СОН-ТРАВИ</w:t>
      </w:r>
    </w:p>
    <w:p>
      <w:r>
        <w:br/>
        <w:t>Фіолетові дзвоники сон-трави проснулися.&lt;br /&gt;</w:t>
        <w:br/>
        <w:t>Діти роблять білі кораблики&lt;br /&gt;</w:t>
        <w:br/>
        <w:t>і пускають їх по струмках.&lt;br /&gt;</w:t>
        <w:br/>
        <w:t>Кораблики пливуть, а за ними діти біжать.&lt;br /&gt;</w:t>
        <w:br/>
        <w:t>Коли вони набігаються, натомляться, позасинають,&lt;br /&gt;</w:t>
        <w:br/>
        <w:t>то вже не бачать, як тонуть їхні кораблики.&lt;br /&gt;</w:t>
        <w:br/>
        <w:t>Це бачить тільки сон-трава,&lt;br /&gt;</w:t>
        <w:br/>
        <w:t>і через те її дзвоники не дзвонять.</w:t>
      </w:r>
    </w:p>
    <w:p>
      <w:r>
        <w:br/>
        <w:t>ПАГІНЕЦЬ</w:t>
      </w:r>
    </w:p>
    <w:p>
      <w:r>
        <w:br/>
        <w:t>У лісі зацвіло&lt;br /&gt;</w:t>
        <w:br/>
        <w:t>кружальце пенька,&lt;br /&gt;</w:t>
        <w:br/>
        <w:t>як маленьке сонечко,&lt;br /&gt;</w:t>
        <w:br/>
        <w:t>і виріс з нього промінь&lt;br /&gt;</w:t>
        <w:br/>
        <w:t>зелений пагінець</w:t>
      </w:r>
    </w:p>
    <w:p>
      <w:r>
        <w:br/>
        <w:t>МАТИ</w:t>
      </w:r>
    </w:p>
    <w:p>
      <w:r>
        <w:br/>
        <w:t>А мати до весни говорить:&lt;br /&gt;</w:t>
        <w:br/>
        <w:t>— Оце сажу потрушу,&lt;br /&gt;</w:t>
        <w:br/>
        <w:t>оце хату побілю,&lt;br /&gt;</w:t>
        <w:br/>
        <w:t>оце трохи підсиню,&lt;br /&gt;</w:t>
        <w:br/>
        <w:t>оце підведу,&lt;br /&gt;</w:t>
        <w:br/>
        <w:t>та й буде.&lt;br /&gt;</w:t>
        <w:br/>
        <w:t>Гріється, всміхається земля,&lt;br /&gt;</w:t>
        <w:br/>
        <w:t>Щоб усе могло розквітнути.</w:t>
      </w:r>
    </w:p>
    <w:p>
      <w:r>
        <w:br/>
        <w:t>ЛІТО</w:t>
      </w:r>
    </w:p>
    <w:p>
      <w:r>
        <w:br/>
        <w:t>Літо зверху зелене, а всередині, мов кавун.&lt;br /&gt;</w:t>
        <w:br/>
        <w:t>Літо солодке від зорі до зорі.&lt;br /&gt;</w:t>
        <w:br/>
        <w:t>Засмаглі хлоп'ята, як зернята у кавуні,&lt;br /&gt;</w:t>
        <w:br/>
        <w:t>перекочуються,&lt;br /&gt;</w:t>
        <w:br/>
        <w:t>перегукуються,&lt;br /&gt;</w:t>
        <w:br/>
        <w:t>пересміюються&lt;br /&gt;</w:t>
        <w:br/>
        <w:t>від одного краю землі до другого.</w:t>
      </w:r>
    </w:p>
    <w:p>
      <w:r>
        <w:br/>
        <w:t>ТУМАНОВА ДОНЯ</w:t>
      </w:r>
    </w:p>
    <w:p>
      <w:r>
        <w:br/>
        <w:t>Росо-росино,&lt;br /&gt;</w:t>
        <w:br/>
        <w:t>ти чия дитина?&lt;br /&gt;</w:t>
        <w:br/>
        <w:t>— Я туманова доня,&lt;br /&gt;</w:t>
        <w:br/>
        <w:t>в мене срібна корона.</w:t>
      </w:r>
    </w:p>
    <w:p>
      <w:r>
        <w:br/>
        <w:t>ТУМАН</w:t>
      </w:r>
    </w:p>
    <w:p>
      <w:r>
        <w:br/>
        <w:t>"Огірочкам росу&lt;br /&gt;</w:t>
        <w:br/>
        <w:t>я іздалеку несу,&lt;br /&gt;</w:t>
        <w:br/>
        <w:t>ще й води цілий жбан",-&lt;br /&gt;</w:t>
        <w:br/>
        <w:t>похвалявся туман.</w:t>
      </w:r>
    </w:p>
    <w:p>
      <w:r>
        <w:br/>
        <w:t>Не хвалися, тумане,&lt;br /&gt;</w:t>
        <w:br/>
        <w:t>щоб не вітер з дощем,&lt;br /&gt;</w:t>
        <w:br/>
        <w:t>спав би довго ти ще.</w:t>
      </w:r>
    </w:p>
    <w:p>
      <w:r>
        <w:br/>
        <w:t>ЩАВЕЛЬ Я, ЩАВЛИК</w:t>
      </w:r>
    </w:p>
    <w:p>
      <w:r>
        <w:br/>
        <w:t>Щавель я, щавлик,&lt;br /&gt;</w:t>
        <w:br/>
        <w:t>не любить мене ні кузька, ні равлик.&lt;br /&gt;</w:t>
        <w:br/>
        <w:t>Поливає мене дощик,&lt;br /&gt;</w:t>
        <w:br/>
        <w:t>а їсть мене борщик.</w:t>
      </w:r>
    </w:p>
    <w:p>
      <w:r>
        <w:br/>
        <w:t>ДЯТЕЛ</w:t>
      </w:r>
    </w:p>
    <w:p>
      <w:r>
        <w:br/>
        <w:t>Дятел на старій груші&lt;br /&gt;</w:t>
        <w:br/>
        <w:t>у червонястій шаіючці&lt;br /&gt;</w:t>
        <w:br/>
        <w:t>з маленькою паличкою&lt;br /&gt;</w:t>
        <w:br/>
        <w:t>стукає та й стукає.</w:t>
      </w:r>
    </w:p>
    <w:p>
      <w:r>
        <w:br/>
        <w:t>БІЛА ВОДА</w:t>
      </w:r>
    </w:p>
    <w:p>
      <w:r>
        <w:br/>
        <w:t>В річці вода біла,&lt;br /&gt;</w:t>
        <w:br/>
        <w:t>може, через те, що швидко бігла.&lt;br /&gt;</w:t>
        <w:br/>
        <w:t>Біжить біла вода-&lt;br /&gt;</w:t>
        <w:br/>
        <w:t>Біла, бо на камені дівчата миють білі ноги.&lt;br /&gt;</w:t>
        <w:br/>
        <w:t>Бо квіти білі пливуть,&lt;br /&gt;</w:t>
        <w:br/>
        <w:t>а за ними білі качки;&lt;br /&gt;</w:t>
        <w:br/>
        <w:t>і ходить берегом хлопчик,&lt;br /&gt;</w:t>
        <w:br/>
        <w:t>і носить відерце,&lt;br /&gt;</w:t>
        <w:br/>
        <w:t>а замість рибинок у тому відерці&lt;br /&gt;</w:t>
        <w:br/>
        <w:t>білі камінчики.&lt;br /&gt;</w:t>
        <w:br/>
        <w:t>— Що ти носиш? — питає мати.&lt;br /&gt;</w:t>
        <w:br/>
        <w:t>— Білу воду,— сміється білозубий хлопчик.</w:t>
      </w:r>
    </w:p>
    <w:p>
      <w:r>
        <w:br/>
        <w:t>ХАТКА РАВЛИКА</w:t>
      </w:r>
    </w:p>
    <w:p>
      <w:r>
        <w:br/>
        <w:t>Що равлик малий — то це всі знають.&lt;br /&gt;</w:t>
        <w:br/>
        <w:t>Але і в нього є своя гора.&lt;br /&gt;</w:t>
        <w:br/>
        <w:t>Біли гори дерево, а на вершині гори&lt;br /&gt;</w:t>
        <w:br/>
        <w:t>біла хатка.&lt;br /&gt;</w:t>
        <w:br/>
        <w:t>Іде куди равлик, то з собою її бере.&lt;br /&gt;</w:t>
        <w:br/>
        <w:t>З гори в долину, з долини на гору.&lt;br /&gt;</w:t>
        <w:br/>
        <w:t>Там, де спинився, там і гора.&lt;br /&gt;</w:t>
        <w:br/>
        <w:t>Біля гори дерево, а на горі&lt;br /&gt;</w:t>
        <w:br/>
        <w:t>біла хатка равлика.</w:t>
      </w:r>
    </w:p>
    <w:p>
      <w:r>
        <w:br/>
        <w:t>ВИЙШОВ ІЗ ЛІСУ ЛИС</w:t>
      </w:r>
    </w:p>
    <w:p>
      <w:r>
        <w:br/>
        <w:t>Поле туман покриває,&lt;br /&gt;</w:t>
        <w:br/>
        <w:t>зайчика присипляє.&lt;br /&gt;</w:t>
        <w:br/>
        <w:t>Вийшов із лісу лис:&lt;br /&gt;</w:t>
        <w:br/>
        <w:t>— Зайчику, озовись!&lt;br /&gt;</w:t>
        <w:br/>
        <w:t>Ой, не біжи, зачекай,&lt;br /&gt;</w:t>
        <w:br/>
        <w:t>капустяних листків пошукай-&lt;br /&gt;</w:t>
        <w:br/>
        <w:t>Капустяних листків у полі доволі,&lt;br /&gt;</w:t>
        <w:br/>
        <w:t>ще й смачні хрумкі корінці,&lt;br /&gt;</w:t>
        <w:br/>
        <w:t>ще й невдахи мисливці-ловці.</w:t>
      </w:r>
    </w:p>
    <w:p>
      <w:r>
        <w:br/>
        <w:t>ГРИБ І ГРИБІВ ГРИБ</w:t>
      </w:r>
    </w:p>
    <w:p>
      <w:r>
        <w:br/>
        <w:t>Після теплих рясних дощів&lt;br /&gt;</w:t>
        <w:br/>
        <w:t>поряд з великим грибом зіп'явся маленький гриб.&lt;br /&gt;</w:t>
        <w:br/>
        <w:t>Назвали його — Грибів гриб.&lt;br /&gt;</w:t>
        <w:br/>
        <w:t>Грибів гриб ховався за листям.&lt;br /&gt;</w:t>
        <w:br/>
        <w:t>лякався черв'ячків і жучків,&lt;br /&gt;</w:t>
        <w:br/>
        <w:t>а особливо боявся білочки,&lt;br /&gt;</w:t>
        <w:br/>
        <w:t>яка вже прибігала одного разу&lt;br /&gt;</w:t>
        <w:br/>
        <w:t>і відгризла татові вуха.&lt;br /&gt;</w:t>
        <w:br/>
        <w:t>Якоїсь ночі Грибів гриб&lt;br /&gt;</w:t>
        <w:br/>
        <w:t>так багато напився води,&lt;br /&gt;</w:t>
        <w:br/>
        <w:t>що на ранок виріс більшим за тата.&lt;br /&gt;</w:t>
        <w:br/>
        <w:t>Ще здалеку угледіла його білочка,&lt;br /&gt;</w:t>
        <w:br/>
        <w:t>прискакала і відгризла йому вуха.&lt;br /&gt;</w:t>
        <w:br/>
        <w:t>Тепер стоять на узліссі двоє грибів без вух&lt;br /&gt;</w:t>
        <w:br/>
        <w:t>Гриб і Грибів гриб.</w:t>
      </w:r>
    </w:p>
    <w:p>
      <w:r>
        <w:br/>
        <w:t>ХАТА ВНОЧІ</w:t>
      </w:r>
    </w:p>
    <w:p>
      <w:r>
        <w:br/>
        <w:t>Хата настовбурчило вуха —&lt;br /&gt;</w:t>
        <w:br/>
        <w:t>квіти слухає.&lt;br /&gt;</w:t>
        <w:br/>
        <w:t>На ній метелики ночують,&lt;br /&gt;</w:t>
        <w:br/>
        <w:t>а цвіркуни їм спати не дають,&lt;br /&gt;</w:t>
        <w:br/>
        <w:t>На лаві глечики синіють,&lt;br /&gt;</w:t>
        <w:br/>
        <w:t>відро кахикас в кутку,&lt;br /&gt;</w:t>
        <w:br/>
        <w:t>хтось воду п'є,&lt;br /&gt;</w:t>
        <w:br/>
        <w:t>комусь не спиться.</w:t>
      </w:r>
    </w:p>
    <w:p>
      <w:r>
        <w:br/>
        <w:t>СОРОЧКА ДЖМЕЛЯ</w:t>
      </w:r>
    </w:p>
    <w:p>
      <w:r>
        <w:br/>
        <w:t>Пташки пролітали над полем&lt;br /&gt;</w:t>
        <w:br/>
        <w:t>і нехотячи збили джмеля.&lt;br /&gt;</w:t>
        <w:br/>
        <w:t>Падав джміль і загубив&lt;br /&gt;</w:t>
        <w:br/>
        <w:t>золотисту сорочку із чорною смужкою.&lt;br /&gt;</w:t>
        <w:br/>
        <w:t>Тепер сидять пташки у полі&lt;br /&gt;</w:t>
        <w:br/>
        <w:t>і, поки світить сонце,&lt;br /&gt;</w:t>
        <w:br/>
        <w:t>шиють джмелю сорочку&lt;br /&gt;</w:t>
        <w:br/>
        <w:t>золотими нитками,&lt;br /&gt;</w:t>
        <w:br/>
        <w:t>а як трохи стемніє,&lt;br /&gt;</w:t>
        <w:br/>
        <w:t>то вишиють на сорочці смужку&lt;br /&gt;</w:t>
        <w:br/>
        <w:t>темними нитками.</w:t>
      </w:r>
    </w:p>
    <w:p>
      <w:r>
        <w:br/>
        <w:t>МЕТЕЛИК</w:t>
      </w:r>
    </w:p>
    <w:p>
      <w:r>
        <w:br/>
        <w:t>Поміж дерев&lt;br /&gt;</w:t>
        <w:br/>
        <w:t>нічний метелик пролітає,&lt;br /&gt;</w:t>
        <w:br/>
        <w:t>шукає квітку,&lt;br /&gt;</w:t>
        <w:br/>
        <w:t>котра цвіте вночі.&lt;br /&gt;</w:t>
        <w:br/>
        <w:t>Може, та квітка з макове зерня,&lt;br /&gt;</w:t>
        <w:br/>
        <w:t>а може,— як далека зірка.&lt;br /&gt;</w:t>
        <w:br/>
        <w:t>Між іскор і зірок він наблукається,&lt;br /&gt;</w:t>
        <w:br/>
        <w:t>на теплу хату сяде і засне.</w:t>
      </w:r>
    </w:p>
    <w:p>
      <w:r>
        <w:br/>
        <w:t>КАРТИНА НА СКРИНІ</w:t>
      </w:r>
    </w:p>
    <w:p>
      <w:r>
        <w:br/>
        <w:t>Чарівна картина намальована на скрипі:&lt;br /&gt;</w:t>
        <w:br/>
        <w:t>скачуть коні по долині,&lt;br /&gt;</w:t>
        <w:br/>
        <w:t>а чи далеко — ніхто не знає.</w:t>
      </w:r>
    </w:p>
    <w:p>
      <w:r>
        <w:br/>
        <w:t>Трохи збоку річка тече,&lt;br /&gt;</w:t>
        <w:br/>
        <w:t>а чи далеко — ніхто не знає.</w:t>
      </w:r>
    </w:p>
    <w:p>
      <w:r>
        <w:br/>
        <w:t>А за річкою сонце червоне сідає,&lt;br /&gt;</w:t>
        <w:br/>
        <w:t>а в скині на самому дні&lt;br /&gt;</w:t>
        <w:br/>
        <w:t>коралове намисто лежить.</w:t>
      </w:r>
    </w:p>
    <w:p>
      <w:r>
        <w:br/>
        <w:t>КАЗАЛА ОЛЕНА</w:t>
      </w:r>
    </w:p>
    <w:p>
      <w:r>
        <w:br/>
        <w:t>Казала Олена —&lt;br /&gt;</w:t>
        <w:br/>
        <w:t>кропива зелена:&lt;br /&gt;</w:t>
        <w:br/>
        <w:t>"Ніч як сажа,&lt;br /&gt;</w:t>
        <w:br/>
        <w:t>болить голова..."&lt;br /&gt;</w:t>
        <w:br/>
        <w:t>— У кого?&lt;br /&gt;</w:t>
        <w:br/>
        <w:t>"У світлячка малого".&lt;br /&gt;</w:t>
        <w:br/>
        <w:t>— То ходім до нього.</w:t>
      </w:r>
    </w:p>
    <w:p>
      <w:r>
        <w:br/>
        <w:t>Темна хата на горбку.&lt;br /&gt;</w:t>
        <w:br/>
        <w:t>— Вечір добрий, світлячку!&lt;br /&gt;</w:t>
        <w:br/>
        <w:t>Чом не світиться у хаті,&lt;br /&gt;</w:t>
        <w:br/>
        <w:t>чи надумав рани гнатн?&lt;br /&gt;</w:t>
        <w:br/>
        <w:t>— Не світю, сови боюся,&lt;br /&gt;</w:t>
        <w:br/>
        <w:t>бо вона за мною стежить,&lt;br /&gt;</w:t>
        <w:br/>
        <w:t>треба бути обережнимм...</w:t>
      </w:r>
    </w:p>
    <w:p>
      <w:r>
        <w:br/>
        <w:t>ЗІРКА ІЗ КОРОНИ</w:t>
      </w:r>
    </w:p>
    <w:p>
      <w:r>
        <w:br/>
        <w:t>Загубив мухомор,&lt;br /&gt;</w:t>
        <w:br/>
        <w:t>мухомор червоний&lt;br /&gt;</w:t>
        <w:br/>
        <w:t>зірку-пелюстинку&lt;br /&gt;</w:t>
        <w:br/>
        <w:t>зі своєї корони.</w:t>
      </w:r>
    </w:p>
    <w:p>
      <w:r>
        <w:br/>
        <w:t>Ходе скрізь,&lt;br /&gt;</w:t>
        <w:br/>
        <w:t>придивляється.&lt;br /&gt;</w:t>
        <w:br/>
        <w:t>Коли це їжачок&lt;br /&gt;</w:t>
        <w:br/>
        <w:t>із гори спускається:</w:t>
      </w:r>
    </w:p>
    <w:p>
      <w:r>
        <w:br/>
        <w:t>— Здоров був,&lt;br /&gt;</w:t>
        <w:br/>
        <w:t>чи не ти&lt;br /&gt;</w:t>
        <w:br/>
        <w:t>білу зірку забув?</w:t>
      </w:r>
    </w:p>
    <w:p>
      <w:r>
        <w:br/>
        <w:t>— Ох, я вам дуже дякую! —&lt;br /&gt;</w:t>
        <w:br/>
        <w:t>мухомор зрадів,&lt;br /&gt;</w:t>
        <w:br/>
        <w:t>аж заплакав</w:t>
      </w:r>
    </w:p>
    <w:p>
      <w:r>
        <w:br/>
        <w:t>КОЛЬОРОВЕ ЛИСТЯ</w:t>
      </w:r>
    </w:p>
    <w:p>
      <w:r>
        <w:br/>
        <w:t>Ніч згубила чорне листя&lt;br /&gt;</w:t>
        <w:br/>
        <w:t>і ранком стала.&lt;br /&gt;</w:t>
        <w:br/>
        <w:t>Ранок згубив синє листя&lt;br /&gt;</w:t>
        <w:br/>
        <w:t>і днем став.&lt;br /&gt;</w:t>
        <w:br/>
        <w:t>День згубив зелене листя&lt;br /&gt;</w:t>
        <w:br/>
        <w:t>і вечором став.&lt;br /&gt;</w:t>
        <w:br/>
        <w:t>Вечір згубив червоне листя&lt;br /&gt;</w:t>
        <w:br/>
        <w:t>і ніччю став.</w:t>
      </w:r>
    </w:p>
    <w:p>
      <w:r>
        <w:br/>
        <w:t>ЗЕЛЕНІ ТРАВ'ЯНІ ЗАЙЧИКИ</w:t>
      </w:r>
    </w:p>
    <w:p>
      <w:r>
        <w:br/>
        <w:t>Зелені трав'яні зайчики живуть у стебельцях трави.&lt;br /&gt;</w:t>
        <w:br/>
        <w:t>Ні весною, ні літом не можна їх побачити,&lt;br /&gt;</w:t>
        <w:br/>
        <w:t>зате восени у сухій траві можна почути,</w:t>
      </w:r>
    </w:p>
    <w:p>
      <w:r>
        <w:br/>
        <w:t>як щось шелестить.&lt;br /&gt;</w:t>
        <w:br/>
        <w:t>То трав'яні зайчики метушаться,</w:t>
      </w:r>
    </w:p>
    <w:p>
      <w:r>
        <w:br/>
        <w:t>з коробочок зерна витрушують,&lt;br /&gt;</w:t>
        <w:br/>
        <w:t>щоб і наступної весни виросли в степу&lt;br /&gt;</w:t>
        <w:br/>
        <w:t>зелені трав'яні зайчики.</w:t>
      </w:r>
    </w:p>
    <w:p>
      <w:r>
        <w:br/>
        <w:t>ЗЕЛЕНА ЯГОДА</w:t>
      </w:r>
    </w:p>
    <w:p>
      <w:r>
        <w:br/>
        <w:t>На ягоду зелену&lt;br /&gt;</w:t>
        <w:br/>
        <w:t>садок нагримав.&lt;br /&gt;</w:t>
        <w:br/>
        <w:t>— А я не зелена,—&lt;br /&gt;</w:t>
        <w:br/>
        <w:t>ягода маленька зашарілася.&lt;br /&gt;</w:t>
        <w:br/>
        <w:t>Зашарілася і солодкою стала.</w:t>
      </w:r>
    </w:p>
    <w:p>
      <w:r>
        <w:br/>
        <w:t>ШИПШИНА</w:t>
      </w:r>
    </w:p>
    <w:p>
      <w:r>
        <w:br/>
        <w:t>Шипшина розчервонілася.&lt;br /&gt;</w:t>
        <w:br/>
        <w:t>Всі кущі дивлятся на неї&lt;br /&gt;</w:t>
        <w:br/>
        <w:t>і підпалюють своє листя,&lt;br /&gt;</w:t>
        <w:br/>
        <w:t>щоб так. були, як у шипшини.</w:t>
      </w:r>
    </w:p>
    <w:p>
      <w:r>
        <w:br/>
        <w:t>ХАТНІЙ ЗМІЙ</w:t>
      </w:r>
    </w:p>
    <w:p>
      <w:r>
        <w:br/>
        <w:t>Проснувся хатній змій.&lt;br /&gt;</w:t>
        <w:br/>
        <w:t>Бабуся годує його соломою.&lt;br /&gt;</w:t>
        <w:br/>
        <w:t>Кине жмут соломи,&lt;br /&gt;</w:t>
        <w:br/>
        <w:t>а змій розправить червоні вуса&lt;br /&gt;</w:t>
        <w:br/>
        <w:t>і їсть солому.&lt;br /&gt;</w:t>
        <w:br/>
        <w:t>Іноді як закашдяється,&lt;br /&gt;</w:t>
        <w:br/>
        <w:t>то й бабуся кашляє.&lt;br /&gt;</w:t>
        <w:br/>
        <w:t>А вночі змій вкривається сивою ковдрою&lt;br /&gt;</w:t>
        <w:br/>
        <w:t>і дихає з груби теплом на всю хату.</w:t>
      </w:r>
    </w:p>
    <w:p>
      <w:r>
        <w:br/>
        <w:t>СТО ДІБРОВ</w:t>
      </w:r>
    </w:p>
    <w:p>
      <w:r>
        <w:br/>
        <w:t>Жолудь-жолуденко&lt;br /&gt;</w:t>
        <w:br/>
        <w:t>з дуба впав.&lt;br /&gt;</w:t>
        <w:br/>
        <w:t>Де упав — дуб устав.&lt;br /&gt;</w:t>
        <w:br/>
        <w:t>А з того дуба — сто жолудів,&lt;br /&gt;</w:t>
        <w:br/>
        <w:t>а з тих жолудів — сто дубів,&lt;br /&gt;</w:t>
        <w:br/>
        <w:t>а з тих дубів — сто дібров.&lt;br /&gt;</w:t>
        <w:br/>
        <w:t>Жолудь-жолуденко,&lt;br /&gt;</w:t>
        <w:br/>
        <w:t>будь здоров!</w:t>
      </w:r>
    </w:p>
    <w:p>
      <w:r>
        <w:br/>
        <w:t>ПРОЗОРІ ДЕРЕВА</w:t>
      </w:r>
    </w:p>
    <w:p>
      <w:r>
        <w:br/>
        <w:t>Холод позалягав, побілів, посклився.&lt;br /&gt;</w:t>
        <w:br/>
        <w:t>Дерева повідчинялися&lt;br /&gt;</w:t>
        <w:br/>
        <w:t>і столи прозорими,&lt;br /&gt;</w:t>
        <w:br/>
        <w:t>Назбирала діброва&lt;br /&gt;</w:t>
        <w:br/>
        <w:t>осіннього жару,&lt;br /&gt;</w:t>
        <w:br/>
        <w:t>щоб не холодно жолудям було.</w:t>
      </w:r>
    </w:p>
    <w:p>
      <w:r>
        <w:br/>
        <w:t>ЇЖАК</w:t>
      </w:r>
    </w:p>
    <w:p>
      <w:r>
        <w:br/>
        <w:t>їжак у кущі шарудить,&lt;br /&gt;</w:t>
        <w:br/>
        <w:t>а кущ і собі шарудить,&lt;br /&gt;</w:t>
        <w:br/>
        <w:t>а дощ шарудіння збира,&lt;br /&gt;</w:t>
        <w:br/>
        <w:t>а вам діти, спати пора.</w:t>
      </w:r>
    </w:p>
    <w:p>
      <w:r>
        <w:br/>
        <w:t>КЛЕНОВЕ ДИТЯТКО</w:t>
      </w:r>
    </w:p>
    <w:p>
      <w:r>
        <w:br/>
        <w:t>Листя-жовтятко,&lt;br /&gt;</w:t>
        <w:br/>
        <w:t>кленове дитятко,&lt;br /&gt;</w:t>
        <w:br/>
        <w:t>летить собі за вітрим,&lt;br /&gt;</w:t>
        <w:br/>
        <w:t>не знає, де сісти.</w:t>
      </w:r>
    </w:p>
    <w:p>
      <w:r>
        <w:br/>
        <w:t>— Сідай за горою,&lt;br /&gt;</w:t>
        <w:br/>
        <w:t>де сонце сідає.&lt;br /&gt;</w:t>
        <w:br/>
        <w:t>За горою кам'янок,&lt;br /&gt;</w:t>
        <w:br/>
        <w:t>за синім Дунаєм.</w:t>
      </w:r>
    </w:p>
    <w:p>
      <w:r>
        <w:br/>
        <w:t>СКОРО СНІГ</w:t>
      </w:r>
    </w:p>
    <w:p>
      <w:r>
        <w:br/>
        <w:t>"Скоро сніг, скоро сніг",—&lt;br /&gt;</w:t>
        <w:br/>
        <w:t>у дзвіночки синиці дзвонять.&lt;br /&gt;</w:t>
        <w:br/>
        <w:t>А грибам ще не хочеться снігу,&lt;br /&gt;</w:t>
        <w:br/>
        <w:t>та що поробиш, у вербове дупло&lt;br /&gt;</w:t>
        <w:br/>
        <w:t>перебиратися треба.</w:t>
      </w:r>
    </w:p>
    <w:p>
      <w:r>
        <w:br/>
        <w:t>"Тут і так тісно",— слимаки обзиваються.&lt;br /&gt;</w:t>
        <w:br/>
        <w:t>Але посунулись І світлячка&lt;br /&gt;</w:t>
        <w:br/>
        <w:t>на середину стелі примостили.</w:t>
      </w:r>
    </w:p>
    <w:p>
      <w:r>
        <w:br/>
        <w:t>СІЧЕНЬ</w:t>
      </w:r>
    </w:p>
    <w:p>
      <w:r>
        <w:br/>
        <w:t>Січень-сікач&lt;br /&gt;</w:t>
        <w:br/>
        <w:t>би багато насік.&lt;br /&gt;</w:t>
        <w:br/>
        <w:t>Насік з морозу гілок,&lt;br /&gt;</w:t>
        <w:br/>
        <w:t>та запріг снігура у візок,&lt;br /&gt;</w:t>
        <w:br/>
        <w:t>та привіз до Вітра-брата,&lt;br /&gt;</w:t>
        <w:br/>
        <w:t>поскладав у холодній хаті.&lt;br /&gt;</w:t>
        <w:br/>
        <w:t>До весни іще довго жити,&lt;br /&gt;</w:t>
        <w:br/>
        <w:t>буде чим у печі топити.</w:t>
      </w:r>
    </w:p>
    <w:p>
      <w:r>
        <w:br/>
        <w:t>КРИНИЧКА</w:t>
      </w:r>
    </w:p>
    <w:p>
      <w:r>
        <w:br/>
        <w:t>Однієї ночі,&lt;br /&gt;</w:t>
        <w:br/>
        <w:t>коли я міцно спав,&lt;br /&gt;</w:t>
        <w:br/>
        <w:t>усе довкола забіліло.&lt;br /&gt;</w:t>
        <w:br/>
        <w:t>На ранок — сніг і сніг,&lt;br /&gt;</w:t>
        <w:br/>
        <w:t>тільки криничка чорна.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трав'яні зайчики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