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Зелена гілка</w:t>
      </w:r>
    </w:p>
    <w:p>
      <w:r>
        <w:br/>
        <w:t xml:space="preserve"> &lt;p&gt;Вся справа в оцій гілці тополі з широким зеленим листям. Вона лізла просто в вікно, і, глянувши на неї, Юрко враз забував, що він сидить у класі. Перед очима з'являлася річка з теплою, тихою водою, очерет з того боку берега і круча — з цього.</w:t>
      </w:r>
    </w:p>
    <w:p>
      <w:r>
        <w:br/>
        <w:t>Річка поставала в уяві так яскраво, що Юрко навіть поворушив великим пальцем ноги, ніби намацуючи раків, що живуть у норах під водою і яких він так любить ловити.</w:t>
      </w:r>
    </w:p>
    <w:p>
      <w:r>
        <w:br/>
        <w:t>І саме в цю мить, коли він весь полинув у думки про раків, пролупав голос викладача:</w:t>
      </w:r>
    </w:p>
    <w:p>
      <w:r>
        <w:br/>
        <w:t>— Суворовець Берестовий Юрій!</w:t>
      </w:r>
    </w:p>
    <w:p>
      <w:r>
        <w:br/>
        <w:t>Юрко здригнувся від несподіваного оклику. Вій рвучко встав, зробив правою ногою крок з-за парти вбік, приставив, клацнувши закаблуком, ліву ногу і завмер струнко.</w:t>
      </w:r>
    </w:p>
    <w:p>
      <w:r>
        <w:br/>
        <w:t>— Відповідайте на запитання,— сказав викладач, допитливо позираючи на хлопця.</w:t>
      </w:r>
    </w:p>
    <w:p>
      <w:r>
        <w:br/>
        <w:t>Біля класної дошки стояв Саня Чуб і, зосереджено зморщивши лоба, дивився на географічну карту кудись на північ Сибіру, в район мису Челюскіна. Запитання викладача стосувалося, мабуть, північного узбережжя.</w:t>
      </w:r>
    </w:p>
    <w:p>
      <w:r>
        <w:br/>
        <w:t>— Чого ж ви мовчите? Ви чули запитання?</w:t>
      </w:r>
    </w:p>
    <w:p>
      <w:r>
        <w:br/>
        <w:t>Юрко почервонів.</w:t>
      </w:r>
    </w:p>
    <w:p>
      <w:r>
        <w:br/>
        <w:t>— Чув,— сказав він в надії, що викладач поставить якесь навідне питання. Але той і не думав допомагати суворовцю.</w:t>
      </w:r>
    </w:p>
    <w:p>
      <w:r>
        <w:br/>
        <w:t>Весь клас в напруженій мовчанці стежив очима за відмінником по географії Юрієм Берестовим.</w:t>
      </w:r>
    </w:p>
    <w:p>
      <w:r>
        <w:br/>
        <w:t>Юрко набрав у груди повітря, прослідкував ще раз за поглядом Сані Чуба, спрямованим на Таймирський півострів, і навгад випалив:</w:t>
      </w:r>
    </w:p>
    <w:p>
      <w:r>
        <w:br/>
        <w:t>— Мис Челюскін.</w:t>
      </w:r>
    </w:p>
    <w:p>
      <w:r>
        <w:br/>
        <w:t>Клас вибухнув реготом.</w:t>
      </w:r>
    </w:p>
    <w:p>
      <w:r>
        <w:br/>
        <w:t>Навіть Саня Чуб, хвилину тому такий засмучений, тепер сміявся — аж виступили сльози з очей.</w:t>
      </w:r>
    </w:p>
    <w:p>
      <w:r>
        <w:br/>
        <w:t>— Бія і Катунь,— сказав викладач, коли регіт вщух.— Бія і Катунь утворюють ріку Об. Сором, суворовець Берестовий Юрій! Сором сидіти в класі і не слухати.</w:t>
      </w:r>
    </w:p>
    <w:p>
      <w:r>
        <w:br/>
        <w:t>Суворовці, які вже перестали сміятися, тепер серйозно дивилися на свого розгубленого товариша.</w:t>
      </w:r>
    </w:p>
    <w:p>
      <w:r>
        <w:br/>
        <w:t>— Суворовець Берестовий Юрій,— продовжував викладач,— ви майбутній офіцер. Про це ви ніколи не повинні забувати! Подумайте, чи гідна офіцера ваша поведінка? Ви, по-перше, були неуважні до своєї основної роботи — до навчання. Офіцер без серйозних знань — не офіцер. По-друге, ви сказали неправду, ніби чули моє запитання. Зрозумійте тільки! Офіцер — зразок для всіх, і... сказати неправду! По-третє, ви самі себе поставили в смішне становище. Ви сунулися в воду, не спитавши броду. Так?</w:t>
      </w:r>
    </w:p>
    <w:p>
      <w:r>
        <w:br/>
        <w:t>Викладач зробив паузу і замислився. Юрко, червоний як варений рак, стояв, чекаючи продовження розмови.</w:t>
      </w:r>
    </w:p>
    <w:p>
      <w:r>
        <w:br/>
        <w:t>— Гадаю, ви самі зрозумієте усю неприпустимість вашої сьогоднішньої поведінки. Я не розкажу про цей випадок вашому офіцеру-вихователю тільки тому, що надіюся на вас, як на серйозного хлопця, який сам усвідомить свою помилку.</w:t>
      </w:r>
    </w:p>
    <w:p>
      <w:r>
        <w:br/>
        <w:t>Викладач був цілком правий. Але Юрко не міг же йому пояснити, що виною всьому ота зелена гілка, і стояв розгублений і знищений.</w:t>
      </w:r>
    </w:p>
    <w:p>
      <w:r>
        <w:br/>
        <w:t>— Сідайте, суворовець Берестовий Юрій.</w:t>
      </w:r>
    </w:p>
    <w:p>
      <w:r>
        <w:br/>
        <w:t>Хлопець зробив крок лівою ногою до парти, клацнув закаблуком правої і сів. До кінця уроку він ні разу не глянув у вікно, і як тільки викладач задавав питання, щоразу підводив руку. Але у викладачів дивна звичка: вони майже ніколи не питають тих, хто вивчив урок і уважний в класі. А варто хлопцеві тільки на хвилину замислитися і подумати, чи водяться раки, навіть не в нашій маленькій річці, а в тій же Бії чи Катуні, про яку йде мова на уроці, так відразу і чуєш своє прізвище.</w:t>
      </w:r>
    </w:p>
    <w:p>
      <w:r>
        <w:br/>
        <w:t>На першому поверсі пролунав сигнал трубача, і довгі високі коридори училища наповнилися шумною юрбою хлопчаків з молодших рот та поважними постатями юнаків з першої і другої роти. Три уроки скінчилися, і зараз мав бути другий сніданок. Лунали голоси сержантів:</w:t>
      </w:r>
    </w:p>
    <w:p>
      <w:r>
        <w:br/>
        <w:t>— П'ята рота, на сніданок лаштуйся!</w:t>
      </w:r>
    </w:p>
    <w:p>
      <w:r>
        <w:br/>
        <w:t>— Третя рота, лаштуйся!</w:t>
      </w:r>
    </w:p>
    <w:p>
      <w:r>
        <w:br/>
        <w:t>— Четверта рота, струнко!</w:t>
      </w:r>
    </w:p>
    <w:p>
      <w:r>
        <w:br/>
        <w:t>— Рівняйсь! Струнко!</w:t>
      </w:r>
    </w:p>
    <w:p>
      <w:r>
        <w:br/>
        <w:t>За якусь хвилину замість метушливої юрби по довгих коридорах стояли вишикувані в два ряди суворовці, а ще через хвилину пролунав карбований крок сотень ніг.</w:t>
      </w:r>
    </w:p>
    <w:p>
      <w:r>
        <w:br/>
        <w:t>Після другого сніданку — ціла година перерви. Юрко охоче проміняв би сніданок на прогулянку до річки. Але нічого не поробиш, спочатку треба поснідати, а потім уже їхнє відділення шеренгою вийде з училища і на березі річки розсиплеться веселою юрбою. Він, звичайно, ловитиме раків. Ловитиме, не вилазячи з води, аж поки не пролунає команда "лаштуйсь!".</w:t>
      </w:r>
    </w:p>
    <w:p>
      <w:r>
        <w:br/>
        <w:t>На прогулянці він сам скаже офіцеру-вихователю про все, що трапилося на уроці географії. Майор Антонов, якого в перерві між уроками і взагалі у вільний час можна називати просто Іваном Петровичем, зрозуміє суворовця Берестового. Юрко знав це напевно. Коли хлопець усвідомлює свою провину, офіцер-вихователь ніколи не провадитиме з ним довгих неприємних розмов, які так нудно слухати.</w:t>
      </w:r>
    </w:p>
    <w:p>
      <w:r>
        <w:br/>
        <w:t>В їдальні класне відділення маііора Антонова спинилося біля свого столу. Білий хліб, свіже масло і гарячий кофе, звичайно, душе апетитні, але не треба гаяти багато часу на сніданок. Юркові здавалося, що майор страшенно зволікає з дозволом сісти до столу. Нарешті команда подана. Хлопчик сів і зразу ж простяг руку до тарілки з хлібом.</w:t>
      </w:r>
    </w:p>
    <w:p>
      <w:r>
        <w:br/>
        <w:t>— Що з вами, суворовець Берестовий Юрій? — здивовано спитав майор.</w:t>
      </w:r>
    </w:p>
    <w:p>
      <w:r>
        <w:br/>
        <w:t>Юрко відсмикнув руку, витяг з кільця серветку, звичним рухом заправив її за комір і почав сніданок.</w:t>
      </w:r>
    </w:p>
    <w:p>
      <w:r>
        <w:br/>
        <w:t>Скінчивши їсти, він старанно зібгав серветку, засунув її в кільце і, поглядаючи, як Саня Чуб повільно п'є кофе, нетерпляче засовався на місці.</w:t>
      </w:r>
    </w:p>
    <w:p>
      <w:r>
        <w:br/>
        <w:t>— Суворовці,— промовив майор,— сьогодні у нас прогулянки до річки не буде.</w:t>
      </w:r>
    </w:p>
    <w:p>
      <w:r>
        <w:br/>
        <w:t>— Мм... — розчаровано мукнув Юрко.— Чому?</w:t>
      </w:r>
    </w:p>
    <w:p>
      <w:r>
        <w:br/>
        <w:t>Майор не зробив йому ніякого зауваження, але Юркові було досить і того погляду, який кинув на нього офіцер-вихователь:</w:t>
      </w:r>
    </w:p>
    <w:p>
      <w:r>
        <w:br/>
        <w:t>— Сьогодні ми почистимо ґудзики у себе на мундирах і попідшиваємо свіжі комірці. А після обіду аж на три години підемо до річки.</w:t>
      </w:r>
    </w:p>
    <w:p>
      <w:r>
        <w:br/>
        <w:t>— Чудово! — вигукнув Ігор Бродов.— А після того як почистимо ґудзики, пограємо в футбола у дворі училища.</w:t>
      </w:r>
    </w:p>
    <w:p>
      <w:r>
        <w:br/>
        <w:t>— Безперечно,— згодився Іван Петрович.</w:t>
      </w:r>
    </w:p>
    <w:p>
      <w:r>
        <w:br/>
        <w:t>Юрко не бачив у всьому цьому нічого чудового. Футбол! Хіба можна рівняти футбол до ловіння раків? Після обіду! А може, після обіду почнеться вітер і річка неприємно посиніє і стане непривітною, холодною. Яка охота тоді купатися? А зараз в очереті пронизливо кричить водяний птах і вода тепла-тепла... А коли ступиш босою ногою на землю, як приємно лоскоче трава підошву ступні...</w:t>
      </w:r>
    </w:p>
    <w:p>
      <w:r>
        <w:br/>
        <w:t>В класі відчинено вікна, повітря посвіжішало, і тополя стала зовсім неможливою. Вона простягала своє гілля аж у вікно, а листя видавало той міцний і неповторний запах, як це буває тільки у велику спеку.</w:t>
      </w:r>
    </w:p>
    <w:p>
      <w:r>
        <w:br/>
        <w:t>Юрко не витримав. Він поклав під парту крейду для чистки ґудзиків і озирнувся. Іван Петрович сидів біля свого столика в кутку класу, заглибившись в зошит з якимись записами.</w:t>
      </w:r>
    </w:p>
    <w:p>
      <w:r>
        <w:br/>
        <w:t>"Не помітить",— подумав Юрко і потихеньку вислизнув з класу.</w:t>
      </w:r>
    </w:p>
    <w:p>
      <w:r>
        <w:br/>
        <w:t>Швидко взявши картуз, він збіг по сходах униз і вийшов на вулицю. За п'ятдесят хвилин він встигне покупатися, половити раків і повернутися в училище до початку четвертого уроку. А ґудзики він почистить увечері, перед тим як лягати спати.</w:t>
      </w:r>
    </w:p>
    <w:p>
      <w:r>
        <w:br/>
        <w:t>Швидко пройшов він один квартал, тепер повернути праворуч, пройти ще квартал, і можна спускатися до річки. Він висунувся за ріг і раптом притишив ходу: спереду повільно йшов офіцер. Офіцер був незнайомий, але він має право поцікавитися, куди йде суворовець і чи має він записку про звільнення. До того ж не можна опережати старших, не спитавшись у них на це дозволу. А офіцер ішов так помалу, паче навмисне.</w:t>
      </w:r>
    </w:p>
    <w:p>
      <w:r>
        <w:br/>
        <w:t>Що робити? Повернути назад? Це було б найкраще: на серці так чогось неприємно шкребе... Але річка була вже зовсім близько. Він встигне повернутися... Юрко обсмикнув гімнастьорку і рішуче прискорив крок.</w:t>
      </w:r>
    </w:p>
    <w:p>
      <w:r>
        <w:br/>
        <w:t>— Товаришу старший лейтенант, дозвольте пройти вперед,— з внутрішнім тремтінням сказав Юрко, наздогнавши офіцера.</w:t>
      </w:r>
    </w:p>
    <w:p>
      <w:r>
        <w:br/>
        <w:t>Той, зайнятий своїми думками, замислено кивнув головою.</w:t>
      </w:r>
    </w:p>
    <w:p>
      <w:r>
        <w:br/>
        <w:t>Схвильований, боячись, що офіцер роздумає й спинить його, хлопець швидко проминув останні будинки. Внизу з заростей виблискувала річка. Тепер уже нічого не страшно. На ходу розстібаючи сорочку, Юрко знайомою стежкою пройшов через лісок і опинився на березі.</w:t>
      </w:r>
    </w:p>
    <w:p>
      <w:r>
        <w:br/>
        <w:t>Через хвилину він уже був у воді і, схопившись рукою за кущ лози, намацував ногою нори. Але дивна річ. Тепер, коли його бажання було здійснено, він не відчував ніякої насолоди. Він витяг рака, великого, з товстими клешнями, але і це не викликало ніякої радості. Шукаючи ногою рачачі нори, він думав про товаришів, котрі зараз чистять ґудзики, і на серці стало враз так неспокійно.</w:t>
      </w:r>
    </w:p>
    <w:p>
      <w:r>
        <w:br/>
        <w:t>Пронизливий крик водяного птаха, що сховався десь в очереті, тільки посилював цей тривожний, непевний настрій.</w:t>
      </w:r>
    </w:p>
    <w:p>
      <w:r>
        <w:br/>
        <w:t>Ні, негаразд він зробив. Навіщо йому це купання? Невже не можна було почекати до кінця уроків і піти на річку з усім класом?</w:t>
      </w:r>
    </w:p>
    <w:p>
      <w:r>
        <w:br/>
        <w:t>Вода в річці здалася холодною, ловіння раків — зовсім нецікавою вправою.</w:t>
      </w:r>
    </w:p>
    <w:p>
      <w:r>
        <w:br/>
        <w:t>Годі! Треба швидше виправити свою помилку. Швидше повернутися назад!</w:t>
      </w:r>
    </w:p>
    <w:p>
      <w:r>
        <w:br/>
        <w:t>Юрко випустив гілку, за яку тримався. Лозина цьвохнула і, зачепивши хлопця по голові, збила з нього картуз, що, вмить підхоплений течією, поплив на середину річки. Юрко кинувся за ним уплав і, вхопивши картуза рукою, повернув назад, з кожним змахом руки занурюючи його глибоко під воду.</w:t>
      </w:r>
    </w:p>
    <w:p>
      <w:r>
        <w:br/>
        <w:t>Тільки на березі він помітив свою необачність. В якому стані був картуз! Треба було зразу, як він спіймав його, надіти на голову, а тоді вже пливти.</w:t>
      </w:r>
    </w:p>
    <w:p>
      <w:r>
        <w:br/>
        <w:t>Як тепер він піде? Суворовець у мокрому, пом'ятому картузі не має права показатися на вулиці.</w:t>
      </w:r>
    </w:p>
    <w:p>
      <w:r>
        <w:br/>
        <w:t>Хлопець вирішив викрутити картуза, від чого той зовсім втратив форму. Хвилюючись, гарячковими рухами він розправив його і повісив на гілку сушитися.</w:t>
      </w:r>
    </w:p>
    <w:p>
      <w:r>
        <w:br/>
        <w:t>Оце так! Тепер він може спізнитися і на урок! Спізнитися на урок! За два роки свого перебування в училищі він пам'ятав тільки один випадок, коли хтось з суворовців спізнився на кілька хвилин на заняття. За це він дістав найсуворіше стягнення.</w:t>
      </w:r>
    </w:p>
    <w:p>
      <w:r>
        <w:br/>
        <w:t>Коли висохне цей клятий картуз? Може, доведеться спізнитися і йому, та не на одну-дві хвилини, а може, на цілих десять або й двадцять? Юрко доторкнувся до матерії. Вона була зовсім мокра.</w:t>
      </w:r>
    </w:p>
    <w:p>
      <w:r>
        <w:br/>
        <w:t>Наряд поза чергою! Який сором! Про це буде оголошено перед ротою, а може, і перед усім училищем. А що, коли зріжуть погони? Що тоді? Ходити без погонів і зустрічати презирливі, холодні погляди усіх. Кожен суворовець намагатиметься обходити його стороною.</w:t>
      </w:r>
    </w:p>
    <w:p>
      <w:r>
        <w:br/>
        <w:t>А Іван Петрович? Він тепер не візьме його під руку і не ніде з ним після занять по довгому коридорові, розпитуючи про Юркові справи і розповідаючи про свої пригоди на війні. Іван Петрович не назве тепер його Юрчиком, не погладить по голові, як то бувало раніш. Навіть під час ігор Іван Петрович звертатиметься до нього: "Суворовець Берестовий Юрій".</w:t>
      </w:r>
    </w:p>
    <w:p>
      <w:r>
        <w:br/>
        <w:t>В розпачі Юрко схопив рака і пошпурив його в річку.</w:t>
      </w:r>
    </w:p>
    <w:p>
      <w:r>
        <w:br/>
        <w:t>Іван Петрович може написати листа Юрковій матері. А тоді мати надішле Юркові листа, повного докорів. Мама писатиме, що держава робить для нього все, щоб його, сироту, вивести в люди. Вона нагадає йому про його батька, який загинув на фронті як герой...</w:t>
      </w:r>
    </w:p>
    <w:p>
      <w:r>
        <w:br/>
        <w:t>Хлопчик озирнув зелень прибережного лісу. Зелене листя було зовсім звичайне, аж ніяк не схоже на листя тієї тополі, що росте біля вікна класу.</w:t>
      </w:r>
    </w:p>
    <w:p>
      <w:r>
        <w:br/>
        <w:t>— Навіщо я все це зробив? — спитав він сам себе.</w:t>
      </w:r>
    </w:p>
    <w:p>
      <w:r>
        <w:br/>
        <w:t>Картуз протряхав дуже помалу. Нервуючись, Юрко встав пошукати кращого місця для сушіння. Трава не лоскотала босої ноги, а неприємно колола. Все було не так, як учора і позавчора, коли тут лунав радісний гамір учнів класного відділення майора Антонова.</w:t>
      </w:r>
    </w:p>
    <w:p>
      <w:r>
        <w:br/>
        <w:t>"Наряд поза чергою!" — знову майнуло в думці. Наряд не страшний! Винуватий, то терпи! Але погляд Івана Петровича... Коли б офіцер-вихователь кричав, загрожував, тоді можна було б особливо не переживати. Ні, він сумно подивиться і скаже: я не сподівався від вас, суворовець Берестовий Юрій. Не Юрчик, а суворовець Берестовий Юрій. А ще вчора Іван Петрович оголосив при всьому відділенні подяку Юркові за гарні малюнки до літературного журналу, що його видають в училищі. Місяць тому Юрко заявив, що хоче вчитися грати на роялі, і Іван Петрович відразу ж прикріпив до нього вчителя музики. Зовсім недавно сам генерал, начальник училища, потиснув йому руку за вправну їзду верхи. Вчителька танців завжди ставила Юрка за зразок для інших. В щотижневій радіогазеті училища Юрка не раз відзначали як зразкового суворовця. Всі люблять його в училищі, піклуються про нього, а він...</w:t>
      </w:r>
    </w:p>
    <w:p>
      <w:r>
        <w:br/>
        <w:t>Ні, треба негайно бігти звідси і розповісти Івану Петровичу про все, про все... Хай зріжуть погони, але невдячним він не буде. Він заслужив кару і мужньо її перенесе, якою б важкою вона не була.</w:t>
      </w:r>
    </w:p>
    <w:p>
      <w:r>
        <w:br/>
        <w:t>Юрко одягся, розправив, як зумів, свій картуз і бігом кинувся від річки. Не звертаючи уваги на прохожих, він швидко пройшов дві вулиці і вскочив до під'їзду училища. З двору пролунав радісний вигук Ігоря Бродова:</w:t>
      </w:r>
    </w:p>
    <w:p>
      <w:r>
        <w:br/>
        <w:t>— Гол! Гол!</w:t>
      </w:r>
    </w:p>
    <w:p>
      <w:r>
        <w:br/>
        <w:t>"Їм гарно",— промайнуло в думці у Юри, і він ввійшов у двір.</w:t>
      </w:r>
    </w:p>
    <w:p>
      <w:r>
        <w:br/>
        <w:t>Іван Петрович стояв у холодку коло стіни і аплодував переможцям, захоплений грою не менше своїх вихованців.</w:t>
      </w:r>
    </w:p>
    <w:p>
      <w:r>
        <w:br/>
        <w:t>Юрко рішучим кроком попрямував до офіцера-вихователя і, взявши під козирок, сказав:</w:t>
      </w:r>
    </w:p>
    <w:p>
      <w:r>
        <w:br/>
        <w:t>— Товаришу майор, дозвольте звернутися.</w:t>
      </w:r>
    </w:p>
    <w:p>
      <w:r>
        <w:br/>
        <w:t>Іван Петрович глянув на бліде, незвичайно стривожене обличчя суворовця і злякано промовив:</w:t>
      </w:r>
    </w:p>
    <w:p>
      <w:r>
        <w:br/>
        <w:t>— Що сталося, мій хлопчику?</w:t>
      </w:r>
    </w:p>
    <w:p>
      <w:r>
        <w:br/>
        <w:t>Юркові губи затремтіли. Щось гаряче підкотилося до горла. Так хотілося замість відповіді ткнутися головою в рукав офіцера-вихователя і... заплакати. Але хлопчик взяв себе в руки і трохи хрипким, але твердим голосом розповів про свою провину.</w:t>
      </w:r>
    </w:p>
    <w:p>
      <w:r>
        <w:br/>
        <w:t>...Увечері суворовці сиділи в класі і готували уроки на завтра. Хто вирішував задачі, хто розглядав географічну карту або виписував на класній дошці англійські слова. Юрко вчив урок, і на серці в нього було легко, гарно і радісно.</w:t>
      </w:r>
    </w:p>
    <w:p>
      <w:r>
        <w:br/>
        <w:t>А тополя зазирала в вікно і в електричному світлі була фантастично прекрасна, наче з кольорового кінофільму. Але тепер вона не заважала Юркові працювати, а, здається, допомагала...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Зелена гілка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