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Здоровим будь!</w:t>
      </w:r>
    </w:p>
    <w:p>
      <w:r>
        <w:br/>
        <w:t xml:space="preserve"> Вийшла курочка на грядку,&lt;br /&gt;</w:t>
        <w:br/>
        <w:t>Кличе діток на зарядку:&lt;br /&gt;</w:t>
        <w:br/>
        <w:t>— Куд-куди? На доріжку!&lt;br /&gt;</w:t>
        <w:br/>
        <w:t>Починаємо пробіжку!&lt;br /&gt;</w:t>
        <w:br/>
        <w:t>З фізкультурою ми дружим,&lt;br /&gt;</w:t>
        <w:br/>
        <w:t>Різні вправи любим дуже.&lt;br /&gt;</w:t>
        <w:br/>
        <w:t>— Раз, два, три, чотири! —&lt;br /&gt;</w:t>
        <w:br/>
        <w:t>Чути з нашої квартири.&lt;br /&gt;</w:t>
        <w:br/>
        <w:t>Глянь: без мила і водиці&lt;br /&gt;</w:t>
        <w:br/>
        <w:t>Умиваються дві киці,&lt;br /&gt;</w:t>
        <w:br/>
        <w:t>Язичком вмиваються,&lt;br /&gt;</w:t>
        <w:br/>
        <w:t>Лапками втираються.&lt;br /&gt;</w:t>
        <w:br/>
        <w:t>Я до крана сам дістану,&lt;br /&gt;</w:t>
        <w:br/>
        <w:t>Умиваюсь біля крана.&lt;br /&gt;</w:t>
        <w:br/>
        <w:t>Милю милом щоки, шию&lt;br /&gt;</w:t>
        <w:br/>
        <w:t>І водою добре мию.&lt;br /&gt;</w:t>
        <w:br/>
        <w:t>Кроленята — глянуть любо:&lt;br /&gt;</w:t>
        <w:br/>
        <w:t>Об морквинки чистять зуби.&lt;br /&gt;</w:t>
        <w:br/>
        <w:t>І тому в них зубки цілі —&lt;br /&gt;</w:t>
        <w:br/>
        <w:t>Гострі-гострі, білі-білі.&lt;br /&gt;</w:t>
        <w:br/>
        <w:t>В мене щіточка зубна,&lt;br /&gt;</w:t>
        <w:br/>
        <w:t>Подивіться: ось вона!&lt;br /&gt;</w:t>
        <w:br/>
        <w:t>Зверху вниз і навпаки&lt;br /&gt;</w:t>
        <w:br/>
        <w:t>Чищу зуби залюбки.&lt;br /&gt;</w:t>
        <w:br/>
        <w:t>Носить півник-співунець&lt;br /&gt;</w:t>
        <w:br/>
        <w:t>На голівці гребінець.&lt;br /&gt;</w:t>
        <w:br/>
        <w:t>Гребінцем тим, знає кожний,&lt;br /&gt;</w:t>
        <w:br/>
        <w:t>Причесатися не можна.&lt;br /&gt;</w:t>
        <w:br/>
        <w:t>А у мене, а у мене&lt;br /&gt;</w:t>
        <w:br/>
        <w:t>Є гребіночка зелена.&lt;br /&gt;</w:t>
        <w:br/>
        <w:t>Я нікого не прошу,—&lt;br /&gt;</w:t>
        <w:br/>
        <w:t>Сам голівку причешу.&lt;br /&gt;</w:t>
        <w:br/>
        <w:t>Поросяткам у корито&lt;br /&gt;</w:t>
        <w:br/>
        <w:t>Їжі свіжої налито.&lt;br /&gt;</w:t>
        <w:br/>
        <w:t>Нечепури лізуть прямо&lt;br /&gt;</w:t>
        <w:br/>
        <w:t>У корито із ногами.&lt;br /&gt;</w:t>
        <w:br/>
        <w:t>Я коли кінчаю їсти,&lt;br /&gt;</w:t>
        <w:br/>
        <w:t>На столі у мене чисто.&lt;br /&gt;</w:t>
        <w:br/>
        <w:t>Скатертину не заллю,&lt;br /&gt;</w:t>
        <w:br/>
        <w:t>Бо порядок я люблю.&lt;br /&gt;</w:t>
        <w:br/>
        <w:t>Ось горобчик сів на стовпчик.&lt;br /&gt;</w:t>
        <w:br/>
        <w:t>Чистить пір'ячко горобчик.&lt;br /&gt;</w:t>
        <w:br/>
        <w:t>Потім пурхнув на плетінь:&lt;br /&gt;</w:t>
        <w:br/>
        <w:t>— Я чистенький! Цвір-цвірінь!&lt;br /&gt;</w:t>
        <w:br/>
        <w:t>Крем узяв я із полички,&lt;br /&gt;</w:t>
        <w:br/>
        <w:t>Сам почистив черевички,&lt;br /&gt;</w:t>
        <w:br/>
        <w:t>Ще й помив калошки&lt;br /&gt;</w:t>
        <w:br/>
        <w:t>Для сестри Явдошки.&lt;br /&gt;</w:t>
        <w:br/>
        <w:t>Наш Рябко у двір забіг,&lt;br /&gt;</w:t>
        <w:br/>
        <w:t>А на лапках — мокрий сніг&lt;br /&gt;</w:t>
        <w:br/>
        <w:t>Походив він, походив,&lt;br /&gt;</w:t>
        <w:br/>
        <w:t>На підлозі наслідив.&lt;br /&gt;</w:t>
        <w:br/>
        <w:t>Як не сором буть таким —&lt;br /&gt;</w:t>
        <w:br/>
        <w:t>Неохайним і брудним! —&lt;br /&gt;</w:t>
        <w:br/>
        <w:t>Я завжди біля порога&lt;br /&gt;</w:t>
        <w:br/>
        <w:t>Витираю добре ноги.&lt;br /&gt;</w:t>
        <w:br/>
        <w:t>Ведмежатко косолапе&lt;br /&gt;</w:t>
        <w:br/>
        <w:t>У барлозі смокче лапу.&lt;br /&gt;</w:t>
        <w:br/>
        <w:t>Ой, яка принадна,&lt;br /&gt;</w:t>
        <w:br/>
        <w:t>Наче шоколадна!&lt;br /&gt;</w:t>
        <w:br/>
        <w:t>Не ведмідь же я, малята,&lt;br /&gt;</w:t>
        <w:br/>
        <w:t>Щоб до рота пальці брати.&lt;br /&gt;</w:t>
        <w:br/>
        <w:t>Це мені не звично:&lt;br /&gt;</w:t>
        <w:br/>
        <w:t>Не гі-гі-є-ніч-но!&lt;br /&gt;</w:t>
        <w:br/>
        <w:t>Йдуть купатись каченята,&lt;br /&gt;</w:t>
        <w:br/>
        <w:t>А назустріч гусенята,&lt;br /&gt;</w:t>
        <w:br/>
        <w:t>Гелготять, вклоняються —&lt;br /&gt;</w:t>
        <w:br/>
        <w:t>Ніби всі вітаються.&lt;br /&gt;</w:t>
        <w:br/>
        <w:t>Я знайомих як зустріну&lt;br /&gt;</w:t>
        <w:br/>
        <w:t>Привітаюсь неодмінно.&lt;br /&gt;</w:t>
        <w:br/>
        <w:t>А прийду в дитячий сад,&lt;br /&gt;</w:t>
        <w:br/>
        <w:t>То вітаюсь до малят.&lt;br /&gt;</w:t>
        <w:br/>
        <w:t>Золотий бджолиний рій&lt;br /&gt;</w:t>
        <w:br/>
        <w:t>Носить мед у вулик свій.&lt;br /&gt;</w:t>
        <w:br/>
        <w:t>Працювать бджілки охочі&lt;br /&gt;</w:t>
        <w:br/>
        <w:t>Зранку трудяться до ночі.&lt;br /&gt;</w:t>
        <w:br/>
        <w:t>Я старанно теж труджуся,&lt;br /&gt;</w:t>
        <w:br/>
        <w:t>Помагаю вже бабусі.&lt;br /&gt;</w:t>
        <w:br/>
        <w:t>А як виросту, тоді&lt;br /&gt;</w:t>
        <w:br/>
        <w:t>Буду першим у труді!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Здоровим будь!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