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Збори</w:t>
      </w:r>
    </w:p>
    <w:p>
      <w:r>
        <w:br/>
        <w:t xml:space="preserve"> На тему&lt;br /&gt;</w:t>
        <w:br/>
        <w:t>"Я і ввічливість"&lt;br /&gt;</w:t>
        <w:br/>
        <w:t>ідуть у класі&lt;br /&gt;</w:t>
        <w:br/>
        <w:t>збори.&lt;br /&gt;</w:t>
        <w:br/>
        <w:t>На тему,&lt;br /&gt;</w:t>
        <w:br/>
        <w:t>дуже звичну нам,&lt;br /&gt;</w:t>
        <w:br/>
        <w:t>Вікторія говорить.</w:t>
      </w:r>
    </w:p>
    <w:p>
      <w:r>
        <w:br/>
        <w:t>— Почну з Вітька,&lt;br /&gt;</w:t>
        <w:br/>
        <w:t>бо він себе&lt;br /&gt;</w:t>
        <w:br/>
        <w:t>поводить&lt;br /&gt;</w:t>
        <w:br/>
        <w:t>некультурно,&lt;br /&gt;</w:t>
        <w:br/>
        <w:t>він хоч і виріс&lt;br /&gt;</w:t>
        <w:br/>
        <w:t>до небес,&lt;br /&gt;</w:t>
        <w:br/>
        <w:t>а розум —&lt;br /&gt;</w:t>
        <w:br/>
        <w:t>наче в курки!</w:t>
      </w:r>
    </w:p>
    <w:p>
      <w:r>
        <w:br/>
        <w:t>— Сама ти&lt;br /&gt;</w:t>
        <w:br/>
        <w:t>курка! —&lt;br /&gt;</w:t>
        <w:br/>
        <w:t>звивсь Вітько.—&lt;br /&gt;</w:t>
        <w:br/>
        <w:t>Ще побазікай трохи,&lt;br /&gt;</w:t>
        <w:br/>
        <w:t>так я тебе&lt;br /&gt;</w:t>
        <w:br/>
        <w:t>через вікно&lt;br /&gt;</w:t>
        <w:br/>
        <w:t>геть викину&lt;br /&gt;</w:t>
        <w:br/>
        <w:t>за ноги!</w:t>
      </w:r>
    </w:p>
    <w:p>
      <w:r>
        <w:br/>
        <w:t>— Диви, який!&lt;br /&gt;</w:t>
        <w:br/>
        <w:t>— Лінтюх!&lt;br /&gt;</w:t>
        <w:br/>
        <w:t>— Тюхтій! —&lt;br /&gt;</w:t>
        <w:br/>
        <w:t>наскочили дівчата.—&lt;br /&gt;</w:t>
        <w:br/>
        <w:t>Женіть його&lt;br /&gt;</w:t>
        <w:br/>
        <w:t>під три чорти!&lt;br /&gt;</w:t>
        <w:br/>
        <w:t>Він може&lt;br /&gt;</w:t>
        <w:br/>
        <w:t>все зірвати!</w:t>
      </w:r>
    </w:p>
    <w:p>
      <w:r>
        <w:br/>
        <w:t>А хлопці що?&lt;br /&gt;</w:t>
        <w:br/>
        <w:t>Та хлопці — враз:&lt;br /&gt;</w:t>
        <w:br/>
        <w:t>— Гей, ви, сороки,&lt;br /&gt;</w:t>
        <w:br/>
        <w:t>цитьте!..</w:t>
      </w:r>
    </w:p>
    <w:p>
      <w:r>
        <w:br/>
        <w:t>І от уже&lt;br /&gt;</w:t>
        <w:br/>
        <w:t>вирує клас:&lt;br /&gt;</w:t>
        <w:br/>
        <w:t>не збори —&lt;br /&gt;</w:t>
        <w:br/>
        <w:t>справжній диспут,&lt;br /&gt;</w:t>
        <w:br/>
        <w:t>— Ти, бевзь!&lt;br /&gt;</w:t>
        <w:br/>
        <w:t>— Не лізь,&lt;br /&gt;</w:t>
        <w:br/>
        <w:t>бо в лоба дам!</w:t>
      </w:r>
    </w:p>
    <w:p>
      <w:r>
        <w:br/>
        <w:t>— Мовчи,&lt;br /&gt;</w:t>
        <w:br/>
        <w:t>дурний гіпопотам!&lt;br /&gt;</w:t>
        <w:br/>
        <w:t>— А ти —&lt;br /&gt;</w:t>
        <w:br/>
        <w:t>зелений крокодил!&lt;br /&gt;</w:t>
        <w:br/>
        <w:t>— А ти —&lt;br /&gt;</w:t>
        <w:br/>
        <w:t>старий пузатий віл!&lt;br /&gt;</w:t>
        <w:br/>
        <w:t>— А ти — жираф!&lt;br /&gt;</w:t>
        <w:br/>
        <w:t>— А ти!.. А ти!..</w:t>
      </w:r>
    </w:p>
    <w:p>
      <w:r>
        <w:br/>
        <w:t>Отак&lt;br /&gt;</w:t>
        <w:br/>
        <w:t>з усіх кутків&lt;br /&gt;</w:t>
        <w:br/>
        <w:t>летить —&lt;br /&gt;</w:t>
        <w:br/>
        <w:t>аж чути в&lt;br /&gt;</w:t>
        <w:br/>
        <w:t>коридорі!..</w:t>
      </w:r>
    </w:p>
    <w:p>
      <w:r>
        <w:br/>
        <w:t>На тему&lt;br /&gt;</w:t>
        <w:br/>
        <w:t>"Я і ввічливість"&lt;br /&gt;</w:t>
        <w:br/>
        <w:t>ідуть у класі&lt;br /&gt;</w:t>
        <w:br/>
        <w:t>збори.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