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Збережи в собі…</w:t>
      </w:r>
    </w:p>
    <w:p>
      <w:r>
        <w:br/>
        <w:t xml:space="preserve"> збережи в собі те що ніяк не вдається назвати&lt;br /&gt;</w:t>
        <w:br/>
        <w:t>збережи в собі все що існує як чиста можливість&lt;br /&gt;</w:t>
        <w:br/>
        <w:t>імена вигорають зникають і назви і дати&lt;br /&gt;</w:t>
        <w:br/>
        <w:t>розсипається все що здавалось міцним і важливим</w:t>
      </w:r>
    </w:p>
    <w:p>
      <w:r>
        <w:br/>
        <w:t>збережи в собі вірність на вістрі холодної зради&lt;br /&gt;</w:t>
        <w:br/>
        <w:t>і густі переливи кольорів на райдузі ока&lt;br /&gt;</w:t>
        <w:br/>
        <w:t>збережи своє вміння плисти у сріблястих свічадах&lt;br /&gt;</w:t>
        <w:br/>
        <w:t>і свій дар проростати у мене корінням глибоким</w:t>
      </w:r>
    </w:p>
    <w:p>
      <w:r>
        <w:br/>
        <w:t>хай там чим обернеться цей світ невловимий мов майя&lt;br /&gt;</w:t>
        <w:br/>
        <w:t>хай яка не чекає нас пустка поразка чи згуба&lt;br /&gt;</w:t>
        <w:br/>
        <w:t>збережи в собі те що здається цілком нереальним&lt;br /&gt;</w:t>
        <w:br/>
        <w:t>збережи це ніщо і воно вбереже тебе люба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Збережи в собі…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