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Збентежена вечеря</w:t>
      </w:r>
    </w:p>
    <w:p>
      <w:r>
        <w:br/>
        <w:t xml:space="preserve"> &lt;p&gt;ЗБЕНТЕЖЕНА ВЕЧЕРЯ (Різдвяна пригода)</w:t>
      </w:r>
    </w:p>
    <w:p>
      <w:r>
        <w:br/>
        <w:t>І</w:t>
      </w:r>
    </w:p>
    <w:p>
      <w:r>
        <w:br/>
        <w:t>Був свят-вечір. В хаті у Хведора Павленка вже повечеряли. Господар сидів уже осторонь, а його жінка Оксеня та Оксенина мати (баба Явдоха) поралися ще біля столу то з тим, то з сим.</w:t>
      </w:r>
    </w:p>
    <w:p>
      <w:r>
        <w:br/>
        <w:t>Оксеня накладала з великого горщика узвару в два маленькі горщечки. Синок Омелько — невеличке хлоп'я — стояв біля матері й дивився, що вона робила.</w:t>
      </w:r>
    </w:p>
    <w:p>
      <w:r>
        <w:br/>
        <w:t>— Оце,— мовила Оксеня до чоловіка,— пошлю Омелька з вечерею... Мабуть же, в волость можна подати? Кум же ще сидить?</w:t>
      </w:r>
    </w:p>
    <w:p>
      <w:r>
        <w:br/>
        <w:t>— Та сидить же...— одказав чоловік,— пошли! Саме воно тепер і в пору вечерю нести... Там не дуже-то навечеряється, у холодній!</w:t>
      </w:r>
    </w:p>
    <w:p>
      <w:r>
        <w:br/>
        <w:t>— Хто в холодній? Свирид?! Чого? — спитала баба Явдоха.</w:t>
      </w:r>
    </w:p>
    <w:p>
      <w:r>
        <w:br/>
        <w:t>— Та хіба ви не знаєте,— здивувався Хведір,— що Сви-рида забрали? Адже після того, як розбито грапську економію, нишпорили урядники й тут, та ото й на Свирида навели, що й він там був, ну і взяли. По підозрінню тілько, а все-таки взято!..</w:t>
      </w:r>
    </w:p>
    <w:p>
      <w:r>
        <w:br/>
        <w:t>— Оце, матінко!..— тихо промовила Явдоха.</w:t>
      </w:r>
    </w:p>
    <w:p>
      <w:r>
        <w:br/>
        <w:t>— Ще й саме проти свят! — додала Оксеня, зітхнувши.</w:t>
      </w:r>
    </w:p>
    <w:p>
      <w:r>
        <w:br/>
        <w:t>— Ну, що ж ти будеш казать! Поки що — їх право!.. По тій мові Хведір спитав жінку:</w:t>
      </w:r>
    </w:p>
    <w:p>
      <w:r>
        <w:br/>
        <w:t>— Що се ти таке робиш? Нащо ти сиплеш узвару аж у два горщечки?</w:t>
      </w:r>
    </w:p>
    <w:p>
      <w:r>
        <w:br/>
        <w:t>— Та це ж другий для хрещеної матері,— так одказала Оксеня, а сама ще більше нахилилась, мовби їй чогось ніяково стало.</w:t>
      </w:r>
    </w:p>
    <w:p>
      <w:r>
        <w:br/>
        <w:t>— І хрещеній матері вечерю посилатимеш? Пані? — перепитав Хведір.</w:t>
      </w:r>
    </w:p>
    <w:p>
      <w:r>
        <w:br/>
        <w:t>— А що ж таке, що пані?! — вже голосніше покликнула Оксеня.— Хіба як пані, то вже не людина? Адже ж вона таки хрестила нашого Омелька? Таки ж держала його до хреста? То як же вона не хрещена мати?!</w:t>
      </w:r>
    </w:p>
    <w:p>
      <w:r>
        <w:br/>
        <w:t>— Та хрещена то хрещена,— одмовлявся чоловік,— не її тім річ,— а для чого ти їй отеє посилатимеш? Не бачила моїш твоєї мужицької вечері?!</w:t>
      </w:r>
    </w:p>
    <w:p>
      <w:r>
        <w:br/>
        <w:t>-~Чи бачила, чи не бачила, то все одно, а звичаю треба додержати!..</w:t>
      </w:r>
    </w:p>
    <w:p>
      <w:r>
        <w:br/>
        <w:t>— Звичаю!..</w:t>
      </w:r>
    </w:p>
    <w:p>
      <w:r>
        <w:br/>
        <w:t>— Авжеж! — правила своє Оксеня.— Он і мати кажуть, що треба.</w:t>
      </w:r>
    </w:p>
    <w:p>
      <w:r>
        <w:br/>
        <w:t>— Годиться, годиться, Хведоре,— озвалася й баба Яв-доха,— адже не дурно, було, старі люди кажуть, що як уже перестануть хрещеники носить вечерю, то швидко й кінець світу настане!</w:t>
      </w:r>
    </w:p>
    <w:p>
      <w:r>
        <w:br/>
        <w:t>— А нехай би вже він і наставав, той кінець світу! — гукнув Хведір.— Вже, мовляв, було б хоч гірше, та інше!.. І а вже й так світ перестановляється потроху, вже зміна заходить... Люди розумнішають... До іншого додумуються!.. От і з панами вже іншу раду дають!..</w:t>
      </w:r>
    </w:p>
    <w:p>
      <w:r>
        <w:br/>
        <w:t>Оксеня вже аж розсердилася:</w:t>
      </w:r>
    </w:p>
    <w:p>
      <w:r>
        <w:br/>
        <w:t>— Та що ти мені все "пани" та "пани"! Що ж? Хіба наша пані нам яке зло заподіяла? Я од неї зла не бачила! Хоть я й недовго в дворі була, а все ж я од їх і заміж пішла,— пані тоді й поблагословила мене, й подарків надавала,— і тепер вона зо мною добре поводиться: як де побачить, у дворі чи біля церкви, то й добрим словом обізветься, і за Омелька спитає: "Як там,— каже,— мій хрещеник?.." Ну, а оце на великдень 1, як проходжувалася з дітьми по селу, то й у хату до нас зайшла, ще й писанку яку гарну Омелькові дала!.. Ну, як же?.. Коли по-людськи, то по-людськи! Коли звичай, то звичай!..</w:t>
      </w:r>
    </w:p>
    <w:p>
      <w:r>
        <w:br/>
        <w:t>— Та про мене! — одказав на те чоловік, встаючи од столу.— Цілуйся ти з своїми панами, посилай їм і вечерю, й снідання, як собі знаєш! Все ж одно ти зробиш так, як сама схочеш, хоть тобі кажи, хоть не кажи! Шкода й мову псувати!.. А на мою думку, якби твоїх панів потурити оце зовсім, із села,— дарма що проти свят,— то краще було б. Нехай би там ними у полі хоч і вовки повечеряли!</w:t>
      </w:r>
    </w:p>
    <w:p>
      <w:r>
        <w:br/>
        <w:t>— Ну й сказав! Вовки! — передражнила Оксеня.— Торочить, сам не знає що!..</w:t>
      </w:r>
    </w:p>
    <w:p>
      <w:r>
        <w:br/>
        <w:t>— Знаю я добре! — закінчив розмову Хведір та й гримнув дверима, пішов наглянуть скотину.</w:t>
      </w:r>
    </w:p>
    <w:p>
      <w:r>
        <w:br/>
        <w:t>А вечеря для "хрещених" вже була встановлена у кошик: проміж сінцем два горщечки з кутею і два з узваром. Зверху все було прикрите хустиною.</w:t>
      </w:r>
    </w:p>
    <w:p>
      <w:r>
        <w:br/>
        <w:t>Омелько ще перший раз на віку йшов із вечерею, то мати йому й приказувала:</w:t>
      </w:r>
    </w:p>
    <w:p>
      <w:r>
        <w:br/>
        <w:t>— Гляди ж, Омелечку, не поперекидай!</w:t>
      </w:r>
    </w:p>
    <w:p>
      <w:r>
        <w:br/>
        <w:t>— І чого б таки я перекинув! Таке й вигадають!</w:t>
      </w:r>
    </w:p>
    <w:p>
      <w:r>
        <w:br/>
        <w:t>Так гостренько одказав Омелько, бо він, бачите, був одинчик, мовляв, мамин мазунчик, то й звик поводитись так, не дуже-то покірненько: якщо не по його, то й одріже...</w:t>
      </w:r>
    </w:p>
    <w:p>
      <w:r>
        <w:br/>
        <w:t>А мати все-таки приказує:</w:t>
      </w:r>
    </w:p>
    <w:p>
      <w:r>
        <w:br/>
        <w:t>— Отам же гляди й собак стережися, найпаче в панському дворі.</w:t>
      </w:r>
    </w:p>
    <w:p>
      <w:r>
        <w:br/>
        <w:t>— Ого! що мені собаки! — гукнуло хлоп'я.— Я візьму добру ломаку! Я їх не став боятись!</w:t>
      </w:r>
    </w:p>
    <w:p>
      <w:r>
        <w:br/>
        <w:t>— Ну, одягайся ж!—лагідненько говорила далі мати.— Чоботи взуй мої; хоч вони трохи й величенькі на тебе будуть, та дарма: з устілочками, та на онучки — воно й нічого собі буде!.. Та ось на тобі й краєчку, підпережися гарненько!</w:t>
      </w:r>
    </w:p>
    <w:p>
      <w:r>
        <w:br/>
        <w:t>Мати одягала та обсмикувала хлопчика, ще й волосся пригладила, як шапчину надівав, і в личко заглянула, ще раз потішилася круглим видочком та карими очками свого одинчика... А далі не втерпіла, ще й за ворота провела; чутно було, як гукнула: "Гляди ж, Омелечку, гляди!.."</w:t>
      </w:r>
    </w:p>
    <w:p>
      <w:r>
        <w:br/>
        <w:t>II</w:t>
      </w:r>
    </w:p>
    <w:p>
      <w:r>
        <w:br/>
        <w:t>А у панів ще не вечеряли. Ще саме тільки стіл накривали слуги: старий Лаврентій, високий, сухорлявий, з сивими вусами, поважний такий і в білих рукавичках (був він ще з тих "давніх панських слуг"), та дівчина Манька; ся була низенька, кругленька і зовсім іншої вдачі — дуже жвава й весела: аби що — зараз і сміється.</w:t>
      </w:r>
    </w:p>
    <w:p>
      <w:r>
        <w:br/>
        <w:t>Отож вони порались біля столу, у столовій. Хата була велика, і в ній був розтавлений довгий стіл, накривався він аж на чотирнадцять осіб. Одно те, що своя сім'я була чималенька: пан, пані, троє дітей та вчителька, гувернантка тая; а ще ж була й бабушка Клавдія Платонівна. О, то була пані строга! Ось нехай би хто, наприклад, з дітей назвав її "бабусею", а не "бабушкою"! Тож і стіл для неї, найпаче під час якої урочистої пригоди, треба було накривать як слід. Вона, бачите, була з великих панів, прожила на своєму віку не одну економію і, хоч тепер нічого свого не мала, жила при синові,— або, краще сказать, в оселі своєї невістки,— а все ж не забувалася, що вона з великих панів, і хотіла, щоб всі теє пам'ятали. Отож для неї Лаврентій поставив осібний високий стілець в кінці столу.</w:t>
      </w:r>
    </w:p>
    <w:p>
      <w:r>
        <w:br/>
        <w:t>А ще ж були, опріч своїх, і гості. Перше всього ціла сім'я панів сусідів; жили вони верстов за двадцять, мали свою оселю, та тільки як зовсім поблизу них було розбито й спалено грапську економію, то сі пани, Олександра Іванівна та Іван</w:t>
      </w:r>
    </w:p>
    <w:p>
      <w:r>
        <w:br/>
        <w:t>Олександрович, виїхали... не зважилися святкувать у своєму голі: моторошно якось було!.. Ну, а як вони добре зналися і сими панами, про яких ми говоримо (бо Олександра Іванівна колись разом і вчилася з молодою панею господинею), гак ото й приїхали сюди на святки (звісно, були вони й запрошені) . Ну, і дітей із собою забрали, звичайно, не зоставляти ж дітей, мовляв, "на поталу хижій черні"!..</w:t>
      </w:r>
    </w:p>
    <w:p>
      <w:r>
        <w:br/>
        <w:t>Ще ж то не всі гості. Заїхали якраз опівдня ще двоє панів: козак-офіцер і слідователь: так на одних санках і приїхали. Г&gt;ули вони, бачите, вже після розруху у тій таки грапській економії,— чинили там свою розправу,— а оце верталися в город; до наших панів заїхали вони тільки на годинку, обігрітися; одначе напились кохвії, поки се та те, поки всякі там розмови та умови, то побачили, що до вечора вони дома не будуть. Ну, і зосталися теж на вечерю!</w:t>
      </w:r>
    </w:p>
    <w:p>
      <w:r>
        <w:br/>
        <w:t>Отож вам і громадка гостей. А вже звісно, як є не тільки своя сім'я, а ще гості, то таки треба, щоб усе було якось краще!..</w:t>
      </w:r>
    </w:p>
    <w:p>
      <w:r>
        <w:br/>
        <w:t>Тим-то молода пані господиня вийшла із світлиці в столову наглянути, як там усе.</w:t>
      </w:r>
    </w:p>
    <w:p>
      <w:r>
        <w:br/>
        <w:t>Пані була таки ще іменно молода і гарна; була вона біла, ніжна і струнка, як тополя.</w:t>
      </w:r>
    </w:p>
    <w:p>
      <w:r>
        <w:br/>
        <w:t>Увійшла та й каже Лаврентієві:</w:t>
      </w:r>
    </w:p>
    <w:p>
      <w:r>
        <w:br/>
        <w:t>— Прошу ж вас, Лаврентій, щоб усе було як слід.</w:t>
      </w:r>
    </w:p>
    <w:p>
      <w:r>
        <w:br/>
        <w:t>— Все буде як слід,— спокійно одказав Лаврентій, підкладаючи під ножі срібні підставочки.</w:t>
      </w:r>
    </w:p>
    <w:p>
      <w:r>
        <w:br/>
        <w:t>Аж тут пані покликнула:</w:t>
      </w:r>
    </w:p>
    <w:p>
      <w:r>
        <w:br/>
        <w:t>— Боже мій, що се тут за чад такий?! Фу!..</w:t>
      </w:r>
    </w:p>
    <w:p>
      <w:r>
        <w:br/>
        <w:t>А чад вийшов ось з чого: тільки що внесено було сосонку на те, щоб убирати її по панському звичаю на різдво; тільки ж та сосонка ще не була вбрана, бо то одкладалося на самі святки, а тепер на тому деревці не було ще ні пундиків, ні цяцьок, стояло воно ще тільки в дерев'яному перехресті, одсунуте в куток тієї великої столової. Одначе діти — свої й чужі — намоглися, щоб гувернантка дозволила їм почепити тільки саму звізду на вершечку деревця та приліпити й запалити хоть дві свічечки на пробу!</w:t>
      </w:r>
    </w:p>
    <w:p>
      <w:r>
        <w:br/>
        <w:t>Отож ті свічечки й начадили. Діти того не чули, стрибали, раділи, одначе пані сказала свічечки погасить, а потім, одвівши дітей, одчинить у столовій кватирку.</w:t>
      </w:r>
    </w:p>
    <w:p>
      <w:r>
        <w:br/>
        <w:t>Пані вернулася у світлицю. Все товариство було там. Біля столу у великому кріслі сиділа бабушка, поставивши ноги на шиту подушку, і розкладала карти. Гості то сиділи, то стояли — і говорили, говорили, та все тільки про теперішній час, все тільки про розрухи: в якій економії вже неблагополучно, де сього треба стерегтися. Говорили, навіть спорилися, бо не могли зважити, що слід було робити: одні казали, що слід було раніше попустить, а другі, що навпаки, треба і можна було б ще й тепер більше прикрутить. (Звісно, пани говорили по-панськи, це вже я так переказую по-простому.) В одному була згода межи всіма, що, мовляв, селяни настроєні скрізь дуже погано!..</w:t>
      </w:r>
    </w:p>
    <w:p>
      <w:r>
        <w:br/>
        <w:t>Тут саме загавкали собаки і повз вікна щось затупотіло. Всі зглянулися одно на одного і помовкли.</w:t>
      </w:r>
    </w:p>
    <w:p>
      <w:r>
        <w:br/>
        <w:t>Молода господиня вийшла в столову довідаться.</w:t>
      </w:r>
    </w:p>
    <w:p>
      <w:r>
        <w:br/>
        <w:t>ІІІ</w:t>
      </w:r>
    </w:p>
    <w:p>
      <w:r>
        <w:br/>
        <w:t>Тим часом Омелько з своєю вечерею стояв у кухні, отож на нього й собаки брехали. Челядь міркувала, що робити з ним і з його вечерею. Лаврентій мовчки зміряв хлопця очима, ключниця (вона саме смажила штучні вергуни, а при тому бувала дуже сердита) сказала, що, либонь, Оксеня зовсім здуріла, Манька ж прямо качалася од сміху.</w:t>
      </w:r>
    </w:p>
    <w:p>
      <w:r>
        <w:br/>
        <w:t>Коли пані увійшла в столову, Лаврентій саме вносив оселедчики.</w:t>
      </w:r>
    </w:p>
    <w:p>
      <w:r>
        <w:br/>
        <w:t>— Лаврентій! — мовила пані.— Хто там прийшов? На кого то гавкали собаки?</w:t>
      </w:r>
    </w:p>
    <w:p>
      <w:r>
        <w:br/>
        <w:t>— То там... на кухню... хлопчик із села,— одказав Лаврентій і вийшов із хати.</w:t>
      </w:r>
    </w:p>
    <w:p>
      <w:r>
        <w:br/>
        <w:t>Аж тут ускочила Манька. Вона ледве вдержувалася, щоб не сміятись; тільки усмішка аж світилася в неї на виду.</w:t>
      </w:r>
    </w:p>
    <w:p>
      <w:r>
        <w:br/>
        <w:t>— Чого ти смієшся? Що там таке? — спитала пані.</w:t>
      </w:r>
    </w:p>
    <w:p>
      <w:r>
        <w:br/>
        <w:t>— Та там прийшов Оксенин хлопчик... із вечерею... (Маньці дуже трудно було говорити, бо сміх її душив.) У мужиків такий звичай, що хрещеники носять вечерю на свят-вечір.</w:t>
      </w:r>
    </w:p>
    <w:p>
      <w:r>
        <w:br/>
        <w:t>— А! — промовила пані.— Так се він мені вечерю приніс? Ну, що ж, нехай зайде, приведи його сюди!</w:t>
      </w:r>
    </w:p>
    <w:p>
      <w:r>
        <w:br/>
        <w:t>Манька стрілою погналася в кухню. Убігла, аж ледве дихати може, та й гукнула:</w:t>
      </w:r>
    </w:p>
    <w:p>
      <w:r>
        <w:br/>
        <w:t>— Слухайте!.. Казали пані, щоб Омелько ніс вечерю туди, щоб ішов у горниці.</w:t>
      </w:r>
    </w:p>
    <w:p>
      <w:r>
        <w:br/>
        <w:t>А тут їй усі:</w:t>
      </w:r>
    </w:p>
    <w:p>
      <w:r>
        <w:br/>
        <w:t>— Що ти, навіжена, торочиш?.. Брешеш?</w:t>
      </w:r>
    </w:p>
    <w:p>
      <w:r>
        <w:br/>
        <w:t>— Хрест на мені, що не брешу! — божилася Манька.— Іди, Омельку! Чуєш, пані кличуть!.. Тілько стій, я тобі чоботи трохи обітру...</w:t>
      </w:r>
    </w:p>
    <w:p>
      <w:r>
        <w:br/>
        <w:t>Пані стояла в столовій і ждала. Тим часом і гості зазирали в столову; перша увійшла гостя, тая поміщиця, а за нею й козак-офіцер та слідрватель. Тут довідались про справу: хто прийшов і чого.</w:t>
      </w:r>
    </w:p>
    <w:p>
      <w:r>
        <w:br/>
        <w:t>Манька увела Омелька. Побачивши стільки світла, стільки панів, він якось-то збентежився і стояв з кошиком у порога, не знаючи, що почать.</w:t>
      </w:r>
    </w:p>
    <w:p>
      <w:r>
        <w:br/>
        <w:t>— А! — мовила до нього пані господиня.— Здоров, члопче!.. Так се ти мені вечерю приніс? Ну, спасибі тобі... Як пак тебе звуть? Я забула... таке в тебе трудне ймення!..</w:t>
      </w:r>
    </w:p>
    <w:p>
      <w:r>
        <w:br/>
        <w:t>Омелько сказав щось дуже тихо.</w:t>
      </w:r>
    </w:p>
    <w:p>
      <w:r>
        <w:br/>
        <w:t>— Як? — перепитувала пані, нахиляючись.</w:t>
      </w:r>
    </w:p>
    <w:p>
      <w:r>
        <w:br/>
        <w:t>— Як тебе звуть? Іван чи Петро?—голосно перепитували пани.</w:t>
      </w:r>
    </w:p>
    <w:p>
      <w:r>
        <w:br/>
        <w:t>— Омелько! — голосно проказав і собі хлопчик.</w:t>
      </w:r>
    </w:p>
    <w:p>
      <w:r>
        <w:br/>
        <w:t>— Омелько! — перекривив офіцер.— Оце так ім'я! Ха-ха-ха!</w:t>
      </w:r>
    </w:p>
    <w:p>
      <w:r>
        <w:br/>
        <w:t>— Що ж це за ім'я? — питала поміщиця гостя у господині.</w:t>
      </w:r>
    </w:p>
    <w:p>
      <w:r>
        <w:br/>
        <w:t>— Не знаю гаразд!..— одказала вона.— Здається, Єме-льян, чи що...</w:t>
      </w:r>
    </w:p>
    <w:p>
      <w:r>
        <w:br/>
        <w:t>— Господи! Як вони перекручують імена! — дивувалася гостя-поміщиця.</w:t>
      </w:r>
    </w:p>
    <w:p>
      <w:r>
        <w:br/>
        <w:t>— О! Ви не можете собі здумать, як перекручують! — покликнув слідователь.— Омелько, Оверко, Івга, Вівдя... А які прізвища в їх бувають! Господи милостивий, які прізвища!!.</w:t>
      </w:r>
    </w:p>
    <w:p>
      <w:r>
        <w:br/>
        <w:t>— Ну, гаразд, Омельку,— озвалася хрещена мати.— Давай же мені твою вечерю, от сюди постав! — вона показала на столик, що стояв збоку.</w:t>
      </w:r>
    </w:p>
    <w:p>
      <w:r>
        <w:br/>
        <w:t>Омелько потроху осмілявся.</w:t>
      </w:r>
    </w:p>
    <w:p>
      <w:r>
        <w:br/>
        <w:t>— Оте вам,— сказав він, виймаючи два горщечки, а се ще хрещеному батькові понесу.</w:t>
      </w:r>
    </w:p>
    <w:p>
      <w:r>
        <w:br/>
        <w:t>— А! — мовила гостя-поміщиця.— А хто ж твій хрещений батько?</w:t>
      </w:r>
    </w:p>
    <w:p>
      <w:r>
        <w:br/>
        <w:t>— Свирид Шкуратенко.</w:t>
      </w:r>
    </w:p>
    <w:p>
      <w:r>
        <w:br/>
        <w:t>— Свирид! Ха-ха-ха! Шкуратенко! Ха-ха-ха!..— зали вався знов офіцер.</w:t>
      </w:r>
    </w:p>
    <w:p>
      <w:r>
        <w:br/>
        <w:t>"Чого він регоче? думав сам собі Омелько: —А які в нього зуби здорові, зовсім як у нашого Гнідого"</w:t>
      </w:r>
    </w:p>
    <w:p>
      <w:r>
        <w:br/>
        <w:t>— Ну та и рідня у тебе, Соню — мовила до господині гостя-поміщиця.— Свирид Шкуратенко! Ха-ха-ха!..</w:t>
      </w:r>
    </w:p>
    <w:p>
      <w:r>
        <w:br/>
        <w:t>— Ну, годі вже того!..— одказала їй господиня, скривившись.— Тепер, хлопчику, можеш уже йти додому Тілько постій трошки... я тобі щось дам-.— Пані погляділа в кишені, одначе грошей при ній не було. А шукать чого-небудь солодкого не хотіла, бо то було б довго...— Я зараз! — сказала вона й пішла до світлиці.</w:t>
      </w:r>
    </w:p>
    <w:p>
      <w:r>
        <w:br/>
        <w:t>Пани, оставшися, говорили щось таке між собою, а Омелько дивився на них: офіцер був низенький, товстенький, а слідователь теж невисокий, тілько дуже сухорлявий— тоненькі ніжки його в узеньких сивеньких штанцях здавалися Омелькові чогось-то смішними. "Яке воно миршаве,— думав Омелько.— А що то воно таке на голові у тієї гладкої пані? Якась кучма, мовби ціле ягня..."</w:t>
      </w:r>
    </w:p>
    <w:p>
      <w:r>
        <w:br/>
        <w:t>Вернулася й пані господиня, а з нею увійшов і пан, чоловік її.</w:t>
      </w:r>
    </w:p>
    <w:p>
      <w:r>
        <w:br/>
        <w:t>— Ось!..— говорив він нишком жінці, показуючи розкритий гаманець, де були дрібні гроші.— Ось карбованець... другий... а ось п'ятак...</w:t>
      </w:r>
    </w:p>
    <w:p>
      <w:r>
        <w:br/>
        <w:t>"Карбованець — багато, а п'ятак — мало..." — міркувала пані.</w:t>
      </w:r>
    </w:p>
    <w:p>
      <w:r>
        <w:br/>
        <w:t>— Та дай йому п'ятака,— порадив їй чоловік,— буде з його! Ще й п'ятак який гарний, новий, блищить, як чер-вонець!</w:t>
      </w:r>
    </w:p>
    <w:p>
      <w:r>
        <w:br/>
        <w:t>Пані ткнула Омелькові в руку п'ятака, додавши:</w:t>
      </w:r>
    </w:p>
    <w:p>
      <w:r>
        <w:br/>
        <w:t>— Се тобі на бублики!</w:t>
      </w:r>
    </w:p>
    <w:p>
      <w:r>
        <w:br/>
        <w:t>— Поцілуй же, дурнику, хрещену маму в руку! — навчав офіцер.</w:t>
      </w:r>
    </w:p>
    <w:p>
      <w:r>
        <w:br/>
        <w:t>— Ах, не треба, не треба! — гукнула пані.</w:t>
      </w:r>
    </w:p>
    <w:p>
      <w:r>
        <w:br/>
        <w:t>Одначе Омелько й сам на те не зважився б. Та рука здавалась йому мовби й не рукою: біла-біла, як із крейди, а на ній золото сяє, на одному ж пальцеві так мовби іскри мигтять. Що воно таке?</w:t>
      </w:r>
    </w:p>
    <w:p>
      <w:r>
        <w:br/>
        <w:t>— Ну, йди ж, хлопче, а то тобі пізно буде,— казала пані-гостя,— може ж, твій батько Свирид далеко живе.</w:t>
      </w:r>
    </w:p>
    <w:p>
      <w:r>
        <w:br/>
        <w:t>— Ні, вони не далеко,— одказав Омелько,— вони тепер у волості сидять.</w:t>
      </w:r>
    </w:p>
    <w:p>
      <w:r>
        <w:br/>
        <w:t>— Як сидять? — перепитав слідователь.</w:t>
      </w:r>
    </w:p>
    <w:p>
      <w:r>
        <w:br/>
        <w:t>— Так у холодній.</w:t>
      </w:r>
    </w:p>
    <w:p>
      <w:r>
        <w:br/>
        <w:t>— У холодній? За віщо?!.</w:t>
      </w:r>
    </w:p>
    <w:p>
      <w:r>
        <w:br/>
        <w:t>— Сказали на їх, що вони були у Петрівці, як люди розбивали грапську економію, так за те й,заперто.</w:t>
      </w:r>
    </w:p>
    <w:p>
      <w:r>
        <w:br/>
        <w:t>— А, голубчику! Так ось хто твій хрещений батько! Хороше! — приступився з тим словом козак-офіцер, кладучи руку на Омелькову чуприну, аж хлопчик подався набік.</w:t>
      </w:r>
    </w:p>
    <w:p>
      <w:r>
        <w:br/>
        <w:t>— Оце так рідня,— вдалася знов до пані господині гостя-поміщиця.</w:t>
      </w:r>
    </w:p>
    <w:p>
      <w:r>
        <w:br/>
        <w:t>— Ну, братику,— провадив своє пан офіцер,— неси ж ти вечерю своєму хрещеному батькові, та скажи йому, що як буде він заглядать у панські економії, то я його так похрещу нагайкою, що буде він повік знать!..</w:t>
      </w:r>
    </w:p>
    <w:p>
      <w:r>
        <w:br/>
        <w:t>Омелько подивився просто на офіцера і спокійно сказав:</w:t>
      </w:r>
    </w:p>
    <w:p>
      <w:r>
        <w:br/>
        <w:t>— Е, ви мого хрещеного батька не подужаєте: вони здорові! Оце на ярмарку десятник хотів їх бить, так вони як дали йому по пиці, то він і перекинувся! А потім ще й дрючком наклали, а дрючок у їх до-обрий, із свидини. Прощавайте! — По сій мові ОмеЛько вийшов.</w:t>
      </w:r>
    </w:p>
    <w:p>
      <w:r>
        <w:br/>
        <w:t>Пани стояли поторопівши... Далі спам'яталися й заговорили:</w:t>
      </w:r>
    </w:p>
    <w:p>
      <w:r>
        <w:br/>
        <w:t>— Подивіться, яке зухвальство! Ах, каналія! — гукав офіцер.— Отаке щеня і такі речі провадить! Та й не спускати з них шкуру?! га?</w:t>
      </w:r>
    </w:p>
    <w:p>
      <w:r>
        <w:br/>
        <w:t>— Страхіття! — тихо мовив господар.</w:t>
      </w:r>
    </w:p>
    <w:p>
      <w:r>
        <w:br/>
        <w:t>Вертаючись до світлиці, пан поміщик, гість, сказав нишком своїй жінці:</w:t>
      </w:r>
    </w:p>
    <w:p>
      <w:r>
        <w:br/>
        <w:t>— Ну, одначе по розмові того поросяти видно, що й тут не дуже-то безпечно.</w:t>
      </w:r>
    </w:p>
    <w:p>
      <w:r>
        <w:br/>
        <w:t>— Ах, усюди однаково! — зітхнувши, одмовила пані гостя.</w:t>
      </w:r>
    </w:p>
    <w:p>
      <w:r>
        <w:br/>
        <w:t>— Хто там приходив? — спитала невістку бабушка в світлиці (вона все розкладала свої карти).</w:t>
      </w:r>
    </w:p>
    <w:p>
      <w:r>
        <w:br/>
        <w:t>— То там хлопчик малий приходив з села...— одказа-ла господиня.</w:t>
      </w:r>
    </w:p>
    <w:p>
      <w:r>
        <w:br/>
        <w:t>— Нащо ж його пустили в покої?</w:t>
      </w:r>
    </w:p>
    <w:p>
      <w:r>
        <w:br/>
        <w:t>Чи можна ж було все розказати бабушці?! Молода пані якось-то затерла розмову і дуже була рада, як увійшов Лаврентій та сказав, що до столу подано.</w:t>
      </w:r>
    </w:p>
    <w:p>
      <w:r>
        <w:br/>
        <w:t>Молода пані заметушилася, просячи всіх до вечері.</w:t>
      </w:r>
    </w:p>
    <w:p>
      <w:r>
        <w:br/>
        <w:t>Поміщик-гість узяв від руку бабушку, і всі подались у столову.</w:t>
      </w:r>
    </w:p>
    <w:p>
      <w:r>
        <w:br/>
        <w:t>Скоро всі, посідавши за стіл, забули про Омелька, зайнявшися їдою.</w:t>
      </w:r>
    </w:p>
    <w:p>
      <w:r>
        <w:br/>
        <w:t>А чого тільки не було на тому столі: і пиріжки, й пиріжечки з усякою начинкою, з усякою всячиною, були форшмаки та інші присмаки, риба фаршована й риба маринована, "галан-тіри", а при їх всякі гарніри, та все то, мовляв, "з юшечкою та з петрушечкою"! Вже так, що не сором було господарям перед гостями! А майонез був так добре зготований, що навіть бабушка похвалила, а вже вона зналася на тих речах, проївши дві економії...</w:t>
      </w:r>
    </w:p>
    <w:p>
      <w:r>
        <w:br/>
        <w:t>Були ж на столі, звичайно, не тільки наїдки, а й напитки: настойки, наливки, ну й вино.</w:t>
      </w:r>
    </w:p>
    <w:p>
      <w:r>
        <w:br/>
        <w:t>Пан офіцер, з того приводу, що риба плаває, черкнув чарочок із п'ять; потім ще випив солодкої абрикосівки за здоров'я молодої пані господині і міцненького малиняку за здоров'я старої господині — бабушки, а потім ще підійняв чарку винця за здоров'я пані гості, тієї поміщиці.</w:t>
      </w:r>
    </w:p>
    <w:p>
      <w:r>
        <w:br/>
        <w:t>— Бажаю вам,— промовляв він, посміхуючись,— щасливої та безпечної години!</w:t>
      </w:r>
    </w:p>
    <w:p>
      <w:r>
        <w:br/>
        <w:t>— Дякую! — одказала гостя-поміщиця.— Бажаю й вам того самого, найпаче, щоб вас минула Свиридова свидина! Ха-ха-ха!..</w:t>
      </w:r>
    </w:p>
    <w:p>
      <w:r>
        <w:br/>
        <w:t>Отакечки йшла вечеря.</w:t>
      </w:r>
    </w:p>
    <w:p>
      <w:r>
        <w:br/>
        <w:t>Тим часом Омелько був уже в волості, у свого хрещеного батька. Холодна тая не дуже-то була на замку, доступитися до неї було легко,— сторож таки й увів хлопця з вечерею, та й сам сів побалакати. Холодна ж була при самій волості, зараз біля зборні.</w:t>
      </w:r>
    </w:p>
    <w:p>
      <w:r>
        <w:br/>
        <w:t>Як увійшов Омелько в ту хату, то побачив, що хрещений батько сидить на широкому полу і їсть борщ із горщика. Біля нього сиділа і жінка його; то ж вона, либонь, і їсти принесла йому.</w:t>
      </w:r>
    </w:p>
    <w:p>
      <w:r>
        <w:br/>
        <w:t>Хрещений батько здався Омелькові якимсь розкудовченим та мовби потемнілим; він сьорбає ложкою якось понуро.</w:t>
      </w:r>
    </w:p>
    <w:p>
      <w:r>
        <w:br/>
        <w:t>Однак, побачивши Омелька, батько Свирид зрадів, зараз немов повеселішав:</w:t>
      </w:r>
    </w:p>
    <w:p>
      <w:r>
        <w:br/>
        <w:t>— А, здоров, синку, здоров! — гукнув він.— Се ти з вечерею? От так спасибі!.. Дякую кумі, що таки не забула за мене... Ну, сідай, одпочинь! Де б пак тебе посадить? Мостися вже й ти тут, на цих нарах, більше ж ніде... Ну, що? Вподобав отсю "світлицю"?</w:t>
      </w:r>
    </w:p>
    <w:p>
      <w:r>
        <w:br/>
        <w:t>Омелько оглянув хату. У щй було одно невеличке вікно, стіни були доволі високі, тільки дуже брудні: павутиння скрізь аж чорніло. Тьмяно, порожньо...</w:t>
      </w:r>
    </w:p>
    <w:p>
      <w:r>
        <w:br/>
        <w:t>— Ні, погано тут! — одмовив Омелько. Свирид і сторож засміялися:</w:t>
      </w:r>
    </w:p>
    <w:p>
      <w:r>
        <w:br/>
        <w:t>— А ти, хлопче, думав, що гарно? Хіба ж би люди саджали сюди нашого брата, якби тут було гарно? Ні, братику, не саджали б!..</w:t>
      </w:r>
    </w:p>
    <w:p>
      <w:r>
        <w:br/>
        <w:t>Тітка Свиридиха не сміялася, вона сиділа сумна, підопер-шись рукою.</w:t>
      </w:r>
    </w:p>
    <w:p>
      <w:r>
        <w:br/>
        <w:t>— Лепського ти узвару приніс,— почав знов Свирид до Омелька,— та й кутя ловка, спасибі, синку!.. А де ж у вас груші на узвар наросли? Хіба на тій вербі, що в воротях?</w:t>
      </w:r>
    </w:p>
    <w:p>
      <w:r>
        <w:br/>
        <w:t>— Е, ні, не на вербі! — засміялося хлоп'я.— А на тій щепі, що батько ще давно прищепили. Було груш багато, та ми поїли, а трохи мати зсушила на узвар.</w:t>
      </w:r>
    </w:p>
    <w:p>
      <w:r>
        <w:br/>
        <w:t>— Лепсько, лепсько! — промовляв Свирид.— Ну, а тепер, хлопче, бери свої горщечки та й іди, бо воно вже пізненько.</w:t>
      </w:r>
    </w:p>
    <w:p>
      <w:r>
        <w:br/>
        <w:t>— Та ось разом підемо! — сказала Свиридиха, встаючи, й стала прощатись.</w:t>
      </w:r>
    </w:p>
    <w:p>
      <w:r>
        <w:br/>
        <w:t>— Борошно ще в тебе є, хоч на святки? — спитав її Свирид.</w:t>
      </w:r>
    </w:p>
    <w:p>
      <w:r>
        <w:br/>
        <w:t>— Ще є трохи...— одказала жінка.</w:t>
      </w:r>
    </w:p>
    <w:p>
      <w:r>
        <w:br/>
        <w:t>— Ну, іди здорова... Прощавай і ти, синку. Так подякуй же гарненько матері... Святкуйте там здорові... Дай боже й нового року діждати при добрім здоров'ї.</w:t>
      </w:r>
    </w:p>
    <w:p>
      <w:r>
        <w:br/>
        <w:t>— А ви тут і на святки сидітимете? — спитав Омелько.</w:t>
      </w:r>
    </w:p>
    <w:p>
      <w:r>
        <w:br/>
        <w:t>— Либонь, що так, синку! — усміхнувся Свирид.— А обтім, незвісно... всяково може буть. Може, мовляв, як миш голову не одкусить, то ще й на святках побачимось!.. Прощавайте! Ідіте з богом...</w:t>
      </w:r>
    </w:p>
    <w:p>
      <w:r>
        <w:br/>
        <w:t>Батько Свирид мовби й нічого, жартував собі, а тільки Омелькові дуже жалко його зробилося, як вони, виходячи, зоставляли його самого в тій поганій, порожній хаті...</w:t>
      </w:r>
    </w:p>
    <w:p>
      <w:r>
        <w:br/>
        <w:t>IV</w:t>
      </w:r>
    </w:p>
    <w:p>
      <w:r>
        <w:br/>
        <w:t>Свиридиха перше йшла разом з Омельком, а потім повернула на свій куток.</w:t>
      </w:r>
    </w:p>
    <w:p>
      <w:r>
        <w:br/>
        <w:t>Омелько проходив сам поуз панське дворище. "Бач, як світиться в вікнах! — подумав він.— Либонь, сидять собі. Що вони там роблять? Чи не подивитись, як вони вечеряють? Ще ж тоді саме варилося... Тільки якби не з двору зайти, бо там собаки,— та й слуги повибігають,— а якби зайти од садка?"</w:t>
      </w:r>
    </w:p>
    <w:p>
      <w:r>
        <w:br/>
        <w:t>Омелько й зайшов од садка. Заглянув у одно вікно: у великій хаті було так ясно, та нікого не було. А он там, далі... Омелько підійшов під інше вікно: сидять за столом, так багато їх!.. Се, либонь, та сама хата, де він був. Тільки не дуже-то добре видно, високо... от якби вилізти...</w:t>
      </w:r>
    </w:p>
    <w:p>
      <w:r>
        <w:br/>
        <w:t>Омелько поставив кошика на землю, а сам видряпався на дерево, близенько од вікна, хоч се й трудно йому було, бо ще й п'ятак заважав, що пані дала: Омелько все держав його у жмені, бо нікуди було сховать.</w:t>
      </w:r>
    </w:p>
    <w:p>
      <w:r>
        <w:br/>
        <w:t>— О!., тепер добре видно і навіть усе чутно, як трохи одхилить кватирку.</w:t>
      </w:r>
    </w:p>
    <w:p>
      <w:r>
        <w:br/>
        <w:t>Старий слуга носив на полумиску щось біле, підходячи до панів і паненят. Говорили щось про кутю.</w:t>
      </w:r>
    </w:p>
    <w:p>
      <w:r>
        <w:br/>
        <w:t>— Я не люблю сеї куті,— мовила пані господиня,— я люблю просту, пшеничну; тільки в нас її ніхто не їсть, то я й не казала її варить. А шкода!</w:t>
      </w:r>
    </w:p>
    <w:p>
      <w:r>
        <w:br/>
        <w:t>— Стривай! — озвалась до неї пані гостя.— У тебе ж є твоя кутя, що тобі твій хрещеник приніс! То ж якраз така, проста.</w:t>
      </w:r>
    </w:p>
    <w:p>
      <w:r>
        <w:br/>
        <w:t>— Ах, правда,— усміхнулася господиня.— Лаврентій, подайте мені ту кутю, он що там на столику стоїть,— так з горщиком.</w:t>
      </w:r>
    </w:p>
    <w:p>
      <w:r>
        <w:br/>
        <w:t>Лаврентій поставив перед панею горщечок на тарілці.</w:t>
      </w:r>
    </w:p>
    <w:p>
      <w:r>
        <w:br/>
        <w:t>— Боже мій! Невже ви будете се їсти? — жахаючись, попитала бабушка невістку.</w:t>
      </w:r>
    </w:p>
    <w:p>
      <w:r>
        <w:br/>
        <w:t>— А чому ж ні?</w:t>
      </w:r>
    </w:p>
    <w:p>
      <w:r>
        <w:br/>
        <w:t>Бабушка тільки плечима здвигнула.</w:t>
      </w:r>
    </w:p>
    <w:p>
      <w:r>
        <w:br/>
        <w:t>Молода ж пані потрошечки їла кутю й говорила:</w:t>
      </w:r>
    </w:p>
    <w:p>
      <w:r>
        <w:br/>
        <w:t>— Сама звичайна кутя! Та інакшою вона й не може бути; зовсім така, як і у нас було варять.</w:t>
      </w:r>
    </w:p>
    <w:p>
      <w:r>
        <w:br/>
        <w:t>Тут уже вмішався й чоловік, пан господар: —— Ну, як у нас варилося, так ти знала, що все ж таки чисто, а тут — бог знає що!</w:t>
      </w:r>
    </w:p>
    <w:p>
      <w:r>
        <w:br/>
        <w:t>— І тут нічого не може бути нечистого,— правила пані; однак їсти перестала, тільки розгрібала кутю ложкою...</w:t>
      </w:r>
    </w:p>
    <w:p>
      <w:r>
        <w:br/>
        <w:t>Тут діти й собі стали намагатися, щоб мати й їм дала "своєї" куті.</w:t>
      </w:r>
    </w:p>
    <w:p>
      <w:r>
        <w:br/>
        <w:t>— Боже мій! — покликнула бабушка.— Та не давайте ж хоч дітям сієї пакості!</w:t>
      </w:r>
    </w:p>
    <w:p>
      <w:r>
        <w:br/>
        <w:t>— Якої пакості? Чому їм не дать самої звичайної каші? — сперечалась молода пані.</w:t>
      </w:r>
    </w:p>
    <w:p>
      <w:r>
        <w:br/>
        <w:t>— Ні-ні, прошу тебе, сього не роби! — гукнув знов і пан.— Що за охота травити дітей?</w:t>
      </w:r>
    </w:p>
    <w:p>
      <w:r>
        <w:br/>
        <w:t>— Травити? — усміхнулась пані.</w:t>
      </w:r>
    </w:p>
    <w:p>
      <w:r>
        <w:br/>
        <w:t>— Звісно, травити. Там, може, повно яких бацил! Може, яка-небудь сама настояща зараза!</w:t>
      </w:r>
    </w:p>
    <w:p>
      <w:r>
        <w:br/>
        <w:t>— Вибачайте ласкаво,— вмішався і офіцер, що сидів поруч із молодою панею,— можна поцікавитись?..— Він посунув до себе горщичок із кутею, заглянув у його, понюхав, потім разом осторонився.— Ох, ні! — покликнув, скривившись.— Не можна!., чимсь таким душить!</w:t>
      </w:r>
    </w:p>
    <w:p>
      <w:r>
        <w:br/>
        <w:t>— Мужиччиною? — спитала жартливо пані гостя.</w:t>
      </w:r>
    </w:p>
    <w:p>
      <w:r>
        <w:br/>
        <w:t>— Ха-ха-ха! — реготав офіцер.— Іменно, іменно, мужиччиною!..</w:t>
      </w:r>
    </w:p>
    <w:p>
      <w:r>
        <w:br/>
        <w:t>Не вспів він те сказать, як сталося щось дивне: щось мелькнуло перед очима, свиснуло, брязнуло, вибило чарку з рук в офіцера.</w:t>
      </w:r>
    </w:p>
    <w:p>
      <w:r>
        <w:br/>
        <w:t>— Ах!! — скрикнули панії.</w:t>
      </w:r>
    </w:p>
    <w:p>
      <w:r>
        <w:br/>
        <w:t>"Стріляють!!" — подумали й пани, і всі мимоволі пригнулися до стола.</w:t>
      </w:r>
    </w:p>
    <w:p>
      <w:r>
        <w:br/>
        <w:t>А тут знов — грюк! брязь! Полетіла шибка з вікна. Тут уже всі кинулися з-за стола врозтіч!</w:t>
      </w:r>
    </w:p>
    <w:p>
      <w:r>
        <w:br/>
        <w:t>— Стріляють!., б'ють!! Рятуйте!! — репетувала гостя, пані поміщиця, біжачи до слуг.</w:t>
      </w:r>
    </w:p>
    <w:p>
      <w:r>
        <w:br/>
        <w:t>Інші кинулись у другий бік, у світлицю.</w:t>
      </w:r>
    </w:p>
    <w:p>
      <w:r>
        <w:br/>
        <w:t>Бабушка випросталася з свого крісла після всіх, зачепила, вилізаючи, край скатерті й звалила додолу скілька тарілок та чарок — так все й брязнуло!</w:t>
      </w:r>
    </w:p>
    <w:p>
      <w:r>
        <w:br/>
        <w:t>Почувши той брязкіт у столовій, ті, котрі були в світлиці, подумали, що розбійники вже б'ють у покоях, і кинулись куди очі.</w:t>
      </w:r>
    </w:p>
    <w:p>
      <w:r>
        <w:br/>
        <w:t>Слуги ж кинулись у покої,</w:t>
      </w:r>
    </w:p>
    <w:p>
      <w:r>
        <w:br/>
        <w:t>— Та що ж се таке було?.. Ніде нікого нема! — гукнув хтось.</w:t>
      </w:r>
    </w:p>
    <w:p>
      <w:r>
        <w:br/>
        <w:t>Потроху ті, що були ближче, почали зазирати в столову. Пан господар оглянув вікно; в вікні теліпалася неза-щепнена кватирка з розбитою шибкою.</w:t>
      </w:r>
    </w:p>
    <w:p>
      <w:r>
        <w:br/>
        <w:t>Пан дивився в вікно.</w:t>
      </w:r>
    </w:p>
    <w:p>
      <w:r>
        <w:br/>
        <w:t>— Нікогісінько нема! — промовив він, дивуючись. Всі зібралися знов у столову.</w:t>
      </w:r>
    </w:p>
    <w:p>
      <w:r>
        <w:br/>
        <w:t>— Що се було?? Як се було? — питали" один одного.</w:t>
      </w:r>
    </w:p>
    <w:p>
      <w:r>
        <w:br/>
        <w:t>— Панове! — гукнув одразу слідователь.— Дивіться! Ось на столі, біля розбитої склянки, лежить п'ятак!..</w:t>
      </w:r>
    </w:p>
    <w:p>
      <w:r>
        <w:br/>
        <w:t>— П'ятак?..</w:t>
      </w:r>
    </w:p>
    <w:p>
      <w:r>
        <w:br/>
        <w:t>— Еге. Ось, бачите ж.</w:t>
      </w:r>
    </w:p>
    <w:p>
      <w:r>
        <w:br/>
        <w:t>— Дивись! — мовив пан господар до жінки.— Се ж, здається, той п'ятак, що я дав для того... хлопця, такий самий, новий...</w:t>
      </w:r>
    </w:p>
    <w:p>
      <w:r>
        <w:br/>
        <w:t>— Такий...— одказала пані й озирнулася на кватирку... Значить, кватирку тоді, після чаду од сосонки, не защепнули..</w:t>
      </w:r>
    </w:p>
    <w:p>
      <w:r>
        <w:br/>
        <w:t>— Може бути, що се той самий п'ятак...— тихо проказала пані.</w:t>
      </w:r>
    </w:p>
    <w:p>
      <w:r>
        <w:br/>
        <w:t>— А! — вдався до неї пан офіцер.— Так се ваш прекрасний хрещеник таку штуку утяв?! Спасибі за таку при-ятність! — Брязнув острогами й одвернувся.</w:t>
      </w:r>
    </w:p>
    <w:p>
      <w:r>
        <w:br/>
        <w:t>Всі заговорили разом: та що, та як, що саме було і як воно все могло статись.</w:t>
      </w:r>
    </w:p>
    <w:p>
      <w:r>
        <w:br/>
        <w:t>Інші стояли, інші присаджувалися до столу. Ладу не було. Ніхто теж не вважав, що у пань було зовсім розкудовчене, позбиване набік оте штучно вивершене волосся;, не вважали, що у панів убрання було в крейді чи в глині, немовби вони лазили десь по кутках. Ніхто не завважив і того, що бабушки зовсім не було в гурті. Манька пак привела її з кухні попід руки й положила в постіль. (Тепер кдючниця розтирала бабушці ноги мурашковим спиртом, а вона нюхала якусь аптечну гостру сіль, бо все неначе умлівала.)</w:t>
      </w:r>
    </w:p>
    <w:p>
      <w:r>
        <w:br/>
        <w:t>Одначе Лаврентій, бачивши, що всі інші пани сяк-так зібралися знов докупи, при столі, підійшов до пані господині й спитав:</w:t>
      </w:r>
    </w:p>
    <w:p>
      <w:r>
        <w:br/>
        <w:t>— Чи подавати компот, що мав бути замість узвару? Пані тільки рукою махнула: мовляв, який уже там компот!..</w:t>
      </w:r>
    </w:p>
    <w:p>
      <w:r>
        <w:br/>
        <w:t>V</w:t>
      </w:r>
    </w:p>
    <w:p>
      <w:r>
        <w:br/>
        <w:t>Розгніваний ішов Омелько додому.</w:t>
      </w:r>
    </w:p>
    <w:p>
      <w:r>
        <w:br/>
        <w:t>"Подлі вони, лихі,— думало хлоп'я,— осміяли, назнущалися! Регочуться! А чого? Ми з їх не регочемось! Адже як пані прийшла до нас, то мати не знали, куди й посадить, і вітали, й приймали, давали дітям і оріхів, і меду, що дід принесли... А вони в себе тілько сміються та лаються. А ми ж не сміємося? Може, й нам було смішно тоді на Великдень, що в панночки на голові зовсім мовби соняшник був начеплений, а в панича штанці по коліна, чобітки по кісточки, а литки голі, так і світить ними! Та ми ж не сміялися? А вони регочуть! І куті нашої не хотіли їсти, кажуть — воняє. Самі вони вонючі!"</w:t>
      </w:r>
    </w:p>
    <w:p>
      <w:r>
        <w:br/>
        <w:t>Прийшовши додому та ввійшовши в хату, Омелько поставив кошика і почав шпарко роздягатись.</w:t>
      </w:r>
    </w:p>
    <w:p>
      <w:r>
        <w:br/>
        <w:t>Баба Явдоха вже була на печі, Хведір теж лежав на полу, тільки Оксеня шпорталася ще по хаті, либонь, дожидала Омелька.</w:t>
      </w:r>
    </w:p>
    <w:p>
      <w:r>
        <w:br/>
        <w:t>Вона зараз же постерегла, що він якийсь понурий, одначе привітненько озвалась до нього:</w:t>
      </w:r>
    </w:p>
    <w:p>
      <w:r>
        <w:br/>
        <w:t>— А, се ти, Омельку?</w:t>
      </w:r>
    </w:p>
    <w:p>
      <w:r>
        <w:br/>
        <w:t>А він, замість одповіді, одразу почав дорікати.</w:t>
      </w:r>
    </w:p>
    <w:p>
      <w:r>
        <w:br/>
        <w:t>— Нащо ви мене послали до панів? Я більше ніколи до їх не піду! Нехай вони виказяться! — так говорив хлопчик, а в голосі аж сльози тремтіли, от-от заплаче.</w:t>
      </w:r>
    </w:p>
    <w:p>
      <w:r>
        <w:br/>
        <w:t>— Що ж там таке було? — несміло спитала мати.</w:t>
      </w:r>
    </w:p>
    <w:p>
      <w:r>
        <w:br/>
        <w:t>— Вони тілько сміялися з мене і з усього нашого! Пані покликала в горниці, я оддав вечерю, а вони обступили та все регочуть, що не скажеш. А ще один нахвалявся бить мого хрещеного батька. Потім я бачив у вікно, як вони вечеряли, а нашої куті не дали й дітям, і на хрещену матір напалися, що покуштувала, сказали, що ваша кутя вонюча, що в їй щось погане є!..</w:t>
      </w:r>
    </w:p>
    <w:p>
      <w:r>
        <w:br/>
        <w:t>— Оце, боже мій! — вкинула Оксеня.</w:t>
      </w:r>
    </w:p>
    <w:p>
      <w:r>
        <w:br/>
        <w:t>— Ну, я ж казав!..— озвався й Хведір з полу.</w:t>
      </w:r>
    </w:p>
    <w:p>
      <w:r>
        <w:br/>
        <w:t>— Господи милостивий! — проказала й баба з печі.</w:t>
      </w:r>
    </w:p>
    <w:p>
      <w:r>
        <w:br/>
        <w:t>— Еге! господи милостивий! А ви ж правили, що таки ж треба панам посилать вечерю, думали, що там Омелька за гостя прийматимуть! — докоряв Хведір тещі.</w:t>
      </w:r>
    </w:p>
    <w:p>
      <w:r>
        <w:br/>
        <w:t>Його перебив Омелько:</w:t>
      </w:r>
    </w:p>
    <w:p>
      <w:r>
        <w:br/>
        <w:t>— Не хочу я їх приймання! Пані була дала мені п'ятака, а я взяв потім та й пошпурив їм того п'ятака крізь вікно, у кватирку! Нехай вони задавляться ним, коли вони знущаються з нас! Я не піду до неї більше, я тілько до хрещеного</w:t>
      </w:r>
    </w:p>
    <w:p>
      <w:r>
        <w:br/>
        <w:t>батька носитиму вечерю! Він, бідний, сидить там... а вони кажуть, що його треба ще нагайкою бити! Хлопчик почав плакати.</w:t>
      </w:r>
    </w:p>
    <w:p>
      <w:r>
        <w:br/>
        <w:t>— Годі, синку! Годі, моя дитино! — умовляла його мати, хоть у самої були сльози в очах.— Ну, що ж робить!! Бог :і ними... А ти не плач і не кляни: гріх...</w:t>
      </w:r>
    </w:p>
    <w:p>
      <w:r>
        <w:br/>
        <w:t>— Я їх ще й битиму, як виросту! — правив своє хлопчик.</w:t>
      </w:r>
    </w:p>
    <w:p>
      <w:r>
        <w:br/>
        <w:t>— Годі, моя дитино, не кажи такого!.. Поки ти виростеш, то, може, буде вже іначе. Хіба ж таки довіку не буде правди на світі? Та вона ж таки колись настане!</w:t>
      </w:r>
    </w:p>
    <w:p>
      <w:r>
        <w:br/>
        <w:t>Хлоп'я потроху заспокоїлось: материна рука голубила його, а материні слова вливали в його дитячу душу надію, що таки настане колись правда на світі!..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Збентежена вечеря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