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Завтра, завтра, завтра і так далі...</w:t>
      </w:r>
    </w:p>
    <w:p>
      <w:r>
        <w:br/>
        <w:t xml:space="preserve"> &lt;p&gt;&lt;strong&gt;Подається російською мовою&lt;/strong&gt;</w:t>
      </w:r>
    </w:p>
    <w:p>
      <w:r>
        <w:br/>
        <w:t>Tomorrow and tomorrow so forth...[1]</w:t>
      </w:r>
    </w:p>
    <w:p>
      <w:r>
        <w:br/>
        <w:t>Одиннадцатый "Д", как бурлящий водоворот, с шумом ворвался в класс. Ощутив необыкновенное возбуждение школьников, Марк Проссер решил: будет дождь. Он уже три года преподавал в средней школе, а ученики по-прежнему удивляли его. Поразительно чуткие зверушки, они так точно реагировали на малейшее колебание барометра.</w:t>
      </w:r>
    </w:p>
    <w:p>
      <w:r>
        <w:br/>
        <w:t>Брут Янг замешкался в дверях. Коротышка Барри Снайдер хихикал где-то под его локтем. Деланый смешок Барри взметнулся и сник, будто погрузился в глубины страшной тайны, которая будет еще долго смаковаться, затем смешок взвился ракетой, возвещая, что у него, коротышки Барри, был общий секрет с защитником из сборной школы. Барри лелеял свое положение шута при Бруте, а защитник не обращал на Барри никакого внимания: вывернув шею, он высматривал кого-то за дверью. Но и его увлек поток напиравших сзади, как он ни сопротивлялся…</w:t>
      </w:r>
    </w:p>
    <w:p>
      <w:r>
        <w:br/>
        <w:t>Прямо на глазах у мистера Проссера, подобно убийству, запечатленному на фризе, изображающем жития королей и королев, кто-то пырнул девочку карандашом. Она мужественно проигнорировала нападение на свою персону. Чья-то рука выдернула подол рубашки из штанов Джеффри Лангера – очень способного ученика. Джеффри стоял в нерешительности, не зная, отделаться ли смешком или с гневом постоять за себя, и наконец решился на слабый, неопределенный жест, сохраняя при этом что-то вроде надменного вида, напомнившего Проссеру о минутах, когда, бывало, его самого сковывало такое же чувство нерешительности. Блеск цепочек от ключей и острые углы загнутых манжет извергали заряды электричества, генерировать которые обычная погода никак не могла.</w:t>
      </w:r>
    </w:p>
    <w:p>
      <w:r>
        <w:br/>
        <w:t>Марк Проссер подумал, придет ли Глория Ангстром в своей алой кофточке с очень короткими рукавами. Иллюзия обнаженности волновала его: вид двух ласкаемых воздухом безмятежных рук на фоне мягкой ангорской шерсти чем-то напоминал белизну бедер.</w:t>
      </w:r>
    </w:p>
    <w:p>
      <w:r>
        <w:br/>
        <w:t>Он не ошибся. Когда последний косяк одиннадцатиклассников ворвался в комнату, сквозь лес рук и голов ярко вспыхнуло алое, как тлеющий уголек, пятно.</w:t>
      </w:r>
    </w:p>
    <w:p>
      <w:r>
        <w:br/>
        <w:t>– Ну-с, усаживайтесь, да побыстрей, – сказал мистер Проссер. – Пора начинать.</w:t>
      </w:r>
    </w:p>
    <w:p>
      <w:r>
        <w:br/>
        <w:t>Большинство повиновалось, только Питер Форрестер, торчавший в середине группы, окружавшей Глорию, остановился с ней у дверей, он очень хотел не то рассмешить, не то поразить ее. Убедившись, что цель достигнута, он с удовлетворением откинул голову назад. Его оранжевого цвета волосы, с короткой челкой, вились мелкими кудряшками. Марк не любил рыжих мужчин с белесыми ресницами, кичливыми лицами, вылупленными глазами и самоуверенными ртами. Сам он был шатен.</w:t>
      </w:r>
    </w:p>
    <w:p>
      <w:r>
        <w:br/>
        <w:t>Когда Глория нарочито величавой походкой прошла и села на свое место, а Питер юркнул на свое, Проссер сказал:</w:t>
      </w:r>
    </w:p>
    <w:p>
      <w:r>
        <w:br/>
        <w:t>– Питер Форрестер!</w:t>
      </w:r>
    </w:p>
    <w:p>
      <w:r>
        <w:br/>
        <w:t>Отыскивая в книге нужные места, Питер поднялся и промямлил:</w:t>
      </w:r>
    </w:p>
    <w:p>
      <w:r>
        <w:br/>
        <w:t>– Да?</w:t>
      </w:r>
    </w:p>
    <w:p>
      <w:r>
        <w:br/>
        <w:t>– Будьте любезны, объясните классу смысл слов: "Завтра, завтра, завтра, – а дни ползут…"</w:t>
      </w:r>
    </w:p>
    <w:p>
      <w:r>
        <w:br/>
        <w:t>Питер взглянул на школьное издание "Макбета", лежавшее перед ним. На задних партах одна из туповатых девиц захихикала, предвкушая "цирк". Питер пользовался в классе популярностью у девчонок: в этом возрасте у них ума что у мухи.</w:t>
      </w:r>
    </w:p>
    <w:p>
      <w:r>
        <w:br/>
        <w:t>– Питер, – сказал мистер Проссер, – а книга должна быть закрытой. Ведь сегодня все учили этот отрывок наизусть, не так ли?</w:t>
      </w:r>
    </w:p>
    <w:p>
      <w:r>
        <w:br/>
        <w:t>Та же девица с задней парты взвизгнула от восторга. Глория положила перед собой открытую книгу так, чтобы было видно Питеру.</w:t>
      </w:r>
    </w:p>
    <w:p>
      <w:r>
        <w:br/>
        <w:t>Питер резко захлопнул свою и уставился в книгу Глории.</w:t>
      </w:r>
    </w:p>
    <w:p>
      <w:r>
        <w:br/>
        <w:t>– Да, пожалуй, – вымолвил он наконец, – что там сказано, то они и значат.</w:t>
      </w:r>
    </w:p>
    <w:p>
      <w:r>
        <w:br/>
        <w:t>– А именно?</w:t>
      </w:r>
    </w:p>
    <w:p>
      <w:r>
        <w:br/>
        <w:t>– Ну-у-у, что завтрашний день – это то, о чем мы часто думаем, что дни ползут, что слово "завтра" постоянно вкрадывается в наши разговоры. Без мыслей о завтрашнем дне мы бы не могли строить наши планы…</w:t>
      </w:r>
    </w:p>
    <w:p>
      <w:r>
        <w:br/>
        <w:t>– Так, так. Понятно. Иначе говоря, вы хотите сказать, что Макбет имеет в виду чисто календарную сторону жизни?</w:t>
      </w:r>
    </w:p>
    <w:p>
      <w:r>
        <w:br/>
        <w:t>Джеффри Лангер засмеялся – несомненно, чтобы польстить учителю. Марк и вправду на какое-то мгновение почувствовал удовлетворение. Потом до него дошло, что он работает на публику за счет ученика. Ведь в его интерпретации толкование Питера прозвучало еще глупей. Он дал было задний ход:</w:t>
      </w:r>
    </w:p>
    <w:p>
      <w:r>
        <w:br/>
        <w:t>– Я должен признать…</w:t>
      </w:r>
    </w:p>
    <w:p>
      <w:r>
        <w:br/>
        <w:t>Но Питер шел напролом. Рыжие никогда не умеют вовремя остановиться.</w:t>
      </w:r>
    </w:p>
    <w:p>
      <w:r>
        <w:br/>
        <w:t>– Макбет хотел сказать… что-то замечательное… что происходит у нас под носом, можно оценить, отбросив заботы о завтрашнем дне и живя лишь сегодняшним…</w:t>
      </w:r>
    </w:p>
    <w:p>
      <w:r>
        <w:br/>
        <w:t>Марк подумал и решил: нет, не стоит ехидничать.</w:t>
      </w:r>
    </w:p>
    <w:p>
      <w:r>
        <w:br/>
        <w:t>– Э-э, не отрицая той доли истины, – сказал он, – которая есть в ваших словах, Питер… Скажите, впрочем, насколько это вероятно, чтобы Макбет в той ситуации высказывал столь… – он не удержался, – лучезарные сантименты?</w:t>
      </w:r>
    </w:p>
    <w:p>
      <w:r>
        <w:br/>
        <w:t>Джеффри опять захохотал. У Питера побагровела шея; он в упор разглядывал пол. Глория взглянула на мистера Проссера с нескрываемым негодованием.</w:t>
      </w:r>
    </w:p>
    <w:p>
      <w:r>
        <w:br/>
        <w:t>Марк стал поспешно перестраиваться.</w:t>
      </w:r>
    </w:p>
    <w:p>
      <w:r>
        <w:br/>
        <w:t>– Пожалуйста, поймите меня правильно, – сказал он, обращаясь к Питеру. – Ведь и я не могу дать ответ на все вопросы. Но мне кажется, что весь монолог до слов "нет лишь смысла" выражает такую мысль: жизнь – это, как бы сказать точней, это сплошной обман. Замечательного, как видите, в этом ничего нет…</w:t>
      </w:r>
    </w:p>
    <w:p>
      <w:r>
        <w:br/>
        <w:t>– Неужели Шекспир действительно так считал? – спросил Джеффри Лангер, голос которого от волнения стал еще выше.</w:t>
      </w:r>
    </w:p>
    <w:p>
      <w:r>
        <w:br/>
        <w:t>В его вопросе Марк прочел то, что волновало его самого в юности: страшную истину, которая угадывалась лишь подсознательно. Посадив Питера на место, он посмотрел в окно на небо, которое становилось ровного стального цвета.</w:t>
      </w:r>
    </w:p>
    <w:p>
      <w:r>
        <w:br/>
        <w:t>– В творениях Шекспира, – медленно начал Марк Проссер, – много мрачного. Но нет, пожалуй, более мрачной пьесы, чем "Макбет". Атмосфера в ней гнетущая, пропитанная ядом. Как сказал один критик: все человечное гибнет в ней.</w:t>
      </w:r>
    </w:p>
    <w:p>
      <w:r>
        <w:br/>
        <w:t>Он сам вдруг почувствовал, что задыхается, и откашлялся.</w:t>
      </w:r>
    </w:p>
    <w:p>
      <w:r>
        <w:br/>
        <w:t>– В средний период своего творчества, – продолжал Марк, – Шекспир посвящал пьесы таким героям, как Гамлет, Отелло, Макбет. Людям, которые по вине общества, или из-за собственного неведения, или из-за каких-то своих незначительных пороков не смогли стать великими. Даже комедии, написанные в этот период, рассказывают о мире, в котором все плохо. Кажется, будто, взглянув в глубины жизни, сквозь то светлое, что он запечатлел в своих комедиях, Шекспир увидел там нечто ужасное, что испугало его. Так же, как когда-нибудь испугает вас…</w:t>
      </w:r>
    </w:p>
    <w:p>
      <w:r>
        <w:br/>
        <w:t>В поисках нужных слов он все время глядел на Глорию, сам не замечая этого. В смущении она кивала головой. Осознав это, он улыбнулся.</w:t>
      </w:r>
    </w:p>
    <w:p>
      <w:r>
        <w:br/>
        <w:t>Он старался говорить мягко, как бы смиренно…</w:t>
      </w:r>
    </w:p>
    <w:p>
      <w:r>
        <w:br/>
        <w:t>– Но затем, как мне кажется, Шекспир вновь ощутил, что все же она существует – эта всеискупающая правда! Его последние пьесы символичны и в общем безоблачны, словно ему удалось пробиться сквозь уродливую действительность в царство прекрасного. В этом смысле творчество Шекспира дает более исчерпывающее представление о жизни, чем творчество любого другого автора. Кроме, пожалуй, одного итальянского поэта по имени Данте, который создавал свои произведения за несколько веков до Шекспира…</w:t>
      </w:r>
    </w:p>
    <w:p>
      <w:r>
        <w:br/>
        <w:t>Он увлекся и ушел далеко от Макбета и его монолога. Ехидным учителям всегда доставляло удовольствие рассказывать ему, что ребята нарочно втягивают его в разглагольствования. Он взглянул на Джеффри. С безразличным видом мальчик рисовал в своем блокноте какие-то каракули. Мистер Проссер закончил так:</w:t>
      </w:r>
    </w:p>
    <w:p>
      <w:r>
        <w:br/>
        <w:t>– Последняя пьеса, написанная Шекспиром, – это необыкновенная поэма под названием "Буря"[2]. Возможно, кто-нибудь захочет подготовить по ней доклад к нашему следующему уроку по домашнему чтению, к десятому мая. Вещь небольшая…</w:t>
      </w:r>
    </w:p>
    <w:p>
      <w:r>
        <w:br/>
        <w:t>В классе царило веселье. Барри Снайдер обстреливал доску дробью, при этом поглядывая на Брута Янга – оценит или нет?</w:t>
      </w:r>
    </w:p>
    <w:p>
      <w:r>
        <w:br/>
        <w:t>– Еще выстрел, Барри, – сказал Марк Проссер, – и за дверь!</w:t>
      </w:r>
    </w:p>
    <w:p>
      <w:r>
        <w:br/>
        <w:t>Барри покраснел, пытаясь за довольно глупой улыбкой скрыть искреннее смущение, не спуская, впрочем, взгляда с Брута. Девица, что сидела на последней парте, красила губы.</w:t>
      </w:r>
    </w:p>
    <w:p>
      <w:r>
        <w:br/>
        <w:t>– Алиса, уберите это, – сказал Проссер, – вы не в косметическом кабинете!</w:t>
      </w:r>
    </w:p>
    <w:p>
      <w:r>
        <w:br/>
        <w:t>Сежак, польский мальчик, тот, что работал по ночам, спал. Его щека, прижатая к парте, побелела, а губы обвисли. Первым побуждением Марка Проссера было не трогать его. Однако, как ему показалось, это было продиктовано не искренней добротой, а самолюбованием: этакая добренькая поза, в которой он иногда заставал сам себя. И, кроме того, одно нарушение дисциплины повлекло бы за собой другое. Он медленно подошел к парте, где сидел Сежак, и потрепал его по плечу. Мальчик проснулся.</w:t>
      </w:r>
    </w:p>
    <w:p>
      <w:r>
        <w:br/>
        <w:t>На передних партах разрастался шум.</w:t>
      </w:r>
    </w:p>
    <w:p>
      <w:r>
        <w:br/>
        <w:t>Питер Форрестер шептал что-то Глории, пытаясь рассмешить ее. Но лицо девочки оставалось холодным и торжественным. Казалось, у нее в голове родилась какая-то мысль, казалось, слова Марка Проссера что-то пробудили в ней. Взяв себя в руки, Марк сказал:</w:t>
      </w:r>
    </w:p>
    <w:p>
      <w:r>
        <w:br/>
        <w:t>– Питер, судя по всему, вы что-то хотите сказать в подтверждение ваших теорий?</w:t>
      </w:r>
    </w:p>
    <w:p>
      <w:r>
        <w:br/>
        <w:t>Питер учтиво парировал:</w:t>
      </w:r>
    </w:p>
    <w:p>
      <w:r>
        <w:br/>
        <w:t>– Нет, сэр. Честно говоря, я не понял монолога. Простите, сэр, что же все-таки он означает?</w:t>
      </w:r>
    </w:p>
    <w:p>
      <w:r>
        <w:br/>
        <w:t>Столь странная просьба и простодушное признание потрясли класс. Светлые, круглые лица, полные желания в конце концов понять монолог, обратились к Марку. Он ответил:</w:t>
      </w:r>
    </w:p>
    <w:p>
      <w:r>
        <w:br/>
        <w:t>– Не знаю. Я надеялся, что мне об этом расскажете вы…</w:t>
      </w:r>
    </w:p>
    <w:p>
      <w:r>
        <w:br/>
        <w:t>В колледже подобное заявление, сделанное профессором, прозвучало бы весьма эффектно. Публичное самосожжение профессора во имя творческого сближения преподавателя и студента, совершенное с такой помпой, произвело бы большое впечатление на группу. Однако для 11-го "Д" невежество учителя словно дыра в крыше, непорядок. Казалось, будто Марк одним движением руки разрубил сорок туго натянутых нитей, с помощью которых он держал на привязи сорок лиц. Головы завертелись, глаза опустились, зажужжали голоса.</w:t>
      </w:r>
    </w:p>
    <w:p>
      <w:r>
        <w:br/>
        <w:t>– Тише! – крикнул Проссер. – Я обращаюсь ко всем. Поэзия – это вам не арифметика. В ней не существует однозначных ответов. Я не желаю вам навязывать свое мнение, я здесь не для этого…</w:t>
      </w:r>
    </w:p>
    <w:p>
      <w:r>
        <w:br/>
        <w:t>Безмолвный вопрос: "А зачем же ты здесь?" повис в воздухе.</w:t>
      </w:r>
    </w:p>
    <w:p>
      <w:r>
        <w:br/>
        <w:t>– Я здесь, – сказал он, – затем, чтобы научить вас думать.</w:t>
      </w:r>
    </w:p>
    <w:p>
      <w:r>
        <w:br/>
        <w:t>Поверили они ему или нет, было неясно, но так или иначе немного успокоились. Марк решил, что теперь он может вновь войти в свою роль: "я тоже человек". Усевшись на край парты, он начал дружески, доверительно:</w:t>
      </w:r>
    </w:p>
    <w:p>
      <w:r>
        <w:br/>
        <w:t>– Ну, по-честному, неужели ни у одного из вас нет каких-то своих мыслей по поводу этих строчек, которыми вы бы хотели поделиться с классом, со мной?</w:t>
      </w:r>
    </w:p>
    <w:p>
      <w:r>
        <w:br/>
        <w:t>Чья-то рука со скомканным платком в цветочках неуверенно потянулась вверх.</w:t>
      </w:r>
    </w:p>
    <w:p>
      <w:r>
        <w:br/>
        <w:t>– Выкладывай, Тереза, – сказал Проссер, – валяй!</w:t>
      </w:r>
    </w:p>
    <w:p>
      <w:r>
        <w:br/>
        <w:t>Тереза была робкой и запуганной девицей.</w:t>
      </w:r>
    </w:p>
    <w:p>
      <w:r>
        <w:br/>
        <w:t>– Они напоминают мне тени от облаков!</w:t>
      </w:r>
    </w:p>
    <w:p>
      <w:r>
        <w:br/>
        <w:t>Джеффри Лангер засмеялся.</w:t>
      </w:r>
    </w:p>
    <w:p>
      <w:r>
        <w:br/>
        <w:t>– Веди себя прилично, Джеффри, – тихо сказал Марк Проссер, а затем во всеуслышание: – Благодарю, Тереза! Мне кажется это интересным и ценным наблюдением. В движении облаков действительно есть нечто медленное и монотонное, что ритмикой вызывает у нас ассоциацию со строкой "завтра, завтра, завтра…". А вот интересно, вам не кажется, что эта строка серого цвета?</w:t>
      </w:r>
    </w:p>
    <w:p>
      <w:r>
        <w:br/>
        <w:t>Не было ни согласившихся, ни возразивших. А за окнами быстро сгущались настоящие облака. Блуждающие солнечные пятна проникли в класс. Грациозно поднятая над головой рука Глории покрылась золотом.</w:t>
      </w:r>
    </w:p>
    <w:p>
      <w:r>
        <w:br/>
        <w:t>– Глория, – вызвал ее Проссер.</w:t>
      </w:r>
    </w:p>
    <w:p>
      <w:r>
        <w:br/>
        <w:t>Она отвела свой взор от чего-то, что лежало на парте. Лицо ее залилось краской.</w:t>
      </w:r>
    </w:p>
    <w:p>
      <w:r>
        <w:br/>
        <w:t>– А мне кажется, Тереза очень здорово сказала, – произнесла она, глядя в сторону Джеффри Лангера. Джеффри фыркнул вызывающе. – А еще я хотела спросить: почему так сказано – "дни ползут"?</w:t>
      </w:r>
    </w:p>
    <w:p>
      <w:r>
        <w:br/>
        <w:t>– Словом "ползут" Шекспир хотел подчеркнуть обыденный смысл повседневной жизни, ну, скажем, такой, какую ведет бухгалтер, или клерк в банке, или учитель, – сказал Марк, улыбаясь.</w:t>
      </w:r>
    </w:p>
    <w:p>
      <w:r>
        <w:br/>
        <w:t>Она не ответила на его улыбку. Беспокойные морщинки испещрили ее прекрасный лоб.</w:t>
      </w:r>
    </w:p>
    <w:p>
      <w:r>
        <w:br/>
        <w:t>– Но ведь Макбет дрался в войнах, убивал королей, да и сам он был королем. И все такое… – сказала она.</w:t>
      </w:r>
    </w:p>
    <w:p>
      <w:r>
        <w:br/>
        <w:t>– Да, но именно эти свои действия Макбет клеймит, говоря, что в них нет смысла. Понимаете?</w:t>
      </w:r>
    </w:p>
    <w:p>
      <w:r>
        <w:br/>
        <w:t>Глория покачала головой:</w:t>
      </w:r>
    </w:p>
    <w:p>
      <w:r>
        <w:br/>
        <w:t>– И потом, вот еще что меня смущает… Ну, вот скажите, разве это не глупо: идет битва, только что скончалась жена, а Макбет стоит и разговаривает сам с собой, и все такое…</w:t>
      </w:r>
    </w:p>
    <w:p>
      <w:r>
        <w:br/>
        <w:t>– Не думаю, Глория. Независимо от того, как быстро происходят события, мысль течет еще быстрей…</w:t>
      </w:r>
    </w:p>
    <w:p>
      <w:r>
        <w:br/>
        <w:t>Ответ был неубедителен. Это стало ясно всем и без Глории, которая, как бы размышляя про себя, но достаточно громко, чтобы услышал весь класс, сказала:</w:t>
      </w:r>
    </w:p>
    <w:p>
      <w:r>
        <w:br/>
        <w:t>– Все это как-то по-дурацки…</w:t>
      </w:r>
    </w:p>
    <w:p>
      <w:r>
        <w:br/>
        <w:t>Марк сжался под пронзительными взглядами учеников; они, казалось, видели его насквозь. Он взглянул на себя их глазами и вдруг понял, как нелепо он выглядел: в старомодных очках, руки в мелу, волосы разлохмачены, запутавшийся весь в своей литературе, где в трудные минуты король бормотал никому не понятные стихи… Только сейчас он неожиданно оценил их потрясающие терпение и доверчивость, было великодушно с их стороны, что они не подняли его на смех. Он опустил глаза и попытался стереть с пальцев мел. Воздух в классе казался процеженным, такая стояла неестественная тишина.</w:t>
      </w:r>
    </w:p>
    <w:p>
      <w:r>
        <w:br/>
        <w:t>– Уже много времени, – промолвил Марк наконец. – Начнем чтение отрывка, того, что вы учили наизусть. Бернард Ямилсон, начинайте.</w:t>
      </w:r>
    </w:p>
    <w:p>
      <w:r>
        <w:br/>
        <w:t>У Бернарда не все было в порядке с дикцией, и отрывок он начал так:</w:t>
      </w:r>
    </w:p>
    <w:p>
      <w:r>
        <w:br/>
        <w:t>– Завтва, завтва… завтва…</w:t>
      </w:r>
    </w:p>
    <w:p>
      <w:r>
        <w:br/>
        <w:t>Хорошо хоть класс изо всех сил сдерживался, чтобы не расхохотаться. Против имени Бернарда в журнале Проссер поставил "отлично". Он всегда ставил Бернарду за чтение "отлично". Правда, школьная медсестра уверяла, что дело не в органических дефектах речи, а в небрежности.</w:t>
      </w:r>
    </w:p>
    <w:p>
      <w:r>
        <w:br/>
        <w:t>Возможно, эта традиция и была жестокой, но так уж повелось в школе: читать выученные на память отрывки надо было у доски. Алиса, как только подошла ее очередь, была совершенно парализована первой же смешной рожей, которую скорчил ей Питер Форрестер. Марк, подержав ее с минуту у доски и видя, как лицо ее становится цвета спелой вишни, наконец сжалился.</w:t>
      </w:r>
    </w:p>
    <w:p>
      <w:r>
        <w:br/>
        <w:t>– Попробуете еще раз, позже, Алиса, – мягко сказал Марк.</w:t>
      </w:r>
    </w:p>
    <w:p>
      <w:r>
        <w:br/>
        <w:t>Многие в классе неплохо знали отрывок, хотя почему-то пропускали слова "мы последний слог и видим".</w:t>
      </w:r>
    </w:p>
    <w:p>
      <w:r>
        <w:br/>
        <w:t>Джеффри Лангер, как обычно, выпендривался, прерывая собственное чтение заумными вопросами:</w:t>
      </w:r>
    </w:p>
    <w:p>
      <w:r>
        <w:br/>
        <w:t>– …"Что все вчера лишь озаряли путь". Хм… Разве можно так сказать – "все" и "вчера"?</w:t>
      </w:r>
    </w:p>
    <w:p>
      <w:r>
        <w:br/>
        <w:t>– Можно. Слово "вчера" здесь используется образно, для создания впечатления прошлого. Продолжайте читать! Только без комментариев…</w:t>
      </w:r>
    </w:p>
    <w:p>
      <w:r>
        <w:br/>
        <w:t>Что все-е-е вчера лишь озаряли путь</w:t>
      </w:r>
    </w:p>
    <w:p>
      <w:r>
        <w:br/>
        <w:t>К могиле пыльной. Дотлевай, огарок!</w:t>
      </w:r>
    </w:p>
    <w:p>
      <w:r>
        <w:br/>
        <w:t>Жизнь – это только тень.</w:t>
      </w:r>
    </w:p>
    <w:p>
      <w:r>
        <w:br/>
        <w:t>– Да нет же, нет! – Проссер вскочил со стула. – Это поэзия, а у вас горячая каша во рту! Сделайте небольшую паузу после слова "пыльной"…</w:t>
      </w:r>
    </w:p>
    <w:p>
      <w:r>
        <w:br/>
        <w:t>На этот раз Джеффри был искренне удивлен. Даже Марк сам не мог понять причину своего раздражения. Пытаясь объяснить его себе, он на какое-то мгновение вспомнил глаза Глории, бросившей на Джеффри взгляд, полный возмущения. И тут он увидел себя в глупейшей роли рыцаря Глории в ее войне с этим смышленым мальчишкой. Марк примирительно вздохнул.</w:t>
      </w:r>
    </w:p>
    <w:p>
      <w:r>
        <w:br/>
        <w:t>– Поэзия состоит из строк, – начал он, поворачиваясь лицом к классу.</w:t>
      </w:r>
    </w:p>
    <w:p>
      <w:r>
        <w:br/>
        <w:t>Глория передала записку Питеру Форрестеру. Вот наглость! Писать записки в то время, как из-за нее достается парню. Марк перехватил записку. Он прочел ее про себя, но так, чтобы весь класс видел, хотя подобные меры воздействия презирал. В записке говорилось:</w:t>
      </w:r>
    </w:p>
    <w:p>
      <w:r>
        <w:br/>
        <w:t>"Пит! Ты насчет м-ра Проссера, пожалуй, не прав. Мне кажется, он – прелесть, и я очень много получаю от его занятий. В поэзии он как Бог в небесах. Мне даже кажется, что я его люблю. Да, люблю. Так что вот!"</w:t>
      </w:r>
    </w:p>
    <w:p>
      <w:r>
        <w:br/>
        <w:t>Проссер сложил записку и сунул ее в боковой карман.</w:t>
      </w:r>
    </w:p>
    <w:p>
      <w:r>
        <w:br/>
        <w:t>– Останьтесь после занятий, Глория, – сказал он, затем обратился к Джеффри: – Попробуем еще раз. Начните сначала…</w:t>
      </w:r>
    </w:p>
    <w:p>
      <w:r>
        <w:br/>
        <w:t>Пока мальчик читал отрывок, раздался звонок. Это был последний урок. Комната быстро опустела. В классе осталась лишь Глория.</w:t>
      </w:r>
    </w:p>
    <w:p>
      <w:r>
        <w:br/>
        <w:t>Он не заметил, когда именно начался дождь, но лило уже вовсю. Марк ходил по классу, закрывая палкой форточки и опуская занавески. Капли дождя отскакивали от его рук. Разговор с Глорией он начал решительным голосом. И решительный голос, и процедура закрывания форточек предназначались для того, чтобы защитить их обоих от смущения.</w:t>
      </w:r>
    </w:p>
    <w:p>
      <w:r>
        <w:br/>
        <w:t>– Так вот, насчет записок в классе…</w:t>
      </w:r>
    </w:p>
    <w:p>
      <w:r>
        <w:br/>
        <w:t>Глория точно застыла за своей партой в первом ряду. По тому, как она сидела, сложив обнаженные руки под грудью, ссутулясь, он понял – ей зябко.</w:t>
      </w:r>
    </w:p>
    <w:p>
      <w:r>
        <w:br/>
        <w:t>– Во-первых, мазюкать записки, когда говорит учитель, невоспитанно, – начал Марк, – а во-вторых, глупо писать то, что могло бы прозвучать не так дурацки, если бы это было сказано вслух…</w:t>
      </w:r>
    </w:p>
    <w:p>
      <w:r>
        <w:br/>
        <w:t>Он прислонил палку к стене и пошел к своему столу.</w:t>
      </w:r>
    </w:p>
    <w:p>
      <w:r>
        <w:br/>
        <w:t>– Теперь насчет любви. На примере этого слова можно показать, как мы опошляем наш язык. Сегодня, когда это слово мусолят кинозвезды и безголосые певички, священники и психиатры, оно просто означает весьма туманную привязанность к чему-либо. В этом смысле я "люблю" дождь, эту доску, эти парты, вас. Как видите, теперь оно ничего не значит… А ведь когда-то оно говорило о весьма определенных желаниях разделить все, что у тебя есть, с другим человеком. Пожалуй, пришла пора придумать новое слово. А когда вы его придумаете, мой вам совет – берегите его! Обращайтесь с ним так, как если бы вы знали, что его можно истратить лишь один раз. Сделайте это если не ради себя, то хотя бы ради языка…</w:t>
      </w:r>
    </w:p>
    <w:p>
      <w:r>
        <w:br/>
        <w:t>Он подошел к столу и кинул на него два карандаша, как бы говоря: "Вот и все".</w:t>
      </w:r>
    </w:p>
    <w:p>
      <w:r>
        <w:br/>
        <w:t>– Я очень сожалею, – сказала Глория.</w:t>
      </w:r>
    </w:p>
    <w:p>
      <w:r>
        <w:br/>
        <w:t>Несказанно удивленный мистер Проссер пролепетал:</w:t>
      </w:r>
    </w:p>
    <w:p>
      <w:r>
        <w:br/>
        <w:t>– Ну и зря…</w:t>
      </w:r>
    </w:p>
    <w:p>
      <w:r>
        <w:br/>
        <w:t>– Но вы не поняли!</w:t>
      </w:r>
    </w:p>
    <w:p>
      <w:r>
        <w:br/>
        <w:t>– Очевидно! И, вероятно, никогда не понимал. В вашем возрасте я был такой, как Джеффри Лангер…</w:t>
      </w:r>
    </w:p>
    <w:p>
      <w:r>
        <w:br/>
        <w:t>– Не могли вы таким быть. Спорить могу. – Девочка почти плакала, он был в этом уверен.</w:t>
      </w:r>
    </w:p>
    <w:p>
      <w:r>
        <w:br/>
        <w:t>– Ну и будет, будет, Глория. Беги! Забудем об этом…</w:t>
      </w:r>
    </w:p>
    <w:p>
      <w:r>
        <w:br/>
        <w:t>Медленно собрав книги, прижав их обнаженной рукой к груди, Глория вышла из класса. Она шла такой унылой, такой характерной для девочки-подростка шаркающей походкой, что ее бедра, казалось, проплыли над партами.</w:t>
      </w:r>
    </w:p>
    <w:p>
      <w:r>
        <w:br/>
        <w:t>"Что нужно этим ребятам? – спрашивал себя Марк. – Чего они ищут? Скольжения, – решил он. – Научиться жить без трения, скользя. Скользить по жизни всегда ритмично, ничего не принимая близко к сердцу. Крутятся под тобой колесики, а ты, собственно, никуда и не едешь. Если существуют небесные кущи, то там, наверное, вот так и будет. Хм… "В поэзии он как Бог в небесах". Любят они это слово. "Небеса" эти почти во всех их песнях…"</w:t>
      </w:r>
    </w:p>
    <w:p>
      <w:r>
        <w:br/>
        <w:t>– Боже! Стоит и мурлыкает!</w:t>
      </w:r>
    </w:p>
    <w:p>
      <w:r>
        <w:br/>
        <w:t>Марк не заметил, как вошел в класс Странк, учитель физкультуры. Уходя, Глория оставила открытую настежь дверь.</w:t>
      </w:r>
    </w:p>
    <w:p>
      <w:r>
        <w:br/>
        <w:t>– А-а-а, – сказал Марк, – падший ангел!</w:t>
      </w:r>
    </w:p>
    <w:p>
      <w:r>
        <w:br/>
        <w:t>– Боже, Марк, куда это ты вознесся?</w:t>
      </w:r>
    </w:p>
    <w:p>
      <w:r>
        <w:br/>
        <w:t>– В небеса. И не вознесся. Я всегда как бы там. Не понимаю, почему ты меня недооцениваешь…</w:t>
      </w:r>
    </w:p>
    <w:p>
      <w:r>
        <w:br/>
        <w:t>– Да-а, слушай-ка! – воскликнул Странк, как всегда распираемый сплетнями. – Ты насчет Мэркисона слыхал?</w:t>
      </w:r>
    </w:p>
    <w:p>
      <w:r>
        <w:br/>
        <w:t>– Нет, – ответил Марк, подражая манере Странка.</w:t>
      </w:r>
    </w:p>
    <w:p>
      <w:r>
        <w:br/>
        <w:t>– Ну и спустили же с него штаны сегодня!</w:t>
      </w:r>
    </w:p>
    <w:p>
      <w:r>
        <w:br/>
        <w:t>– Да ну!</w:t>
      </w:r>
    </w:p>
    <w:p>
      <w:r>
        <w:br/>
        <w:t>Как обычно, Странк расхохотался еще до того, как рассказал очередную историю.</w:t>
      </w:r>
    </w:p>
    <w:p>
      <w:r>
        <w:br/>
        <w:t>– Ты ведь знаешь, каким дьявольским сердцеедом он себя считает!</w:t>
      </w:r>
    </w:p>
    <w:p>
      <w:r>
        <w:br/>
        <w:t>– Еще бы! – сказал Марк, хотя знал, что Странк говорит это о каждом преподавателе.</w:t>
      </w:r>
    </w:p>
    <w:p>
      <w:r>
        <w:br/>
        <w:t>– Глория Ангстром у тебя, да?</w:t>
      </w:r>
    </w:p>
    <w:p>
      <w:r>
        <w:br/>
        <w:t>– Конечно.</w:t>
      </w:r>
    </w:p>
    <w:p>
      <w:r>
        <w:br/>
        <w:t>– Ну так вот, сегодня утром Мэрки перехватывает записку, которую она написала, а в записке говорится, что она считает его чертовски интересным парнем и что она его любит…</w:t>
      </w:r>
    </w:p>
    <w:p>
      <w:r>
        <w:br/>
        <w:t>Странк помолчал, ожидая, что Марк что-нибудь скажет. Он тоже молчал. Тогда он продолжал:</w:t>
      </w:r>
    </w:p>
    <w:p>
      <w:r>
        <w:br/>
        <w:t>– Он был в таком восторге, что от него аж пар шел… Но… слушай дальше… То же самое произошло вчера с Фрайбергом на истории! – Странк расхохотался и хрустнул пальцами. – Девка слишком тупа, чтобы самой придумать такое. Мы все считаем, что это затея Питера Форрестера…</w:t>
      </w:r>
    </w:p>
    <w:p>
      <w:r>
        <w:br/>
        <w:t>– Возможно, – согласился Марк.</w:t>
      </w:r>
    </w:p>
    <w:p>
      <w:r>
        <w:br/>
        <w:t>Странк проводил его до учительской, на ходу описывая выражение на лице Мэркисона, когда Фрайберг (без всякой задней мысли, учти!) рассказал о происшедшем…</w:t>
      </w:r>
    </w:p>
    <w:p>
      <w:r>
        <w:br/>
        <w:t>Марк набрал шифр на замке своей кабинки.</w:t>
      </w:r>
    </w:p>
    <w:p>
      <w:r>
        <w:br/>
        <w:t>– Извини меня, Дэйв, – сказал он. – Меня в городе жена ждет…</w:t>
      </w:r>
    </w:p>
    <w:p>
      <w:r>
        <w:br/>
        <w:t>Странк был чересчур толстокож, чтобы уловить неприязнь в голосе Марка.</w:t>
      </w:r>
    </w:p>
    <w:p>
      <w:r>
        <w:br/>
        <w:t>– А мне надо топать в спортзал, – сообщил он. – Маменькиных крошек не положено вести сегодня на воздух: дождь идет, того и гляди мамочки начнут писать ругательские записки учителю…</w:t>
      </w:r>
    </w:p>
    <w:p>
      <w:r>
        <w:br/>
        <w:t>Все той же гусиной походкой он направился к спортзалу. Затем, обернувшись в конце коридора, крикнул:</w:t>
      </w:r>
    </w:p>
    <w:p>
      <w:r>
        <w:br/>
        <w:t>– Только ты не говори сам-знаешь-кому!</w:t>
      </w:r>
    </w:p>
    <w:p>
      <w:r>
        <w:br/>
        <w:t>Марк Проссер взял из кабинки пальто и натянул его, затем надел шляпу, влез в галоши, при этом больно придавив указательный палец, и снял зонтик с крючка. Он хотел раскрыть его прямо там, в пустом холле, шутки ради, но потом передумал.</w:t>
      </w:r>
    </w:p>
    <w:p>
      <w:r>
        <w:br/>
        <w:t>А девчонка почти плакала. В этом он был уверен.</w:t>
      </w:r>
    </w:p>
    <w:p>
      <w:r>
        <w:br/>
        <w:t>Примітки</w:t>
      </w:r>
    </w:p>
    <w:p>
      <w:r>
        <w:br/>
        <w:t>1</w:t>
      </w:r>
    </w:p>
    <w:p>
      <w:r>
        <w:br/>
        <w:t>Заглавие рассказа – цитата из трагедии Шекспира "Макбет" (V, 5, 19).</w:t>
      </w:r>
    </w:p>
    <w:p>
      <w:r>
        <w:br/>
        <w:t>2</w:t>
      </w:r>
    </w:p>
    <w:p>
      <w:r>
        <w:br/>
        <w:t>"Буря" (1612) – одна из поздних пьес Шекспира.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Завтра, завтра, завтра і так далі...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