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Завойовники</w:t>
      </w:r>
    </w:p>
    <w:p>
      <w:r>
        <w:br/>
        <w:t xml:space="preserve"> Мов зграю сторожких над падлом шуляків,&lt;br /&gt;</w:t>
        <w:br/>
        <w:t>Яким докучили біда і безнадія,-&lt;br /&gt;</w:t>
        <w:br/>
        <w:t>З Палoса рідного так поривала мрія&lt;br /&gt;</w:t>
        <w:br/>
        <w:t>Неситих, сміливих і хижих моряків.</w:t>
      </w:r>
    </w:p>
    <w:p>
      <w:r>
        <w:br/>
        <w:t>Їх вабили скарби далеких берегів,&lt;br /&gt;</w:t>
        <w:br/>
        <w:t>Де щире золото в підземних жилах спіє,&lt;br /&gt;</w:t>
        <w:br/>
        <w:t>I під пасатами їх щогли віковії&lt;br /&gt;</w:t>
        <w:br/>
        <w:t>Хилились наперед до західних світів.</w:t>
      </w:r>
    </w:p>
    <w:p>
      <w:r>
        <w:br/>
        <w:t>В чеканні славних діл і вчинків героїчних&lt;br /&gt;</w:t>
        <w:br/>
        <w:t>Фосфорно-осяйна блакить морів тропічних&lt;br /&gt;</w:t>
        <w:br/>
        <w:t>Злотистим маревом вінчала їхні сни;</w:t>
      </w:r>
    </w:p>
    <w:p>
      <w:r>
        <w:br/>
        <w:t>Або, схилившися над хвилі неозорі,&lt;br /&gt;</w:t>
        <w:br/>
        <w:t>Із білих каравел дивилися вони,&lt;br /&gt;</w:t>
        <w:br/>
        <w:t>Як від незнаних вод незнані сходять зорі.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Завойовники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