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Зависло небо кунтушами хмар...</w:t>
      </w:r>
    </w:p>
    <w:p>
      <w:r>
        <w:br/>
        <w:t xml:space="preserve"> Зависло небо кунтушами хмар,&lt;br /&gt;</w:t>
        <w:br/>
        <w:t>Ідуть дощі, немов старці на прощу.&lt;br /&gt;</w:t>
        <w:br/>
        <w:t>Пригаслі думи зграями примар&lt;br /&gt;</w:t>
        <w:br/>
        <w:t>Обсіли душу, як церковну площу.&lt;br /&gt;</w:t>
        <w:br/>
        <w:t>Я осеіню... Я вже листопад...&lt;br /&gt;</w:t>
        <w:br/>
        <w:t>Пошерхле листя падає додолу...&lt;br /&gt;</w:t>
        <w:br/>
        <w:t>Якби ж то юність повернуть назад&lt;br /&gt;</w:t>
        <w:br/>
        <w:t>В світлицю серця і в обійми дому!&lt;br /&gt;</w:t>
        <w:br/>
        <w:t>Я крил її закохано б торкнувсь&lt;br /&gt;</w:t>
        <w:br/>
        <w:t>І знову став би сильним, стоголосим,&lt;br /&gt;</w:t>
        <w:br/>
        <w:t>І знову б співом гордим затягнувсь,&lt;br /&gt;</w:t>
        <w:br/>
        <w:t>Йдучи сміливо через терни босим.&lt;br /&gt;</w:t>
        <w:br/>
        <w:t>Не дав би мріям скніти на біді,&lt;br /&gt;</w:t>
        <w:br/>
        <w:t>Покритись цвіллю і замішіти мохом...&lt;br /&gt;</w:t>
        <w:br/>
        <w:t>...Жбурляє осінь полиски руді&lt;br /&gt;</w:t>
        <w:br/>
        <w:t>І йде повз мене неквапливим кроком.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Зависло небо кунтушами хмар...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