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Засинаю при тобі дитиною...</w:t>
      </w:r>
    </w:p>
    <w:p>
      <w:r>
        <w:br/>
        <w:t xml:space="preserve"> засинаю при тобі дитиною тут так тихо і поруч&lt;br /&gt;</w:t>
        <w:br/>
        <w:t>більше нікого немає тільки пташки й так багато&lt;br /&gt;</w:t>
        <w:br/>
        <w:t>так дуже багато сонця і світла&lt;br /&gt;</w:t>
        <w:br/>
        <w:t>засинаю а ти говориш що я так само безтривожна&lt;br /&gt;</w:t>
        <w:br/>
        <w:t>й спокійна як трава що я прозора як річка що несе&lt;br /&gt;</w:t>
        <w:br/>
        <w:t>свої води здалеку кажеш що бачиш як тілом моїм&lt;br /&gt;</w:t>
        <w:br/>
        <w:t>протікають найгарніші у світі сни пропливають&lt;br /&gt;</w:t>
        <w:br/>
        <w:t>як риби а тобі ніяк не вдається жодну із них зловити&lt;br /&gt;</w:t>
        <w:br/>
        <w:t>кажеш що коли сплю ти уявляєш як поміж пісків&lt;br /&gt;</w:t>
        <w:br/>
        <w:t>навесні розливається ніл кажеш що знаєш&lt;br /&gt;</w:t>
        <w:br/>
        <w:t>як понад водами метушливо літають ластівки&lt;br /&gt;</w:t>
        <w:br/>
        <w:t>й голуби як вони довго кричать як гублять пір’я&lt;br /&gt;</w:t>
        <w:br/>
        <w:t>і затихають тільки із заходом сонця а мої сни все&lt;br /&gt;</w:t>
        <w:br/>
        <w:t>далі як і були залишаються дуже спокійні&lt;br /&gt;</w:t>
        <w:br/>
        <w:t>кажеш тоді що якби світ був такий самий простий&lt;br /&gt;</w:t>
        <w:br/>
        <w:t>як мої сни ніхто би нікого ніколи в ньому не скривдив&lt;br /&gt;</w:t>
        <w:br/>
        <w:t>ніхто би нікого не ранив цілуєш мене в чоло&lt;br /&gt;</w:t>
        <w:br/>
        <w:t>а я усміхаюся сонно і знічено за все тобі дякую&lt;br /&gt;</w:t>
        <w:br/>
        <w:t>і засинаю при тобі дитиною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Засинаю при тобі дитиною...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