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Зарізана голубка й водограй</w:t>
      </w:r>
    </w:p>
    <w:p>
      <w:r>
        <w:br/>
        <w:t xml:space="preserve"> О постаті убиті любі&lt;br /&gt;</w:t>
        <w:br/>
        <w:t>О дорогі розквітлі губи&lt;br /&gt;</w:t>
        <w:br/>
        <w:t>Міє Марее&lt;br /&gt;</w:t>
        <w:br/>
        <w:t>Єтто Лорі Анні і ти Маріє&lt;br /&gt;</w:t>
        <w:br/>
        <w:t>Де ви дівчата&lt;br /&gt;</w:t>
        <w:br/>
        <w:t>Я вас питаю&lt;br /&gt;</w:t>
        <w:br/>
        <w:t>Та біля водограю&lt;br /&gt;</w:t>
        <w:br/>
        <w:t>Що плаче й кличе&lt;br /&gt;</w:t>
        <w:br/>
        <w:t>Голубка маревіє</w:t>
      </w:r>
    </w:p>
    <w:p>
      <w:r>
        <w:br/>
        <w:t>Душа моя в тремкій напрузі&lt;br /&gt;</w:t>
        <w:br/>
        <w:t>Де ви солдати мої друзі&lt;br /&gt;</w:t>
        <w:br/>
        <w:t>Де ви Бійї даліз Реналь&lt;br /&gt;</w:t>
        <w:br/>
        <w:t>Печальні ваші імена&lt;br /&gt;</w:t>
        <w:br/>
        <w:t>Як у церквах ходи луна&lt;br /&gt;</w:t>
        <w:br/>
        <w:t>Б’ють відгомоном до небес&lt;br /&gt;</w:t>
        <w:br/>
        <w:t>Ви в сонну воду глядитесь&lt;br /&gt;</w:t>
        <w:br/>
        <w:t>І погляд ваш вмирає десь&lt;br /&gt;</w:t>
        <w:br/>
        <w:t>Де Брак де Макс Жакоб дерен&lt;br /&gt;</w:t>
        <w:br/>
        <w:t>Що в нього очі як той Рейн&lt;br /&gt;</w:t>
        <w:br/>
        <w:t>Де милий Кремніц волонтер&lt;br /&gt;</w:t>
        <w:br/>
        <w:t>Вже може їх нема тепер&lt;br /&gt;</w:t>
        <w:br/>
        <w:t>Душа ятриться з непокою&lt;br /&gt;</w:t>
        <w:br/>
        <w:t>І водограй рида зі мною&lt;br /&gt;</w:t>
        <w:br/>
        <w:t>А як вони іще живі&lt;br /&gt;</w:t>
        <w:br/>
        <w:t>Десь б’ються на Північнім фронті&lt;br /&gt;</w:t>
        <w:br/>
        <w:t>Тим олеандри всі в крові&lt;br /&gt;</w:t>
        <w:br/>
        <w:t>І сонце ранене в траві&lt;br /&gt;</w:t>
        <w:br/>
        <w:t>На багрянистім горизонті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Зарізана голубка й водограй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